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SP (Smart apo) Ojule Awọn igbesẹ Itọsọna Itọsọna Itọsọna Itọsọna Itọsọna lati Gba Twen-</w:t>
      </w:r>
    </w:p>
    <w:p>
      <w:r>
        <w:t>Mo kaabo, sp ebi!</w:t>
      </w:r>
    </w:p>
    <w:p>
      <w:r>
        <w:t>Ni akoko yii, Emi yoo ṣalaye sp (apo apo) wa ni ọna irọrun ti o rọrun.</w:t>
      </w:r>
    </w:p>
    <w:p>
      <w:r>
        <w:t>Eyi ni awọn ọna, bi o ṣe le gba awọn aaye SP, ati awọn ẹwa wọn ti a mẹnuba ninu awọn ohun elo apo smati ati awọn agbegbe ikorira.</w:t>
      </w:r>
    </w:p>
    <w:p>
      <w:r>
        <w:t>Ni ibere</w:t>
      </w:r>
    </w:p>
    <w:p>
      <w:r>
        <w:t>Awọn aaye jẹ xaget Pages.if o wọle si ohun elo apo-apo fun igba akọkọ, o le kopa lẹsẹkẹsẹ ni agbaye awọn aaye ayelujara.</w:t>
      </w:r>
    </w:p>
    <w:p>
      <w:r>
        <w:t>Bibẹrẹ pẹlu ajeseku kan ti o le gba awọn aaye 1000 ni akoko iwọle nipasẹ awọn iṣẹ-iwọle akọkọ, o le ṣajọ awọn iṣẹ-ṣiṣeMint nft fun ọfẹ ninu ohun elo apoṣọpọ!</w:t>
      </w:r>
    </w:p>
    <w:p>
      <w:r>
        <w:t>Bi o ṣe le gba SPIN</w:t>
      </w:r>
    </w:p>
    <w:p>
      <w:r>
        <w:t>Forukọsilẹ pẹlu app apo apo ti o gbọn ki o wọle fun igba akọkọ lati jo'gun awọn aaye 1000.</w:t>
      </w:r>
    </w:p>
    <w:p>
      <w:r>
        <w:t>Tẹ ibi fun bi o ṣe le forukọsilẹ ohun elo apo kekere.</w:t>
      </w:r>
    </w:p>
    <w:p>
      <w:r>
        <w:t>https://note.com/japandaosolution/n/n94f2d52b9709</w:t>
      </w:r>
    </w:p>
    <w:p>
      <w:r>
        <w:t>Iṣẹ ṣiṣe 2.ttak</w:t>
      </w:r>
    </w:p>
    <w:p>
      <w:r>
        <w:t>Awọn olumulo le ni rọọrun fun awọn aaye pẹlu awọn ti a ṣafihan tuntun "iṣẹ iṣẹ ṣiṣe" ninu ohun elo apo Smart.</w:t>
      </w:r>
    </w:p>
    <w:p>
      <w:r>
        <w:t>[Ilana lati gba sp awọn aaye]</w:t>
      </w:r>
    </w:p>
    <w:p>
      <w:r>
        <w:t>So apamọwọ apamọwọ kan ati x pẹlu ohun elo apoomu kan</w:t>
      </w:r>
    </w:p>
    <w:p>
      <w:r>
        <w:t>Retweet lakoko iṣẹlẹ lakoko iṣẹlẹ naa</w:t>
      </w:r>
    </w:p>
    <w:p>
      <w:r>
        <w:t>Tẹ bọtini Bọtini lakoko akoko gbigba aaye lati gba awọn aaye</w:t>
      </w:r>
    </w:p>
    <w:p>
      <w:r>
        <w:t>Tẹ ibi fun awọn alaye ti iṣẹ ṣiṣe.</w:t>
      </w:r>
    </w:p>
    <w:p>
      <w:r>
        <w:t>https://note.com/tyaki753note/n/nd869e0c4d52d</w:t>
      </w:r>
    </w:p>
    <w:p>
      <w:r>
        <w:t>Iṣẹ ṣiṣe 3.Recriment</w:t>
      </w:r>
    </w:p>
    <w:p>
      <w:r>
        <w:t>O le jo'gun awọn aaye nipa lilo koodu pipe si ohun elo apo naa. (* To awọn eniyan 20 fun oṣu ti o le jo'gun to awọn aaye 2000 ni oṣu.)</w:t>
      </w:r>
    </w:p>
    <w:p>
      <w:r>
        <w:t>[Ilana lati gba sp awọn aaye]</w:t>
      </w:r>
    </w:p>
    <w:p>
      <w:r>
        <w:t>Wọle si app apoju Smart ati sopọ apamọwọ naa</w:t>
      </w:r>
    </w:p>
    <w:p>
      <w:r>
        <w:t>Pin koodu ifiwepe</w:t>
      </w:r>
    </w:p>
    <w:p>
      <w:r>
        <w:t>Beere lọwọ eniyan ti a pe lati tẹ koodu ifiwepe kan</w:t>
      </w:r>
    </w:p>
    <w:p>
      <w:r>
        <w:t>Jẹrisi gbigba ti awọn aaye ifiwepe</w:t>
      </w:r>
    </w:p>
    <w:p>
      <w:r>
        <w:t>Tẹ ibi fun awọn alaye ti iṣẹ ifiwepe.</w:t>
      </w:r>
    </w:p>
    <w:p>
      <w:r>
        <w:t>https://note.com/japandaosolution/n/n956824e2855a</w:t>
      </w:r>
    </w:p>
    <w:p>
      <w:r>
        <w:t>4.Q &amp; iṣẹlẹ kan</w:t>
      </w:r>
    </w:p>
    <w:p>
      <w:r>
        <w:t>Iṣẹlẹ Q &amp; iṣẹlẹ kan le gba awọn ipin nipasẹ awọn ọmọ ẹgbẹ agbegbe n dahun awọn ibeere ni gbogbo ọjọ Jimọ ni awọn ibeere 23: ati idahun ti o pe ni fifun sp awọn oye ati USDT.</w:t>
      </w:r>
    </w:p>
    <w:p>
      <w:r>
        <w:t>[Ilana lati gba sp awọn aaye]</w:t>
      </w:r>
    </w:p>
    <w:p>
      <w:r>
        <w:t>Kopa ninu awọn iṣẹlẹ Q &amp; A waye ni gbogbo ọjọ Jimọ</w:t>
      </w:r>
    </w:p>
    <w:p>
      <w:r>
        <w:t>Dahun awọn ibeere lori "ikanni" ibeere ni ile-iṣẹ Count</w:t>
      </w:r>
    </w:p>
    <w:p>
      <w:r>
        <w:t>Oludari ti o pe ti ibeere akọkọ ati keji bori sp awọn aaye</w:t>
      </w:r>
    </w:p>
    <w:p>
      <w:r>
        <w:t>Tẹ ibi fun awọn alaye ti ⏬️q &amp; iṣẹlẹ kan.</w:t>
      </w:r>
    </w:p>
    <w:p>
      <w:r>
        <w:t>https://note.com/japandaosolution/n/nf78c58c19093</w:t>
      </w:r>
    </w:p>
    <w:p>
      <w:r>
        <w:t>5.Parations ninu awọn iṣẹ riru</w:t>
      </w:r>
    </w:p>
    <w:p>
      <w:r>
        <w:t>Ni iṣẹlẹ Rumble, awọn ọmọ ẹgbẹ agbegbe yoo mu ni awọn ere kekere ni Satidee ati Ọjọbọ, ati awọn bori yoo gba awọn aaye SP ati USDT.</w:t>
      </w:r>
    </w:p>
    <w:p>
      <w:r>
        <w:t>[Ilana lati gba sp awọn aaye]</w:t>
      </w:r>
    </w:p>
    <w:p>
      <w:r>
        <w:t>Kopa ninu iṣẹlẹ Rumble waye ni gbogbo Satidee ati ọjọ Sundee</w:t>
      </w:r>
    </w:p>
    <w:p>
      <w:r>
        <w:t>Titẹsi lori "blum" ikanni ninu awọn smart smart smart</w:t>
      </w:r>
    </w:p>
    <w:p>
      <w:r>
        <w:t>Winner n gba awọn aaye ati USDT</w:t>
      </w:r>
    </w:p>
    <w:p>
      <w:r>
        <w:t>Tẹ ibi fun awọn alaye ti riru.</w:t>
      </w:r>
    </w:p>
    <w:p>
      <w:r>
        <w:t>https://note.com/japandaosolution/n/nc2d3ae603c8b</w:t>
      </w:r>
    </w:p>
    <w:p>
      <w:r>
        <w:t>6kqwe ninu yara iwiregbe</w:t>
      </w:r>
    </w:p>
    <w:p>
      <w:r>
        <w:t>Ti o ba sọrọ ni ibinu ninu yara iwiregbe iwiregbe apo kekere ti o gbọn ati de ọdọ ipele 10, o le gba awọn ojuami 1000 ati "Twinkle Star".</w:t>
      </w:r>
    </w:p>
    <w:p>
      <w:r>
        <w:t>[Ilana lati gba sp awọn aaye]</w:t>
      </w:r>
    </w:p>
    <w:p>
      <w:r>
        <w:t>Kopa ninu Smart Pocker Community</w:t>
      </w:r>
    </w:p>
    <w:p>
      <w:r>
        <w:t>Awọn ibaraẹnisọrọ ati awọn aati ninu yara iwiregbe, de ipele 10</w:t>
      </w:r>
    </w:p>
    <w:p>
      <w:r>
        <w:t>Fi apamọwọ kan silẹ lori ikanni -level-10 ikanni ati gba awọn aaye 1000</w:t>
      </w:r>
    </w:p>
    <w:p>
      <w:r>
        <w:t>Tẹ ibi fun alaye diẹ sii lori ipa.</w:t>
      </w:r>
    </w:p>
    <w:p>
      <w:r>
        <w:t>https://note.com/japandaosolution/n/n057c229fed26</w:t>
      </w:r>
    </w:p>
    <w:p>
      <w:r>
        <w:t>Ati awọn iṣẹlẹ</w:t>
      </w:r>
    </w:p>
    <w:p>
      <w:r>
        <w:t>Gba awọn aaye fun awọn aṣeyọri ti o pade awọn ipo naa, gẹgẹ bi ikopa ninuma</w:t>
      </w:r>
    </w:p>
    <w:p>
      <w:r>
        <w:t>Supernova yiyi ero iṣẹlẹ iyasọtọ</w:t>
      </w:r>
    </w:p>
    <w:p>
      <w:r>
        <w:t>[Bawo ni lati gba Rousnova yipo]</w:t>
      </w:r>
    </w:p>
    <w:p>
      <w:r>
        <w:t>Ti o ba bori mẹta ti Star🌟, ati Starchence Star🌟, ati Starches Star🌟, o le gba ✅supernova 🌟 bi ẹri ti adenja mẹta ni aye lati gba awọn aaye pupọ !?</w:t>
      </w:r>
    </w:p>
    <w:p>
      <w:r>
        <w:t>Bi o ṣe le lo awọn aaye SP</w:t>
      </w:r>
    </w:p>
    <w:p>
      <w:r>
        <w:t>Gbigba ti nft</w:t>
      </w:r>
    </w:p>
    <w:p>
      <w:r>
        <w:t>O le ṣe paṣipaarọ sp awọn aaye pẹlu nft ninu ohun elo apo smati.</w:t>
      </w:r>
    </w:p>
    <w:p>
      <w:r>
        <w:t>Amamo X CNP lopin NFT (Exchange pari ni opin May 2024)</w:t>
      </w:r>
    </w:p>
    <w:p>
      <w:r>
        <w:drawing>
          <wp:inline xmlns:a="http://schemas.openxmlformats.org/drawingml/2006/main" xmlns:pic="http://schemas.openxmlformats.org/drawingml/2006/picture">
            <wp:extent cx="3657600" cy="3313246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31324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Pocket nft (ti o ni opin si 300 ti oniṣowo) (ti a ṣe eto lati ni idasilẹ nigbamii ni ọdun yii)</w:t>
      </w:r>
    </w:p>
    <w:p>
      <w:r>
        <w:t>O jẹ akiyesi pupọ nitori pe o jẹ SFF toje.</w:t>
      </w:r>
    </w:p>
    <w:p>
      <w:r>
        <w:t>Tẹ ibi fun alaye diẹ sii nipa nft socy.</w:t>
      </w:r>
    </w:p>
    <w:p>
      <w:r>
        <w:t>https://note.com/japandaosolution/n/n57e596c68b92</w:t>
      </w:r>
    </w:p>
    <w:p>
      <w:r>
        <w:t>Ni afikun, Nft ifowopamo sii yoo han ni ọjọ iwaju.</w:t>
      </w:r>
    </w:p>
    <w:p>
      <w:r>
        <w:t>Idin ti apo smart</w:t>
      </w:r>
    </w:p>
    <w:p>
      <w:r>
        <w:t>Awọn aaye-ọrọ Geeti! Kopa ninu awọn iṣẹlẹ app ati ṣe iṣowo nfojusi lati jo'gun awọn aaye.</w:t>
      </w:r>
    </w:p>
    <w:p>
      <w:r>
        <w:t>Awọn aaye iyipada -Exchange pẹlu NFT! Rọpo SPINGINGE ti o gba ni iṣẹlẹ pẹlu SM SM SM SM SM SM SM SM SMAME NFT.</w:t>
      </w:r>
    </w:p>
    <w:p>
      <w:r>
        <w:t>Gba silẹ NFF ati gba $ SP! Gba ami-ami ni ibamu si ipo nipa didimu ibi-afẹde naa.</w:t>
      </w:r>
    </w:p>
    <w:p>
      <w:r>
        <w:drawing>
          <wp:inline xmlns:a="http://schemas.openxmlformats.org/drawingml/2006/main" xmlns:pic="http://schemas.openxmlformats.org/drawingml/2006/picture">
            <wp:extent cx="3657600" cy="1158635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1586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Ifowosowopo nipa lilo awọn ohun elo</w:t>
      </w:r>
    </w:p>
    <w:p>
      <w:r>
        <w:t>Kopa ninu awọn iṣẹlẹ-ilu</w:t>
      </w:r>
    </w:p>
    <w:p>
      <w:r>
        <w:t>Awọn olukopa ninu iṣẹlẹ naa le kopa ninu awọn iṣẹlẹ oriṣiriṣi waye ni app.this mu anfani lati jo'gun awọn aaye ati awọn anfani.</w:t>
      </w:r>
    </w:p>
    <w:p>
      <w:r>
        <w:t>Gba awọn tiketi NFT</w:t>
      </w:r>
    </w:p>
    <w:p>
      <w:r>
        <w:t>O le gba tiketi NFT nipa ikopa ninu iṣẹlẹ NFF tikẹti. Tiketi n ṣiṣẹ bi ijẹrisi oni-nọmba kan ti o le paarọ fun awọn iṣẹ kan pato.</w:t>
      </w:r>
    </w:p>
    <w:p>
      <w:r>
        <w:t>Wa si ile itaja</w:t>
      </w:r>
    </w:p>
    <w:p>
      <w:r>
        <w:t>O le gba awọn anfani ni awọn ile itaja ajọṣepọ ti o lo awọn oju-iwe NFT ti o bẹ abajade ni abẹwo si awọn ile itaja gangan ati mu iriri alabara ṣiṣẹ ati ilọsiwaju iriri alabara.</w:t>
      </w:r>
    </w:p>
    <w:p>
      <w:r>
        <w:drawing>
          <wp:inline xmlns:a="http://schemas.openxmlformats.org/drawingml/2006/main" xmlns:pic="http://schemas.openxmlformats.org/drawingml/2006/picture">
            <wp:extent cx="3657600" cy="2557425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5574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Ifowosowopo cint</w:t>
      </w:r>
    </w:p>
    <w:p>
      <w:r>
        <w:t>Apere: Amato X CNP lopin, amuaradagba ogẹrẹ ẹdinwo oluwọn nft nft, bbl</w:t>
      </w:r>
    </w:p>
    <w:p>
      <w:r>
        <w:t>SPET SPIT yoo jẹ ohun elo kupọọnu tuntun</w:t>
      </w:r>
    </w:p>
    <w:p>
      <w:r>
        <w:t>Ni ọjọ iwaju, o le ṣee lo ni awọn aaye pupọ ninu ifowosowopo pẹlu awọn ijọba agbegbe ati awọn ile-iṣẹ</w:t>
      </w:r>
    </w:p>
    <w:p>
      <w:r>
        <w:t>https://note.com/japandaosolution/n/n81b58b85da0d</w:t>
      </w:r>
    </w:p>
    <w:p>
      <w:r>
        <w:t>Nipa awọn idagbasoke ọjọ iwaju</w:t>
      </w:r>
    </w:p>
    <w:p>
      <w:r>
        <w:t>Irisi ti itaja itaja</w:t>
      </w:r>
    </w:p>
    <w:p>
      <w:r>
        <w:t>Ni ọjọ iwaju, awọn ile itaja to aaye yoo ṣafihan, ati awọn ohun ọsin oni nọmba (awọn ọrẹ nft) yoo wa ni ojuami.Ta le ni ere pẹlu "Fọwọ ba lati jo'gun".</w:t>
      </w:r>
    </w:p>
    <w:p>
      <w:r>
        <w:drawing>
          <wp:inline xmlns:a="http://schemas.openxmlformats.org/drawingml/2006/main" xmlns:pic="http://schemas.openxmlformats.org/drawingml/2006/picture">
            <wp:extent cx="3657600" cy="2029476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2947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Smart apo kekere imudojuiwọn</w:t>
      </w:r>
    </w:p>
    <w:p>
      <w:r>
        <w:t>Apoti ọlọgbọn yoo ni imudojuiwọn rara .A Abajade, ọpọlọpọ Mint Lopin yoo han.</w:t>
      </w:r>
    </w:p>
    <w:p>
      <w:r>
        <w:t>isọniṣoki</w:t>
      </w:r>
    </w:p>
    <w:p>
      <w:r>
        <w:t>SP awọn aaye le ṣee gba nipasẹ awọn iṣẹ-ṣiṣe ninu app ati awọn iṣẹ agbegbe faciord, o le ṣee lo fun NFF ọfẹ Mint.Tere tun ṣeeṣe pe awọn anfani diẹ sii.</w:t>
      </w:r>
    </w:p>
    <w:p>
      <w:r>
        <w:t>Ni ọjọ iwaju, ifowosowopo pẹlu awọn nfts diẹ sii, awọn iṣẹlẹ, awọn ijọba ati awọn iṣowo agbegbe ati awọn eto-iṣẹ ti pinnu.</w:t>
      </w:r>
    </w:p>
    <w:p>
      <w:r>
        <w:t>Ti o ba nifẹ si apo ile-iṣẹ rẹ, jọwọ tẹle akọọlẹ X osise pẹlu "Iwe irohin fọ.</w:t>
      </w:r>
    </w:p>
    <w:p>
      <w:r>
        <w:t>Account X ti Osise: HTTPS: //twitter.com/scapottacket</w:t>
      </w:r>
    </w:p>
    <w:p>
      <w:r>
        <w:t>Didflard osise: https: //discor.com/invite/smartpocketppocket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