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SP (Akıllı Cep) Nokta Kullanım Kılavuzu -Token almak için ilk adımlar-</w:t>
      </w:r>
    </w:p>
    <w:p>
      <w:r>
        <w:t>Merhaba, bu SP ailesi!</w:t>
      </w:r>
    </w:p>
    <w:p>
      <w:r>
        <w:t>Bu kez, SP (Akıllı Cep) noktasını kolay bir şekilde anladım.</w:t>
      </w:r>
    </w:p>
    <w:p>
      <w:r>
        <w:t>İşte SP puanlarının nasıl elde edileceği ve akıllı cep uygulamalarında ve anlaşmazlık topluluklarında belirtilen takılar.</w:t>
      </w:r>
    </w:p>
    <w:p>
      <w:r>
        <w:t>Başlangıçta</w:t>
      </w:r>
    </w:p>
    <w:p>
      <w:r>
        <w:t>SP puanları dünyanın ortak nokta sistemidir.Smart Pocket uygulamasına ilk kez giriş yaparsanız, hemen noktalar dünyasına katılabilirsiniz. Ve hepsi ücretsiz katılabilir!</w:t>
      </w:r>
    </w:p>
    <w:p>
      <w:r>
        <w:t>İlk giriş sırasında 1000 puan alabilen bir bonusla başlayarak, uygulamada görevlere ve anlaşmazlık topluluk faaliyetlerine katılarak puan biriktirebilirsiniz. Gelecekte, belirli bir nokta kazanırsanız,Akıllı cep uygulamasında ücretsiz nft!</w:t>
      </w:r>
    </w:p>
    <w:p>
      <w:r>
        <w:t>SP puanları nasıl elde edilir</w:t>
      </w:r>
    </w:p>
    <w:p>
      <w:r>
        <w:t>Akıllı cep uygulamasına kaydolun ve 1000 puan kazanmak için ilk kez giriş yapın.</w:t>
      </w:r>
    </w:p>
    <w:p>
      <w:r>
        <w:t>Akıllı cep uygulamasını nasıl kaydedeceğiniz için buraya tıklayın.</w:t>
      </w:r>
    </w:p>
    <w:p>
      <w:r>
        <w:t>https://note.com/japandaosolution/n/n94f2d52b9709</w:t>
      </w:r>
    </w:p>
    <w:p>
      <w:r>
        <w:t>2.Task Etkinliği</w:t>
      </w:r>
    </w:p>
    <w:p>
      <w:r>
        <w:t>Kullanıcılar, akıllı cep uygulamasında yeni tanıtılan "Görev İşlevi" ile kolayca puan kazanabilir.</w:t>
      </w:r>
    </w:p>
    <w:p>
      <w:r>
        <w:t>[SP puanları edinme prosedürü]</w:t>
      </w:r>
    </w:p>
    <w:p>
      <w:r>
        <w:t>Akıllı cep uygulamasıyla bir cüzdan ve x hesabı bağlayın</w:t>
      </w:r>
    </w:p>
    <w:p>
      <w:r>
        <w:t>Etkinlik sırasında etkinlik sırasında retweet</w:t>
      </w:r>
    </w:p>
    <w:p>
      <w:r>
        <w:t>Puan almak için nokta makbuzu döneminde Get düğmesine basın</w:t>
      </w:r>
    </w:p>
    <w:p>
      <w:r>
        <w:t>Görev işlevinin ayrıntıları için buraya tıklayın.</w:t>
      </w:r>
    </w:p>
    <w:p>
      <w:r>
        <w:t>https://note.com/tyaki753note/n/nd869e0c4d52d</w:t>
      </w:r>
    </w:p>
    <w:p>
      <w:r>
        <w:t>3. İlaç işlevi</w:t>
      </w:r>
    </w:p>
    <w:p>
      <w:r>
        <w:t>Akıllı cep uygulamasına davet kodunu kullanarak puan kazanabilirsiniz. ( * Ayda 20 kişiye kadar kişi ayda 2000 puana kadar kazanabilir.)</w:t>
      </w:r>
    </w:p>
    <w:p>
      <w:r>
        <w:t>[SP puanları edinme prosedürü]</w:t>
      </w:r>
    </w:p>
    <w:p>
      <w:r>
        <w:t>Akıllı cep uygulamasına giriş yapın ve cüzdanı bağlayın</w:t>
      </w:r>
    </w:p>
    <w:p>
      <w:r>
        <w:t>Davet Kodunu Paylaşın</w:t>
      </w:r>
    </w:p>
    <w:p>
      <w:r>
        <w:t>Davet edilen kişiden bir davet kodu girmesini isteyin</w:t>
      </w:r>
    </w:p>
    <w:p>
      <w:r>
        <w:t>Davet puanlarının satın alınmasını onaylayın</w:t>
      </w:r>
    </w:p>
    <w:p>
      <w:r>
        <w:t>Davet işlevinin ayrıntıları için buraya tıklayın.</w:t>
      </w:r>
    </w:p>
    <w:p>
      <w:r>
        <w:t>https://note.com/japandaosolution/n/n956824e2855a</w:t>
      </w:r>
    </w:p>
    <w:p>
      <w:r>
        <w:t>4.q &amp; bir etkinlik</w:t>
      </w:r>
    </w:p>
    <w:p>
      <w:r>
        <w:t>Soru -Cevap etkinliği, her Cuma 23: 00'da soruları cevaplayan topluluk üyeleri tarafından ödüller alabilir. Etkinlik sırasında üç soru sorulur ve doğru cevaba SP puanları ve USDT verilir.</w:t>
      </w:r>
    </w:p>
    <w:p>
      <w:r>
        <w:t>[SP puanları edinme prosedürü]</w:t>
      </w:r>
    </w:p>
    <w:p>
      <w:r>
        <w:t>Her Cuma düzenlenen Soru -Cevap Etkinlerine Katılın</w:t>
      </w:r>
    </w:p>
    <w:p>
      <w:r>
        <w:t>Akıllı cep sunucusundaki "Soru" kanalıyla ilgili soruları cevaplayın</w:t>
      </w:r>
    </w:p>
    <w:p>
      <w:r>
        <w:t>Birinci ve ikinci sorunun doğru cevaplayıcısı SP puanlarını kazanır</w:t>
      </w:r>
    </w:p>
    <w:p>
      <w:r>
        <w:t>⏬️Q &amp; A etkinliğinin ayrıntıları için buraya tıklayın.</w:t>
      </w:r>
    </w:p>
    <w:p>
      <w:r>
        <w:t>https://note.com/japandaosolution/n/nf78c58c19093</w:t>
      </w:r>
    </w:p>
    <w:p>
      <w:r>
        <w:t>5. Rumble faaliyetlerine katılım</w:t>
      </w:r>
    </w:p>
    <w:p>
      <w:r>
        <w:t>Rumble etkinliğinde, topluluk üyeleri her Cumartesi ve Pazar günleri mini oyunlarda oynayacak ve kazananlar SP puanları ve USDT alacaklar.</w:t>
      </w:r>
    </w:p>
    <w:p>
      <w:r>
        <w:t>[SP puanları edinme prosedürü]</w:t>
      </w:r>
    </w:p>
    <w:p>
      <w:r>
        <w:t>Her Cumartesi ve Pazar günleri düzenlenen Rumble etkinliğine katıldı</w:t>
      </w:r>
    </w:p>
    <w:p>
      <w:r>
        <w:t>Akıllı cep sunucusuna "Rumble" kanalına giriş</w:t>
      </w:r>
    </w:p>
    <w:p>
      <w:r>
        <w:t>Kazanan SP puanları ve USDT alır</w:t>
      </w:r>
    </w:p>
    <w:p>
      <w:r>
        <w:t>Rumble'ın ayrıntıları için buraya tıklayın.</w:t>
      </w:r>
    </w:p>
    <w:p>
      <w:r>
        <w:t>https://note.com/japandaosolution/n/nc2d3ae603c8b</w:t>
      </w:r>
    </w:p>
    <w:p>
      <w:r>
        <w:t>Discord sohbet odasındaki 6.</w:t>
      </w:r>
    </w:p>
    <w:p>
      <w:r>
        <w:t>Akıllı cebin anlaşmazlık sohbet odasında agresif bir şekilde konuşur ve 10. seviyeye ulaşırsanız, 1000 puan ve "Twinkle Star" rulosu alabilirsiniz.</w:t>
      </w:r>
    </w:p>
    <w:p>
      <w:r>
        <w:t>[SP puanları edinme prosedürü]</w:t>
      </w:r>
    </w:p>
    <w:p>
      <w:r>
        <w:t>Akıllı Pocket Discord topluluğuna katılın</w:t>
      </w:r>
    </w:p>
    <w:p>
      <w:r>
        <w:t>Sohbet odasındaki konuşmaları ve tepkileri aktif olarak ifade edin, 10. seviyeye ulaşın</w:t>
      </w:r>
    </w:p>
    <w:p>
      <w:r>
        <w:t>-Level -10 kanalında bir cüzdan gönderin ve 1000 puan alın</w:t>
      </w:r>
    </w:p>
    <w:p>
      <w:r>
        <w:t>Rol hakkında daha fazla bilgi için buraya tıklayın.</w:t>
      </w:r>
    </w:p>
    <w:p>
      <w:r>
        <w:t>https://note.com/japandaosolution/n/n057c229fed26</w:t>
      </w:r>
    </w:p>
    <w:p>
      <w:r>
        <w:t>7. Diğer olaylar</w:t>
      </w:r>
    </w:p>
    <w:p>
      <w:r>
        <w:t>AMA'ya katılım gibi koşulları karşılayan kazananlar için puan alın</w:t>
      </w:r>
    </w:p>
    <w:p>
      <w:r>
        <w:t>Supernova Roll Holder'ın Özel Etkinlik Planı</w:t>
      </w:r>
    </w:p>
    <w:p>
      <w:r>
        <w:t>[Süpernova ruloları nasıl edinilir]</w:t>
      </w:r>
    </w:p>
    <w:p>
      <w:r>
        <w:t>Üçü ✅ Twinkle Star🌟, ✅intelligence Star🌟 ve ✅Battle Star🌟 kazanırsanız, ✅supernova 🌟 üç taç kanıtı olarak alabilirsiniz.</w:t>
      </w:r>
    </w:p>
    <w:p>
      <w:r>
        <w:t>SP puanları nasıl kullanılır</w:t>
      </w:r>
    </w:p>
    <w:p>
      <w:r>
        <w:t>NFT'nin satın alınması</w:t>
      </w:r>
    </w:p>
    <w:p>
      <w:r>
        <w:t>Akıllı cep uygulamasında NFT ile SP puanları değiştirebilirsiniz.</w:t>
      </w:r>
    </w:p>
    <w:p>
      <w:r>
        <w:t>Amato X CNP Limited NFT (Mayıs 2024'ün sonunda Borsa sona erdi)</w:t>
      </w:r>
    </w:p>
    <w:p>
      <w:r>
        <w:drawing>
          <wp:inline xmlns:a="http://schemas.openxmlformats.org/drawingml/2006/main" xmlns:pic="http://schemas.openxmlformats.org/drawingml/2006/picture">
            <wp:extent cx="3657600" cy="33132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32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NFT (300 ile sınırlı) (bu yılın ilerleyen saatlerinde piyasaya sürülmesi planlanıyor)</w:t>
      </w:r>
    </w:p>
    <w:p>
      <w:r>
        <w:t>Çok fark edilir çünkü nadir bir NFT'dir.</w:t>
      </w:r>
    </w:p>
    <w:p>
      <w:r>
        <w:t>Pockemy NFT hakkında daha fazla bilgi için buraya tıklayın.</w:t>
      </w:r>
    </w:p>
    <w:p>
      <w:r>
        <w:t>https://note.com/japandaosolution/n/n57e596c68b92</w:t>
      </w:r>
    </w:p>
    <w:p>
      <w:r>
        <w:t>Ayrıca, gelecekte daha fazla işbirliği NFT görünecektir.</w:t>
      </w:r>
    </w:p>
    <w:p>
      <w:r>
        <w:t>Akıllı cebin etkinliği</w:t>
      </w:r>
    </w:p>
    <w:p>
      <w:r>
        <w:t>Puanları alın! Uygulama etkinliklerine katılın ve puan kazanmak için hedef NFT'yi takas edin.</w:t>
      </w:r>
    </w:p>
    <w:p>
      <w:r>
        <w:t>Değiştir -NFT! Etkinlikte elde edilen SP noktasını akıllı cep resmi NFT ile değiştirin.</w:t>
      </w:r>
    </w:p>
    <w:p>
      <w:r>
        <w:t>NFT kazanın ve $ sp! Hedef NFT'yi tutarak rütbeye göre jeton alın.</w:t>
      </w:r>
    </w:p>
    <w:p>
      <w:r>
        <w:drawing>
          <wp:inline xmlns:a="http://schemas.openxmlformats.org/drawingml/2006/main" xmlns:pic="http://schemas.openxmlformats.org/drawingml/2006/picture">
            <wp:extent cx="3657600" cy="11586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586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Uygulamaları kullanarak işbirliği</w:t>
      </w:r>
    </w:p>
    <w:p>
      <w:r>
        <w:t>-App etkinliklerine katıldı</w:t>
      </w:r>
    </w:p>
    <w:p>
      <w:r>
        <w:t>In -pAPP etkinliğine katılanlar, uygulamada yapılan çeşitli etkinliklere katılabilirler.Bu, puan ve faydalar kazanma fırsatını artırır.</w:t>
      </w:r>
    </w:p>
    <w:p>
      <w:r>
        <w:t>NFT biletleri alın</w:t>
      </w:r>
    </w:p>
    <w:p>
      <w:r>
        <w:t>NFT bilet alım etkinliğine katılarak bir NFT bileti alabilirsiniz. Bu bilet, belirli hizmetler ve ürünler için değiştirilebilen bir dijital sertifika olarak çalışır.</w:t>
      </w:r>
    </w:p>
    <w:p>
      <w:r>
        <w:t>Mağazaya gel</w:t>
      </w:r>
    </w:p>
    <w:p>
      <w:r>
        <w:t>Mağazayı ziyaret ettiğiniz NFT biletlerini kullanarak bağlı mağazalarda fayda elde edebilirsiniz. Sonuç olarak, gerçek mağazalarda kullanımı teşvik etmesi ve müşteri deneyimini geliştirmesi beklenir.</w:t>
      </w:r>
    </w:p>
    <w:p>
      <w:r>
        <w:drawing>
          <wp:inline xmlns:a="http://schemas.openxmlformats.org/drawingml/2006/main" xmlns:pic="http://schemas.openxmlformats.org/drawingml/2006/picture">
            <wp:extent cx="3657600" cy="25574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İşbirliği nft nane</w:t>
      </w:r>
    </w:p>
    <w:p>
      <w:r>
        <w:t>Örnek: Amato X CNP Limited NFT, Protein Lab İşbirliği İndirim Bileti NFT, vb.</w:t>
      </w:r>
    </w:p>
    <w:p>
      <w:r>
        <w:t>SP noktası gerçek bir indirim kuponu olacak</w:t>
      </w:r>
    </w:p>
    <w:p>
      <w:r>
        <w:t>Gelecekte, yerel yönetimler ve şirketlerle işbirliği içinde çeşitli yerlerde kullanılabilir.</w:t>
      </w:r>
    </w:p>
    <w:p>
      <w:r>
        <w:t>https://note.com/japandaosolution/n/n81b58b85da0d</w:t>
      </w:r>
    </w:p>
    <w:p>
      <w:r>
        <w:t>Gelecekteki gelişmeler hakkında</w:t>
      </w:r>
    </w:p>
    <w:p>
      <w:r>
        <w:t>Point Shop'un görünümü</w:t>
      </w:r>
    </w:p>
    <w:p>
      <w:r>
        <w:t>Gelecekte, nokta dükkanları tanıtılacak ve Dijital Evcil Hayvanlar (Friends NFT) noktalarda satışa sunulacak. Bu PET "Kazanmak İçin Tap" ile ödüllendirilebilir.</w:t>
      </w:r>
    </w:p>
    <w:p>
      <w:r>
        <w:drawing>
          <wp:inline xmlns:a="http://schemas.openxmlformats.org/drawingml/2006/main" xmlns:pic="http://schemas.openxmlformats.org/drawingml/2006/picture">
            <wp:extent cx="3657600" cy="20294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Akıllı cep büyük güncelleme</w:t>
      </w:r>
    </w:p>
    <w:p>
      <w:r>
        <w:t>Akıllı cep yakında güncellenecek. Sonuç olarak, birçok sınırlı ücretsiz nane görünecektir.</w:t>
      </w:r>
    </w:p>
    <w:p>
      <w:r>
        <w:t>özet</w:t>
      </w:r>
    </w:p>
    <w:p>
      <w:r>
        <w:t>SP puanları, uygulama ve anlaşmazlık topluluk faaliyetlerindeki görevler yoluyla elde edilebilir ve NFT ücretsiz nane için kullanılabilir. Ayrıca aktif katılımla daha fazla fayda elde edilme olasılığı vardır.</w:t>
      </w:r>
    </w:p>
    <w:p>
      <w:r>
        <w:t>Gelecekte, daha fazla NFT, etkinlik, yerel yönetim ve şirketlerle işbirliği planlanmaktadır. SP puanlarının değeri ve pratikliği çok çeşitli uygulamalara ve geliştirmeye sahiptir.</w:t>
      </w:r>
    </w:p>
    <w:p>
      <w:r>
        <w:t>Akıllı cebinizle ilgileniyorsanız, lütfen "SmaPoke Magazine" ile resmi X hesabını takip edin.</w:t>
      </w:r>
    </w:p>
    <w:p>
      <w:r>
        <w:t>Resmi X Hesabı: https: //twitter.com/smapocket</w:t>
      </w:r>
    </w:p>
    <w:p>
      <w:r>
        <w:t>Resmi uyumsuzluk: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