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SP (умный карман) Руководство по использованию точек -Первые шаги, чтобы получить токен-</w:t>
      </w:r>
    </w:p>
    <w:p>
      <w:r>
        <w:t>Здравствуйте, эта семья SP!</w:t>
      </w:r>
    </w:p>
    <w:p>
      <w:r>
        <w:t>На этот раз я объясню точку SP (умный карман) легко -понятным образом.</w:t>
      </w:r>
    </w:p>
    <w:p>
      <w:r>
        <w:t>Вот способы, как приобрести точки SP, и их чары, которые были упомянуты в Smart Pocket Apps и сообществах Discord.</w:t>
      </w:r>
    </w:p>
    <w:p>
      <w:r>
        <w:t>В начале</w:t>
      </w:r>
    </w:p>
    <w:p>
      <w:r>
        <w:t>Точки SP являются системой общей точки в мире. Если вы впервые войдете в приложение Smart Pocket, вы можете немедленно участвовать в мире баллов. И все можно участвовать бесплатно!</w:t>
      </w:r>
    </w:p>
    <w:p>
      <w:r>
        <w:t>Начиная с бонуса, который может набрать 1000 баллов во время первого входа в систему, вы можете накапливать очки, участвуя в задачах и мероприятиях сообщества в приложении. В будущем, если вы заработаете определенный момент, у вас будет шансMint NFT бесплатно в приложении Smart Pocket!</w:t>
      </w:r>
    </w:p>
    <w:p>
      <w:r>
        <w:t>Как приобрести точки SP</w:t>
      </w:r>
    </w:p>
    <w:p>
      <w:r>
        <w:t>Зарегистрируйтесь в приложении Smart Pocket и войдите в систему в первый раз, чтобы заработать 1000 баллов.</w:t>
      </w:r>
    </w:p>
    <w:p>
      <w:r>
        <w:t>Нажмите здесь, чтобы зарегистрировать приложение Smart Pocket.</w:t>
      </w:r>
    </w:p>
    <w:p>
      <w:r>
        <w:t>https://note.com/japandaosolution/n/n94f2d52b9709</w:t>
      </w:r>
    </w:p>
    <w:p>
      <w:r>
        <w:t>2. Задача активности</w:t>
      </w:r>
    </w:p>
    <w:p>
      <w:r>
        <w:t>Пользователи могут легко заработать очки с недавно введенной «функцией задачи» в приложении Smart Pocket.</w:t>
      </w:r>
    </w:p>
    <w:p>
      <w:r>
        <w:t>[Процедура приобретения точек SP]</w:t>
      </w:r>
    </w:p>
    <w:p>
      <w:r>
        <w:t>Подключите учетную запись кошелька и x с помощью приложения Smart Pocket</w:t>
      </w:r>
    </w:p>
    <w:p>
      <w:r>
        <w:t>Ретвит во время мероприятия во время мероприятия</w:t>
      </w:r>
    </w:p>
    <w:p>
      <w:r>
        <w:t>Нажмите кнопку GET в течение периода получения точки, чтобы получить очки</w:t>
      </w:r>
    </w:p>
    <w:p>
      <w:r>
        <w:t>Нажмите здесь для получения подробной информации о функции задачи.</w:t>
      </w:r>
    </w:p>
    <w:p>
      <w:r>
        <w:t>https://note.com/tyaki753note/n/nd869e0c4d52d</w:t>
      </w:r>
    </w:p>
    <w:p>
      <w:r>
        <w:t>3. Функция обзора</w:t>
      </w:r>
    </w:p>
    <w:p>
      <w:r>
        <w:t>Вы можете заработать баллы, используя код приглашения в приложение Smart Pocket ( * до 20 человек в месяц может заработать до 2000 баллов в месяц.)</w:t>
      </w:r>
    </w:p>
    <w:p>
      <w:r>
        <w:t>[Процедура приобретения точек SP]</w:t>
      </w:r>
    </w:p>
    <w:p>
      <w:r>
        <w:t>Войдите в приложение Smart Pocket и подключите кошелек</w:t>
      </w:r>
    </w:p>
    <w:p>
      <w:r>
        <w:t>Поделиться кодом приглашения</w:t>
      </w:r>
    </w:p>
    <w:p>
      <w:r>
        <w:t>Попросите приглашенного человека ввести код приглашения</w:t>
      </w:r>
    </w:p>
    <w:p>
      <w:r>
        <w:t>Подтвердите приобретение пунктов приглашения</w:t>
      </w:r>
    </w:p>
    <w:p>
      <w:r>
        <w:t>Нажмите здесь для получения подробной информации о функции приглашения.</w:t>
      </w:r>
    </w:p>
    <w:p>
      <w:r>
        <w:t>https://note.com/japandaosolution/n/n956824e2855a</w:t>
      </w:r>
    </w:p>
    <w:p>
      <w:r>
        <w:t>4.Q &amp; A Event</w:t>
      </w:r>
    </w:p>
    <w:p>
      <w:r>
        <w:t>Событие Q &amp; A может получить призы от членов сообщества, отвечающих на вопросы каждую пятницу в 23: 00. Во время мероприятия задаются три вопроса, а правильный ответ дается точки SP и USDT.</w:t>
      </w:r>
    </w:p>
    <w:p>
      <w:r>
        <w:t>[Процедура приобретения точек SP]</w:t>
      </w:r>
    </w:p>
    <w:p>
      <w:r>
        <w:t>Участвуйте в мероприятиях по вопросам и ответам, проводимым каждую пятницу</w:t>
      </w:r>
    </w:p>
    <w:p>
      <w:r>
        <w:t>Ответьте на вопросы на канале «Вопрос» на сервере Smart Pocket</w:t>
      </w:r>
    </w:p>
    <w:p>
      <w:r>
        <w:t>Правильный ответчик первого и второго вопроса выигрывает очки SP</w:t>
      </w:r>
    </w:p>
    <w:p>
      <w:r>
        <w:t>Нажмите здесь для получения подробной информации о событии ⏬Q &amp; A.</w:t>
      </w:r>
    </w:p>
    <w:p>
      <w:r>
        <w:t>https://note.com/japandaosolution/n/nf78c58c19093</w:t>
      </w:r>
    </w:p>
    <w:p>
      <w:r>
        <w:t>5. Начальная деятельность в Rumble</w:t>
      </w:r>
    </w:p>
    <w:p>
      <w:r>
        <w:t>На мероприятии Rumble члены сообщества будут играть в мини -играх каждую субботу и воскресенье, а победители получат SP -очки и USDT.</w:t>
      </w:r>
    </w:p>
    <w:p>
      <w:r>
        <w:t>[Процедура приобретения точек SP]</w:t>
      </w:r>
    </w:p>
    <w:p>
      <w:r>
        <w:t>Участвовал в мероприятии Rumble, проводимом каждую субботу и воскресенье</w:t>
      </w:r>
    </w:p>
    <w:p>
      <w:r>
        <w:t>Вход на канал «Rumble» на сервере Smart Pocket</w:t>
      </w:r>
    </w:p>
    <w:p>
      <w:r>
        <w:t>Победитель получает очки SP и USDT</w:t>
      </w:r>
    </w:p>
    <w:p>
      <w:r>
        <w:t>Нажмите здесь для получения подробной информации о Rumble.</w:t>
      </w:r>
    </w:p>
    <w:p>
      <w:r>
        <w:t>https://note.com/japandaosolution/n/nc2d3ae603c8b</w:t>
      </w:r>
    </w:p>
    <w:p>
      <w:r>
        <w:t>6.comments в чате Discord</w:t>
      </w:r>
    </w:p>
    <w:p>
      <w:r>
        <w:t>Если вы агрессивно говорите в чате Smart Pockt's Discord и достигнете 10 -го уровня, вы можете получить 1000 очков и бросок «Twinkle Star».</w:t>
      </w:r>
    </w:p>
    <w:p>
      <w:r>
        <w:t>[Процедура приобретения точек SP]</w:t>
      </w:r>
    </w:p>
    <w:p>
      <w:r>
        <w:t>Участвовать в сообществе Smart Pocket Discord</w:t>
      </w:r>
    </w:p>
    <w:p>
      <w:r>
        <w:t>Активно выражают разговоры и реакции в чате, достичь уровня 10</w:t>
      </w:r>
    </w:p>
    <w:p>
      <w:r>
        <w:t>Отправить кошелек на канале -Level -10 и получить 1000 баллов</w:t>
      </w:r>
    </w:p>
    <w:p>
      <w:r>
        <w:t>Нажмите здесь для получения дополнительной информации о роли.</w:t>
      </w:r>
    </w:p>
    <w:p>
      <w:r>
        <w:t>https://note.com/japandaosolution/n/n057c229fed26</w:t>
      </w:r>
    </w:p>
    <w:p>
      <w:r>
        <w:t>7. Другие события</w:t>
      </w:r>
    </w:p>
    <w:p>
      <w:r>
        <w:t>Получите очки для победителей, которые соответствовали условиям, таким как участие в AMA</w:t>
      </w:r>
    </w:p>
    <w:p>
      <w:r>
        <w:t>Эксклюзивный план событий SuperNova Roll Holder</w:t>
      </w:r>
    </w:p>
    <w:p>
      <w:r>
        <w:t>[Как приобрести списки сверхновой]</w:t>
      </w:r>
    </w:p>
    <w:p>
      <w:r>
        <w:t>Если вы выиграете три из Twinkle Star🌟, ✅intelligence Star🌟 и ✅battle Star🌟, вы можете получить ✅supernova 🌟 🌟 🌟 🌟 🌟 🌟 в качестве доказательства трех корон. У держателей ролла есть шанс получить много очков!?</w:t>
      </w:r>
    </w:p>
    <w:p>
      <w:r>
        <w:t>Как использовать точки SP</w:t>
      </w:r>
    </w:p>
    <w:p>
      <w:r>
        <w:t>Приобретение NFT</w:t>
      </w:r>
    </w:p>
    <w:p>
      <w:r>
        <w:t>Вы можете обмениваться точками SP с NFT в приложении Smart Pocket.</w:t>
      </w:r>
    </w:p>
    <w:p>
      <w:r>
        <w:t>Amato X CNP Limited NFT (Exchange закончился в конце мая 2024 года)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 (ограничен 300 выпущенными) (планируется выпустить в конце этого года)</w:t>
      </w:r>
    </w:p>
    <w:p>
      <w:r>
        <w:t>Это очень заметно, потому что это редкий NFT.</w:t>
      </w:r>
    </w:p>
    <w:p>
      <w:r>
        <w:t>Нажмите здесь для получения дополнительной информации о Pockemy NFT.</w:t>
      </w:r>
    </w:p>
    <w:p>
      <w:r>
        <w:t>https://note.com/japandaosolution/n/n57e596c68b92</w:t>
      </w:r>
    </w:p>
    <w:p>
      <w:r>
        <w:t>Кроме того, в будущем появится больше NFT.</w:t>
      </w:r>
    </w:p>
    <w:p>
      <w:r>
        <w:t>Эффективность умного кармана</w:t>
      </w:r>
    </w:p>
    <w:p>
      <w:r>
        <w:t>Получите точки! Участвуйте в событиях приложений и обменивайте целевой NFT, чтобы заработать очки.</w:t>
      </w:r>
    </w:p>
    <w:p>
      <w:r>
        <w:t>Изменение -обмену точками с NFT! Замените точку SP, приобретенную на мероприятии на официальный NFT Smart Pocket.</w:t>
      </w:r>
    </w:p>
    <w:p>
      <w:r>
        <w:t>Заработайте -оператор NFT и получите $ sp! Получите токен в соответствии с рангом, удерживая целевой NFT.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Сотрудничество с использованием приложений</w:t>
      </w:r>
    </w:p>
    <w:p>
      <w:r>
        <w:t>Участвовал в мероприятиях в -пп</w:t>
      </w:r>
    </w:p>
    <w:p>
      <w:r>
        <w:t>Участники мероприятия In -App могут участвовать в различных мероприятиях, проводимых в приложении. Это увеличивает возможность заработать очки и льготы.</w:t>
      </w:r>
    </w:p>
    <w:p>
      <w:r>
        <w:t>Получите билеты NFT</w:t>
      </w:r>
    </w:p>
    <w:p>
      <w:r>
        <w:t>Вы можете получить билет NFT, участвовая в мероприятии по приобретению билетов NFT. Этот билет работает в качестве цифрового сертификата, который можно обмениваться на конкретные услуги и продукты.</w:t>
      </w:r>
    </w:p>
    <w:p>
      <w:r>
        <w:t>Приходить в магазин</w:t>
      </w:r>
    </w:p>
    <w:p>
      <w:r>
        <w:t>Вы можете получать преимущества в аффилированных магазинах, используя билеты NFT, которые вы посетили магазин. В результате ожидается, что он будет способствовать использованию в реальных магазинах и улучшить качество обслуживания клиентов.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Сотрудничество NFT Mint</w:t>
      </w:r>
    </w:p>
    <w:p>
      <w:r>
        <w:t>Пример: AMATO X CNP LIMITED NFT, протеиновая лаборатория.</w:t>
      </w:r>
    </w:p>
    <w:p>
      <w:r>
        <w:t>Точка SP будет фактическим купоном скидки NFT</w:t>
      </w:r>
    </w:p>
    <w:p>
      <w:r>
        <w:t>В будущем его можно использовать в различных местах в сотрудничестве с местными органами власти и компаний</w:t>
      </w:r>
    </w:p>
    <w:p>
      <w:r>
        <w:t>https://note.com/japandaosolution/n/n81b58b85da0d</w:t>
      </w:r>
    </w:p>
    <w:p>
      <w:r>
        <w:t>О будущих событиях</w:t>
      </w:r>
    </w:p>
    <w:p>
      <w:r>
        <w:t>Появление Point Shop</w:t>
      </w:r>
    </w:p>
    <w:p>
      <w:r>
        <w:t>В будущем будут представлены магазины Point Shops, и цифровые домашние животные (друзья NFT) будут доступны в пунктах. Этот питомец может быть вознагражден «Tap to Gorn».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Умное карманное большое обновление</w:t>
      </w:r>
    </w:p>
    <w:p>
      <w:r>
        <w:t>Умный карман скоро будет обновлен. В результате появятся многие ограниченные бесплатные мяты.</w:t>
      </w:r>
    </w:p>
    <w:p>
      <w:r>
        <w:t>краткое содержание</w:t>
      </w:r>
    </w:p>
    <w:p>
      <w:r>
        <w:t>Точки SP могут быть получены с помощью задач в приложении и деятельности сообщества Discord, и могут использоваться для NFT Free Mint. Также есть вероятность, что больше преимуществ может быть получено при активном участии.</w:t>
      </w:r>
    </w:p>
    <w:p>
      <w:r>
        <w:t>В будущем запланировано сотрудничество с большим количеством NFT, мероприятий, местных органов власти и компаний. Ценность и практичность точек SP имеют широкий спектр приложений и развития. Пожалуйста, рассчитывайте на официальное объявление на долгосрочные результаты!</w:t>
      </w:r>
    </w:p>
    <w:p>
      <w:r>
        <w:t>Если вы заинтересованы в своем умном кармане, пожалуйста, следуйте официальной учетной записи X с «Smapoke Magazine».</w:t>
      </w:r>
    </w:p>
    <w:p>
      <w:r>
        <w:t>Официальная учетная запись x: https: //twitter.com/smapocket</w:t>
      </w:r>
    </w:p>
    <w:p>
      <w:r>
        <w:t>Официальный раздор: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