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Guia de utilização de pontos SP (Smart Pocket) -Primeiro etapas para obter token-</w:t>
      </w:r>
    </w:p>
    <w:p>
      <w:r>
        <w:t>Olá, esta família SP!</w:t>
      </w:r>
    </w:p>
    <w:p>
      <w:r>
        <w:t>Desta vez, explicarei o ponto de SP (Smart Pocket) de uma maneira fácil de entender.</w:t>
      </w:r>
    </w:p>
    <w:p>
      <w:r>
        <w:t>Aqui estão as maneiras, como adquirir pontos de SP e seus encantos mencionados em aplicativos de bolso inteligentes e comunidades de discórdia.</w:t>
      </w:r>
    </w:p>
    <w:p>
      <w:r>
        <w:t>No inicio</w:t>
      </w:r>
    </w:p>
    <w:p>
      <w:r>
        <w:t>Os pontos da SP são o sistema de pontos comuns do mundo.</w:t>
      </w:r>
    </w:p>
    <w:p>
      <w:r>
        <w:t>Começando com um bônus que pode obter 1000 pontos no momento do primeiro login, você pode acumular pontos participando de tarefas e atividades comunitárias da discórdia no aplicativo. No futuro, se você ganhar um determinado ponto, terá a chance deMint NFT gratuitamente no aplicativo Smart Pocket!</w:t>
      </w:r>
    </w:p>
    <w:p>
      <w:r>
        <w:t>Como adquirir pontos de SP</w:t>
      </w:r>
    </w:p>
    <w:p>
      <w:r>
        <w:t>Registre -se no aplicativo Smart Pocket e faça login pela primeira vez para ganhar 1000 pontos.</w:t>
      </w:r>
    </w:p>
    <w:p>
      <w:r>
        <w:t>Clique aqui para como registrar o aplicativo Smart Pocket.</w:t>
      </w:r>
    </w:p>
    <w:p>
      <w:r>
        <w:t>https://note.com/japandaosolution/n/n94f2d52b9709</w:t>
      </w:r>
    </w:p>
    <w:p>
      <w:r>
        <w:t>2. Atividade de tarefas</w:t>
      </w:r>
    </w:p>
    <w:p>
      <w:r>
        <w:t>Os usuários podem ganhar pontos facilmente com a recém -introduzida "Função de tarefas" no aplicativo Smart Pocket.</w:t>
      </w:r>
    </w:p>
    <w:p>
      <w:r>
        <w:t>[Procedimento para adquirir pontos SP]</w:t>
      </w:r>
    </w:p>
    <w:p>
      <w:r>
        <w:t>Conecte uma carteira e uma conta x com um aplicativo de bolso inteligente</w:t>
      </w:r>
    </w:p>
    <w:p>
      <w:r>
        <w:t>Retweet durante o evento durante o evento</w:t>
      </w:r>
    </w:p>
    <w:p>
      <w:r>
        <w:t>Pressione o botão Get durante o período de recebimento de ponto para obter pontos</w:t>
      </w:r>
    </w:p>
    <w:p>
      <w:r>
        <w:t>Clique aqui para obter detalhes da função da tarefa.</w:t>
      </w:r>
    </w:p>
    <w:p>
      <w:r>
        <w:t>https://note.com/tyaki753note/n/nd869e0c4d52d</w:t>
      </w:r>
    </w:p>
    <w:p>
      <w:r>
        <w:t>3. Função de recrutamento</w:t>
      </w:r>
    </w:p>
    <w:p>
      <w:r>
        <w:t>Você pode ganhar pontos usando o código de convite para o aplicativo Smart Pocket. ( * Até 20 pessoas por mês pode ganhar até 2000 pontos no mês.)</w:t>
      </w:r>
    </w:p>
    <w:p>
      <w:r>
        <w:t>[Procedimento para adquirir pontos SP]</w:t>
      </w:r>
    </w:p>
    <w:p>
      <w:r>
        <w:t>Faça login no aplicativo Smart Pocket e conecte a carteira</w:t>
      </w:r>
    </w:p>
    <w:p>
      <w:r>
        <w:t>Compartilhe o código de convite</w:t>
      </w:r>
    </w:p>
    <w:p>
      <w:r>
        <w:t>Peça à pessoa convidada para inserir um código de convite</w:t>
      </w:r>
    </w:p>
    <w:p>
      <w:r>
        <w:t>Confirme a aquisição de pontos de convite</w:t>
      </w:r>
    </w:p>
    <w:p>
      <w:r>
        <w:t>Clique aqui para obter detalhes da função de convite.</w:t>
      </w:r>
    </w:p>
    <w:p>
      <w:r>
        <w:t>https://note.com/japandaosolution/n/n956824e2855a</w:t>
      </w:r>
    </w:p>
    <w:p>
      <w:r>
        <w:t>4.q &amp; a evento</w:t>
      </w:r>
    </w:p>
    <w:p>
      <w:r>
        <w:t>O evento de perguntas e respostas pode obter prêmios por membros da comunidade que respondem a perguntas toda sexta -feira às 23:00. Três perguntas são feitas durante o evento, e a resposta correta recebe pontos SP e USDT.</w:t>
      </w:r>
    </w:p>
    <w:p>
      <w:r>
        <w:t>[Procedimento para adquirir pontos SP]</w:t>
      </w:r>
    </w:p>
    <w:p>
      <w:r>
        <w:t>Participe de perguntas e respostas realizadas toda sexta -feira</w:t>
      </w:r>
    </w:p>
    <w:p>
      <w:r>
        <w:t>Responda às perguntas no canal "Pergunta" no Smart Pocket Server</w:t>
      </w:r>
    </w:p>
    <w:p>
      <w:r>
        <w:t>O respondente correto da primeira e a segunda pergunta ganha pontos SP</w:t>
      </w:r>
    </w:p>
    <w:p>
      <w:r>
        <w:t>Clique aqui para obter detalhes do evento ⏬️Q e um.</w:t>
      </w:r>
    </w:p>
    <w:p>
      <w:r>
        <w:t>https://note.com/japandaosolution/n/nf78c58c19093</w:t>
      </w:r>
    </w:p>
    <w:p>
      <w:r>
        <w:t>5. Participação em atividades de Rumble</w:t>
      </w:r>
    </w:p>
    <w:p>
      <w:r>
        <w:t>No evento Rumble, os membros da comunidade jogarão em mini -jogos todos os sábados e domingo, e os vencedores receberão pontos de SP e USDT.</w:t>
      </w:r>
    </w:p>
    <w:p>
      <w:r>
        <w:t>[Procedimento para adquirir pontos SP]</w:t>
      </w:r>
    </w:p>
    <w:p>
      <w:r>
        <w:t>Participou do evento Rumble realizado todos os sábados e domingo</w:t>
      </w:r>
    </w:p>
    <w:p>
      <w:r>
        <w:t>Entrada no canal "Rumble" no servidor de bolso inteligente</w:t>
      </w:r>
    </w:p>
    <w:p>
      <w:r>
        <w:t>O vencedor recebe pontos SP e USDT</w:t>
      </w:r>
    </w:p>
    <w:p>
      <w:r>
        <w:t>Clique aqui para obter detalhes de Rumble.</w:t>
      </w:r>
    </w:p>
    <w:p>
      <w:r>
        <w:t>https://note.com/japandaosolution/n/nc2d3ae603c8b</w:t>
      </w:r>
    </w:p>
    <w:p>
      <w:r>
        <w:t>6.commentos na sala de bate -papo Discord</w:t>
      </w:r>
    </w:p>
    <w:p>
      <w:r>
        <w:t>Se você falar de forma agressiva na sala de bate -papo Discord do Smart Pocket e atingir o nível 10, poderá obter 1000 pontos e o rolo "Twinkle Star".</w:t>
      </w:r>
    </w:p>
    <w:p>
      <w:r>
        <w:t>[Procedimento para adquirir pontos SP]</w:t>
      </w:r>
    </w:p>
    <w:p>
      <w:r>
        <w:t>Participe da Comunidade Smart Pocket Discord</w:t>
      </w:r>
    </w:p>
    <w:p>
      <w:r>
        <w:t>Expressar ativamente conversas e reações na sala de bate -papo, alcance nível 10</w:t>
      </w:r>
    </w:p>
    <w:p>
      <w:r>
        <w:t>Envie uma carteira no canal de nível de 10 pontos e obtenha 1000 pontos</w:t>
      </w:r>
    </w:p>
    <w:p>
      <w:r>
        <w:t>Clique aqui para obter mais informações sobre a função.</w:t>
      </w:r>
    </w:p>
    <w:p>
      <w:r>
        <w:t>https://note.com/japandaosolution/n/n057c229fed26</w:t>
      </w:r>
    </w:p>
    <w:p>
      <w:r>
        <w:t>7. Outros eventos</w:t>
      </w:r>
    </w:p>
    <w:p>
      <w:r>
        <w:t>Obtenha pontos para os vencedores que atenderam às condições, como a participação na AMA</w:t>
      </w:r>
    </w:p>
    <w:p>
      <w:r>
        <w:t>Plano de evento exclusivo do Supernova Roll Holder</w:t>
      </w:r>
    </w:p>
    <w:p>
      <w:r>
        <w:t>[Como adquirir rolos de supernova]</w:t>
      </w:r>
    </w:p>
    <w:p>
      <w:r>
        <w:t>Se você ganhar três de ✅ Twinkle Star🌟, ✅Intelligence Star🌟 e ✅ Battle Star🌟, você pode obter ✅supernova 🌟 como prova de três coroas.</w:t>
      </w:r>
    </w:p>
    <w:p>
      <w:r>
        <w:t>Como usar os pontos SP</w:t>
      </w:r>
    </w:p>
    <w:p>
      <w:r>
        <w:t>Aquisição da NFT</w:t>
      </w:r>
    </w:p>
    <w:p>
      <w:r>
        <w:t>Você pode trocar pontos SP com a NFT no aplicativo Smart Pocket.</w:t>
      </w:r>
    </w:p>
    <w:p>
      <w:r>
        <w:t>AMATO X CNP LIMITED NFT (a troca terminou no final de maio de 2024)</w:t>
      </w:r>
    </w:p>
    <w:p>
      <w:r>
        <w:drawing>
          <wp:inline xmlns:a="http://schemas.openxmlformats.org/drawingml/2006/main" xmlns:pic="http://schemas.openxmlformats.org/drawingml/2006/picture">
            <wp:extent cx="3657600" cy="331324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3132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Pocket NFT (limitado a 300 emitido) (programado para ser lançado ainda este ano)</w:t>
      </w:r>
    </w:p>
    <w:p>
      <w:r>
        <w:t>É muito perceptível porque é uma NFT rara.</w:t>
      </w:r>
    </w:p>
    <w:p>
      <w:r>
        <w:t>Clique aqui para obter mais informações sobre a Pockemy NFT.</w:t>
      </w:r>
    </w:p>
    <w:p>
      <w:r>
        <w:t>https://note.com/japandaosolution/n/n57e596c68b92</w:t>
      </w:r>
    </w:p>
    <w:p>
      <w:r>
        <w:t>Além disso, mais NFT de colaboração aparecerá no futuro.</w:t>
      </w:r>
    </w:p>
    <w:p>
      <w:r>
        <w:t>A eficácia do bolso inteligente</w:t>
      </w:r>
    </w:p>
    <w:p>
      <w:r>
        <w:t>Get -et Points! Participe de eventos de aplicativos e troca a NFT da Target para ganhar pontos.</w:t>
      </w:r>
    </w:p>
    <w:p>
      <w:r>
        <w:t>Pontos de mudança de troca com a NFT! Substitua o ponto SP adquirido no evento pela NFT oficial do Smart Pocket.</w:t>
      </w:r>
    </w:p>
    <w:p>
      <w:r>
        <w:t>Ganhe NFT e obtenha $ sp! Obtenha o token de acordo com a classificação, mantendo a NFT alvo.</w:t>
      </w:r>
    </w:p>
    <w:p>
      <w:r>
        <w:drawing>
          <wp:inline xmlns:a="http://schemas.openxmlformats.org/drawingml/2006/main" xmlns:pic="http://schemas.openxmlformats.org/drawingml/2006/picture">
            <wp:extent cx="3657600" cy="115863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586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Colaboração usando aplicativos</w:t>
      </w:r>
    </w:p>
    <w:p>
      <w:r>
        <w:t>Participou de eventos -App</w:t>
      </w:r>
    </w:p>
    <w:p>
      <w:r>
        <w:t>Os participantes do evento in -APP podem participar de vários eventos mantidos no aplicativo. Isso aumenta a oportunidade de ganhar pontos e benefícios.</w:t>
      </w:r>
    </w:p>
    <w:p>
      <w:r>
        <w:t>Obtenha ingressos da NFT</w:t>
      </w:r>
    </w:p>
    <w:p>
      <w:r>
        <w:t>Você pode obter um ticket da NFT participando de um evento de aquisição de ingressos da NFT. Este ingresso funciona como um certificado digital que pode ser trocado por serviços e produtos específicos.</w:t>
      </w:r>
    </w:p>
    <w:p>
      <w:r>
        <w:t>Venha para a loja</w:t>
      </w:r>
    </w:p>
    <w:p>
      <w:r>
        <w:t>Você pode receber benefícios em lojas afiliadas usando os ingressos NFT que você visitou a loja.</w:t>
      </w:r>
    </w:p>
    <w:p>
      <w:r>
        <w:drawing>
          <wp:inline xmlns:a="http://schemas.openxmlformats.org/drawingml/2006/main" xmlns:pic="http://schemas.openxmlformats.org/drawingml/2006/picture">
            <wp:extent cx="3657600" cy="255742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57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Colaboração NFT Mint</w:t>
      </w:r>
    </w:p>
    <w:p>
      <w:r>
        <w:t>Exemplo: Amato x CNP Limited NFT, Ticket de desconto em colaboração de proteínas, etc.</w:t>
      </w:r>
    </w:p>
    <w:p>
      <w:r>
        <w:t>O ponto SP será um cupom de desconto real NFT</w:t>
      </w:r>
    </w:p>
    <w:p>
      <w:r>
        <w:t>No futuro, pode ser usado em vários lugares em colaboração com governos e empresas locais</w:t>
      </w:r>
    </w:p>
    <w:p>
      <w:r>
        <w:t>https://note.com/japandaosolution/n/n81b58b85da0d</w:t>
      </w:r>
    </w:p>
    <w:p>
      <w:r>
        <w:t>Sobre desenvolvimentos futuros</w:t>
      </w:r>
    </w:p>
    <w:p>
      <w:r>
        <w:t>Aparência da loja de pontos</w:t>
      </w:r>
    </w:p>
    <w:p>
      <w:r>
        <w:t>No futuro, as lojas de pontos serão introduzidas e os animais digitais (Friends NFT) estarão disponíveis no Point.</w:t>
      </w:r>
    </w:p>
    <w:p>
      <w:r>
        <w:drawing>
          <wp:inline xmlns:a="http://schemas.openxmlformats.org/drawingml/2006/main" xmlns:pic="http://schemas.openxmlformats.org/drawingml/2006/picture">
            <wp:extent cx="3657600" cy="2029476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94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Atualização grande de bolso inteligente</w:t>
      </w:r>
    </w:p>
    <w:p>
      <w:r>
        <w:t>O Smart Pocket será atualizado em breve.</w:t>
      </w:r>
    </w:p>
    <w:p>
      <w:r>
        <w:t>resumo</w:t>
      </w:r>
    </w:p>
    <w:p>
      <w:r>
        <w:t>Os pontos de SP podem ser obtidos por meio de tarefas nas atividades da comunidade de aplicativos e discórdios e podem ser usados ​​para uma hortelã livre de NFT. Também existe uma possibilidade de que mais benefícios possam ser obtidos pela participação ativa.</w:t>
      </w:r>
    </w:p>
    <w:p>
      <w:r>
        <w:t>No futuro, a colaboração com mais NFTs, eventos, governos e empresas locais está planejada. O valor e a praticidade dos pontos SP têm uma ampla gama de aplicações e desenvolvimento. APLETA ESPERA ASSISTAÇÃO DO ANGUNDADE OFICIAL DE RESULTADOS LONGOS!</w:t>
      </w:r>
    </w:p>
    <w:p>
      <w:r>
        <w:t>Se você estiver interessado no seu bolso inteligente, siga a conta Official X com a "Smapoke Magazine".</w:t>
      </w:r>
    </w:p>
    <w:p>
      <w:r>
        <w:t>Conta X Oficial: https: //twitter.com/smapocket</w:t>
      </w:r>
    </w:p>
    <w:p>
      <w:r>
        <w:t>Discord oficial: https: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