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SP (جیب هوشمند) راهنمای استفاده از نقطه -اولین مراحل برای دریافت نشانه-</w:t>
      </w:r>
    </w:p>
    <w:p>
      <w:r>
        <w:t>سلام ، این خانواده SP!</w:t>
      </w:r>
    </w:p>
    <w:p>
      <w:r>
        <w:t>این بار ، نقطه SP (جیب هوشمند) را به روشی آسان و به روش توضیح می دهم.</w:t>
      </w:r>
    </w:p>
    <w:p>
      <w:r>
        <w:t>در اینجا روش ها ، نحوه دستیابی به نقاط SP و جذابیت های آنها که در برنامه های جیب هوشمند و جوامع Discord ذکر شده است ، آورده شده است.</w:t>
      </w:r>
    </w:p>
    <w:p>
      <w:r>
        <w:t>در آغاز</w:t>
      </w:r>
    </w:p>
    <w:p>
      <w:r>
        <w:t>امتیازات SP سیستم مشترک جهان است. اگر برای اولین بار به برنامه Smart Pocket وارد شوید ، می توانید بلافاصله در دنیای نقاط شرکت کنید. همه می توانند به صورت رایگان شرکت کنند!</w:t>
      </w:r>
    </w:p>
    <w:p>
      <w:r>
        <w:t>با شروع پاداش که می تواند 1000 امتیاز در زمان ورود به سیستم کسب کند ، می توانید با شرکت در کارها و فعالیتهای جامعه اختلاف نظر در برنامه ، امتیازات را جمع کنید. در آینده ، اگر یک نکته خاص کسب کنید ، فرصتی خواهید داشتنعناع NFT به صورت رایگان در برنامه Smart Pocket!</w:t>
      </w:r>
    </w:p>
    <w:p>
      <w:r>
        <w:t>نحوه دستیابی به امتیازات SP</w:t>
      </w:r>
    </w:p>
    <w:p>
      <w:r>
        <w:t>با برنامه Smart Pocket ثبت نام کنید و برای اولین بار وارد سیستم شوید تا 1000 امتیاز کسب کنید.</w:t>
      </w:r>
    </w:p>
    <w:p>
      <w:r>
        <w:t>برای نحوه ثبت برنامه Smart Pocket اینجا را کلیک کنید.</w:t>
      </w:r>
    </w:p>
    <w:p>
      <w:r>
        <w:t>https://note.com/japandaosolution/n/n94f2d52b9709</w:t>
      </w:r>
    </w:p>
    <w:p>
      <w:r>
        <w:t>2. فعالیت کار کردن</w:t>
      </w:r>
    </w:p>
    <w:p>
      <w:r>
        <w:t>کاربران می توانند به راحتی با "عملکرد کار" تازه معرفی شده در برنامه Smart Pocket امتیاز کسب کنند.</w:t>
      </w:r>
    </w:p>
    <w:p>
      <w:r>
        <w:t>[رویه به دست آوردن نقاط SP]</w:t>
      </w:r>
    </w:p>
    <w:p>
      <w:r>
        <w:t>یک حساب کیف پول و X را با یک برنامه جیب هوشمند وصل کنید</w:t>
      </w:r>
    </w:p>
    <w:p>
      <w:r>
        <w:t>در طول رویداد در طول رویداد بازتوییت کنید</w:t>
      </w:r>
    </w:p>
    <w:p>
      <w:r>
        <w:t>برای کسب امتیاز ، دکمه GET را در طول دوره دریافت نقطه فشار دهید</w:t>
      </w:r>
    </w:p>
    <w:p>
      <w:r>
        <w:t>برای جزئیات بیشتر در مورد عملکرد کار اینجا را کلیک کنید.</w:t>
      </w:r>
    </w:p>
    <w:p>
      <w:r>
        <w:t>https://note.com/tyaki753note/n/nd869e0c4d52d</w:t>
      </w:r>
    </w:p>
    <w:p>
      <w:r>
        <w:t>عملکرد 3. عملکرد</w:t>
      </w:r>
    </w:p>
    <w:p>
      <w:r>
        <w:t>شما می توانید با استفاده از کد دعوت به برنامه Smart Pocket امتیاز کسب کنید. ( * حداکثر 20 نفر در ماه می توانند تا 2000 امتیاز در ماه کسب کنند.)</w:t>
      </w:r>
    </w:p>
    <w:p>
      <w:r>
        <w:t>[رویه به دست آوردن نقاط SP]</w:t>
      </w:r>
    </w:p>
    <w:p>
      <w:r>
        <w:t>وارد برنامه Smart Pocket شوید و کیف پول را وصل کنید</w:t>
      </w:r>
    </w:p>
    <w:p>
      <w:r>
        <w:t>کد دعوت را به اشتراک بگذارید</w:t>
      </w:r>
    </w:p>
    <w:p>
      <w:r>
        <w:t>از شخص دعوت شده بخواهید کد دعوت را وارد کند</w:t>
      </w:r>
    </w:p>
    <w:p>
      <w:r>
        <w:t>کسب امتیازات دعوت را تأیید کنید</w:t>
      </w:r>
    </w:p>
    <w:p>
      <w:r>
        <w:t>برای جزئیات بیشتر در مورد عملکرد دعوت اینجا را کلیک کنید.</w:t>
      </w:r>
    </w:p>
    <w:p>
      <w:r>
        <w:t>https://note.com/japandaosolution/n/n956824e2855a</w:t>
      </w:r>
    </w:p>
    <w:p>
      <w:r>
        <w:t>4.Q و یک رویداد</w:t>
      </w:r>
    </w:p>
    <w:p>
      <w:r>
        <w:t>این رویداد پرسش و پاسخ می تواند جوایز اعضای جامعه را که هر جمعه ساعت 23: 00 به سؤالات پاسخ می دهند ، دریافت کند. سه سؤال در طول این رویداد پرسیده می شود و پاسخ صحیح به امتیازات SP و USDT داده می شود.</w:t>
      </w:r>
    </w:p>
    <w:p>
      <w:r>
        <w:t>[رویه به دست آوردن نقاط SP]</w:t>
      </w:r>
    </w:p>
    <w:p>
      <w:r>
        <w:t>در رویدادهای پرسش و پاسخ هر جمعه شرکت کنید</w:t>
      </w:r>
    </w:p>
    <w:p>
      <w:r>
        <w:t>به سوالات در کانال "سوال" در سرور Smart Pocket پاسخ دهید</w:t>
      </w:r>
    </w:p>
    <w:p>
      <w:r>
        <w:t>پاسخ دهنده صحیح سوال اول و دوم برنده امتیازات SP است</w:t>
      </w:r>
    </w:p>
    <w:p>
      <w:r>
        <w:t>برای جزئیات بیشتر در مورد رویداد ⏬Q و A اینجا را کلیک کنید.</w:t>
      </w:r>
    </w:p>
    <w:p>
      <w:r>
        <w:t>https://note.com/japandaosolution/n/nf78c58c19093</w:t>
      </w:r>
    </w:p>
    <w:p>
      <w:r>
        <w:t>5. مشارکت در فعالیت های رامبل</w:t>
      </w:r>
    </w:p>
    <w:p>
      <w:r>
        <w:t>در رویداد Rumble ، اعضای جامعه هر شنبه و یکشنبه در بازی های مینی بازی می کنند و برندگان امتیاز SP و USDT را دریافت می کنند.</w:t>
      </w:r>
    </w:p>
    <w:p>
      <w:r>
        <w:t>[رویه به دست آوردن نقاط SP]</w:t>
      </w:r>
    </w:p>
    <w:p>
      <w:r>
        <w:t>در رویداد Rumble که هر شنبه و یکشنبه برگزار می شود شرکت کرد</w:t>
      </w:r>
    </w:p>
    <w:p>
      <w:r>
        <w:t>ورود به کانال "Rumble" در سرور Smart Pocket</w:t>
      </w:r>
    </w:p>
    <w:p>
      <w:r>
        <w:t>برنده امتیازات SP و USDT را بدست می آورد</w:t>
      </w:r>
    </w:p>
    <w:p>
      <w:r>
        <w:t>برای جزئیات بیشتر در مورد Rumble اینجا را کلیک کنید.</w:t>
      </w:r>
    </w:p>
    <w:p>
      <w:r>
        <w:t>https://note.com/japandaosolution/n/nc2d3ae603c8b</w:t>
      </w:r>
    </w:p>
    <w:p>
      <w:r>
        <w:t>6.com در اتاق گفتگوی اختلاف نظر</w:t>
      </w:r>
    </w:p>
    <w:p>
      <w:r>
        <w:t>اگر در اتاق گفتگوی Discord Smart Pocket با تهاجمی صحبت می کنید و به سطح 10 می رسد ، می توانید 1000 امتیاز و رول "Twink Star" را بدست آورید.</w:t>
      </w:r>
    </w:p>
    <w:p>
      <w:r>
        <w:t>[رویه به دست آوردن نقاط SP]</w:t>
      </w:r>
    </w:p>
    <w:p>
      <w:r>
        <w:t>شرکت در جامعه Discord Smart Pocket</w:t>
      </w:r>
    </w:p>
    <w:p>
      <w:r>
        <w:t>به طور فعال مکالمات و واکنش ها را در اتاق گپ بیان کنید ، به سطح 10 برسید</w:t>
      </w:r>
    </w:p>
    <w:p>
      <w:r>
        <w:t>یک کیف پول را در کانال -vel -10 ارسال کنید و 1000 امتیاز کسب کنید</w:t>
      </w:r>
    </w:p>
    <w:p>
      <w:r>
        <w:t>برای اطلاعات بیشتر در مورد نقش اینجا را کلیک کنید.</w:t>
      </w:r>
    </w:p>
    <w:p>
      <w:r>
        <w:t>https://note.com/japandaosolution/n/n057c229fed26</w:t>
      </w:r>
    </w:p>
    <w:p>
      <w:r>
        <w:t>7. وقایع دیگر</w:t>
      </w:r>
    </w:p>
    <w:p>
      <w:r>
        <w:t>برای برندگان که شرایط را برآورده می کنند ، مانند مشارکت در AMA ، امتیاز کسب کنید</w:t>
      </w:r>
    </w:p>
    <w:p>
      <w:r>
        <w:t>برنامه رویداد اختصاصی Holder Supernova Roll</w:t>
      </w:r>
    </w:p>
    <w:p>
      <w:r>
        <w:t>[نحوه دستیابی به رول های ابرنواختر]</w:t>
      </w:r>
    </w:p>
    <w:p>
      <w:r>
        <w:t>اگر سه نفر از ✅ Twink Star🌟 ، ✅intelligence Star🌟 و ✅battle Star🌟 را بدست آورید ، می توانید ✅supernova 🌟 را به عنوان اثبات سه تاج بدست آورید. دارندگان Roll فرصتی برای کسب امتیاز زیادی دارند!؟</w:t>
      </w:r>
    </w:p>
    <w:p>
      <w:r>
        <w:t>نحوه استفاده از نقاط SP</w:t>
      </w:r>
    </w:p>
    <w:p>
      <w:r>
        <w:t>کسب NFT</w:t>
      </w:r>
    </w:p>
    <w:p>
      <w:r>
        <w:t>می توانید نقاط SP را با NFT در برنامه Smart Pocket تبادل کنید.</w:t>
      </w:r>
    </w:p>
    <w:p>
      <w:r>
        <w:t>Amato X CNP Limited NFT (مبادله ای در پایان ماه مه 2024 به پایان رسید)</w:t>
      </w:r>
    </w:p>
    <w:p>
      <w:r>
        <w:drawing>
          <wp:inline xmlns:a="http://schemas.openxmlformats.org/drawingml/2006/main" xmlns:pic="http://schemas.openxmlformats.org/drawingml/2006/picture">
            <wp:extent cx="3657600" cy="331324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3132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Pocket NFT (محدود به 300 صادر شده) (قرار است در اواخر سال جاری منتشر شود)</w:t>
      </w:r>
    </w:p>
    <w:p>
      <w:r>
        <w:t>بسیار قابل توجه است زیرا یک NFT نادر است.</w:t>
      </w:r>
    </w:p>
    <w:p>
      <w:r>
        <w:t>برای اطلاعات بیشتر در مورد Pockemy NFT اینجا را کلیک کنید.</w:t>
      </w:r>
    </w:p>
    <w:p>
      <w:r>
        <w:t>https://note.com/japandaosolution/n/n57e596c68b92</w:t>
      </w:r>
    </w:p>
    <w:p>
      <w:r>
        <w:t>علاوه بر این ، NFT همکاری بیشتری در آینده ظاهر می شود.</w:t>
      </w:r>
    </w:p>
    <w:p>
      <w:r>
        <w:t>اثربخشی جیب هوشمند</w:t>
      </w:r>
    </w:p>
    <w:p>
      <w:r>
        <w:t>دریافت امتیاز! در رویدادهای برنامه شرکت کنید و برای کسب امتیاز ، NFT هدف را تجارت کنید.</w:t>
      </w:r>
    </w:p>
    <w:p>
      <w:r>
        <w:t>تغییر -نقاط تبادل را با NFT تغییر دهید! SP نقطه SP را که در این رویداد با Smart Pocket رسمی NFT به دست آمده است جایگزین کنید.</w:t>
      </w:r>
    </w:p>
    <w:p>
      <w:r>
        <w:t>NFT را بدست آورید و $ sp را بدست آورید! با نگه داشتن هدف NFT ، نشانه را مطابق با رتبه دریافت کنید.</w:t>
      </w:r>
    </w:p>
    <w:p>
      <w:r>
        <w:drawing>
          <wp:inline xmlns:a="http://schemas.openxmlformats.org/drawingml/2006/main" xmlns:pic="http://schemas.openxmlformats.org/drawingml/2006/picture">
            <wp:extent cx="3657600" cy="115863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586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همکاری با استفاده از برنامه ها</w:t>
      </w:r>
    </w:p>
    <w:p>
      <w:r>
        <w:t>در رویدادهای -APP شرکت کرد</w:t>
      </w:r>
    </w:p>
    <w:p>
      <w:r>
        <w:t>شرکت کنندگان در رویداد IP -APP می توانند در رویدادهای مختلفی که در برنامه برگزار می شود شرکت کنند. این فرصت برای کسب امتیاز و مزایا را افزایش می دهد.</w:t>
      </w:r>
    </w:p>
    <w:p>
      <w:r>
        <w:t>بلیط های NFT را دریافت کنید</w:t>
      </w:r>
    </w:p>
    <w:p>
      <w:r>
        <w:t>با شرکت در یک رویداد خرید بلیط NFT می توانید بلیط NFT دریافت کنید. این بلیط به عنوان گواهی دیجیتالی کار می کند که می تواند برای خدمات و محصولات خاص رد و بدل شود.</w:t>
      </w:r>
    </w:p>
    <w:p>
      <w:r>
        <w:t>به فروشگاه بیایید</w:t>
      </w:r>
    </w:p>
    <w:p>
      <w:r>
        <w:t>شما می توانید با استفاده از بلیط های NFT که از فروشگاه بازدید کرده اید ، مزایایی را در فروشگاه های وابسته دریافت کنید. در نتیجه ، انتظار می رود استفاده در فروشگاه های واقعی و بهبود تجربه مشتری را ارتقا بخشد.</w:t>
      </w:r>
    </w:p>
    <w:p>
      <w:r>
        <w:drawing>
          <wp:inline xmlns:a="http://schemas.openxmlformats.org/drawingml/2006/main" xmlns:pic="http://schemas.openxmlformats.org/drawingml/2006/picture">
            <wp:extent cx="3657600" cy="255742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57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همکاری NFT MINT</w:t>
      </w:r>
    </w:p>
    <w:p>
      <w:r>
        <w:t>مثال: Amato X CNP Limited NFT ، Protein Lab همکاری تخفیف بلیط NFT و غیره.</w:t>
      </w:r>
    </w:p>
    <w:p>
      <w:r>
        <w:t>نقطه SP یک کوپن تخفیف واقعی NFT خواهد بود</w:t>
      </w:r>
    </w:p>
    <w:p>
      <w:r>
        <w:t>در آینده می توان آن را در مکان های مختلف با همکاری دولت ها و شرکت های محلی استفاده کرد</w:t>
      </w:r>
    </w:p>
    <w:p>
      <w:r>
        <w:t>https://note.com/japandaosolution/n/n81b58b85da0d</w:t>
      </w:r>
    </w:p>
    <w:p>
      <w:r>
        <w:t>در مورد تحولات آینده</w:t>
      </w:r>
    </w:p>
    <w:p>
      <w:r>
        <w:t>ظاهر فروشگاه نقطه</w:t>
      </w:r>
    </w:p>
    <w:p>
      <w:r>
        <w:t>در آینده ، فروشگاه های نقطه معرفی می شوند و حیوانات خانگی دیجیتال (دوستان NFT) در نقاط موجود خواهند بود. این حیوان خانگی را می توان با "شیر برای کسب درآمد" پاداش داد.</w:t>
      </w:r>
    </w:p>
    <w:p>
      <w:r>
        <w:drawing>
          <wp:inline xmlns:a="http://schemas.openxmlformats.org/drawingml/2006/main" xmlns:pic="http://schemas.openxmlformats.org/drawingml/2006/picture">
            <wp:extent cx="3657600" cy="2029476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94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به روزرسانی بزرگ جیب هوشمند</w:t>
      </w:r>
    </w:p>
    <w:p>
      <w:r>
        <w:t>به زودی جیب هوشمند به روز می شود. در نتیجه ، بسیاری از نعناع رایگان محدود ظاهر می شوند.</w:t>
      </w:r>
    </w:p>
    <w:p>
      <w:r>
        <w:t>خلاصه</w:t>
      </w:r>
    </w:p>
    <w:p>
      <w:r>
        <w:t>نقاط SP را می توان از طریق وظایف موجود در برنامه و فعالیت های جامعه Discord بدست آورد و می تواند برای NFT Free Mint استفاده شود. همچنین این امکان وجود دارد که با مشارکت فعال می توان مزایای بیشتری را بدست آورد.</w:t>
      </w:r>
    </w:p>
    <w:p>
      <w:r>
        <w:t>در آینده ، همکاری با NFT ها ، رویدادها ، دولت ها و شرکت های محلی بیشتر برنامه ریزی شده است. ارزش و کاربردی نقاط SP دارای طیف گسترده ای از برنامه ها و توسعه است. لطفاً منتظر اعلام رسمی برای نتایج طولانی مدت باشید!</w:t>
      </w:r>
    </w:p>
    <w:p>
      <w:r>
        <w:t>اگر به جیب هوشمند خود علاقه دارید ، لطفاً حساب رسمی X را با "مجله Smapoke" دنبال کنید.</w:t>
      </w:r>
    </w:p>
    <w:p>
      <w:r>
        <w:t>حساب X رسمی: https: //twitter.com/smapocket</w:t>
      </w:r>
    </w:p>
    <w:p>
      <w:r>
        <w:t>اختلاف نظر رسمی: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