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SP (Smart Pocket) Point Utilization Guide -Primo passaggio per ottenere il token-</w:t>
      </w:r>
    </w:p>
    <w:p>
      <w:r>
        <w:t>Ciao, questa famiglia SP!</w:t>
      </w:r>
    </w:p>
    <w:p>
      <w:r>
        <w:t>Questa volta, spiegherò il punto SP (Pocket Smart) in modo facile da capire.</w:t>
      </w:r>
    </w:p>
    <w:p>
      <w:r>
        <w:t>Ecco i modi, come acquisire punti SP e il loro fascino che sono stati menzionati in app Smart Pocket e Discord Communities.</w:t>
      </w:r>
    </w:p>
    <w:p>
      <w:r>
        <w:t>All'inizio</w:t>
      </w:r>
    </w:p>
    <w:p>
      <w:r>
        <w:t>I punti SP sono il sistema di punti comune del mondo. Se accedi per la prima volta all'app Smart Pocket, puoi immediatamente partecipare al mondo dei punti. E tutto può essere partecipato gratuitamente!</w:t>
      </w:r>
    </w:p>
    <w:p>
      <w:r>
        <w:t>A partire da un bonus che può ottenere 1000 punti al momento del primo accesso, puoi accumulare punti partecipando a attività e attività di discordia nella comunità in futuro, se guadagni un certo punto, avrai la possibilità diMint NFT gratuitamente nell'app Smart Pocket!</w:t>
      </w:r>
    </w:p>
    <w:p>
      <w:r>
        <w:t>Come acquisire punti SP</w:t>
      </w:r>
    </w:p>
    <w:p>
      <w:r>
        <w:t>Registrati con l'app Smart Pocket e accedi per la prima volta per guadagnare 1000 punti.</w:t>
      </w:r>
    </w:p>
    <w:p>
      <w:r>
        <w:t>Fai clic qui per come registrare l'app Smart Pocket.</w:t>
      </w:r>
    </w:p>
    <w:p>
      <w:r>
        <w:t>https://note.com/japandaosolution/n/n94f2d52b9709</w:t>
      </w:r>
    </w:p>
    <w:p>
      <w:r>
        <w:t>2. Attività del task</w:t>
      </w:r>
    </w:p>
    <w:p>
      <w:r>
        <w:t>Gli utenti possono facilmente guadagnare punti con la "funzione attività" appena introdotta nell'app Smart Pocket.</w:t>
      </w:r>
    </w:p>
    <w:p>
      <w:r>
        <w:t>[Procedura per acquisire punti SP]</w:t>
      </w:r>
    </w:p>
    <w:p>
      <w:r>
        <w:t>Collega un account Wallet e X con un'app Smart Pocket</w:t>
      </w:r>
    </w:p>
    <w:p>
      <w:r>
        <w:t>Retweet durante l'evento durante l'evento</w:t>
      </w:r>
    </w:p>
    <w:p>
      <w:r>
        <w:t>Premere il pulsante Ottieni durante il periodo di ricevuta del punto per ottenere punti</w:t>
      </w:r>
    </w:p>
    <w:p>
      <w:r>
        <w:t>Fai clic qui per i dettagli della funzione dell'attività.</w:t>
      </w:r>
    </w:p>
    <w:p>
      <w:r>
        <w:t>https://note.com/tyaki753note/n/nd869e0c4d52d</w:t>
      </w:r>
    </w:p>
    <w:p>
      <w:r>
        <w:t>3. Funzione di reclutamento</w:t>
      </w:r>
    </w:p>
    <w:p>
      <w:r>
        <w:t>Puoi guadagnare punti utilizzando il codice di invito all'app Smart Pocket. ( * Fino a 20 persone al mese possono guadagnare fino a 2000 punti nel mese.)</w:t>
      </w:r>
    </w:p>
    <w:p>
      <w:r>
        <w:t>[Procedura per acquisire punti SP]</w:t>
      </w:r>
    </w:p>
    <w:p>
      <w:r>
        <w:t>Accedi all'app Smart Pocket e collega il portafoglio</w:t>
      </w:r>
    </w:p>
    <w:p>
      <w:r>
        <w:t>Condividi il codice di invito</w:t>
      </w:r>
    </w:p>
    <w:p>
      <w:r>
        <w:t>Chiedi alla persona invitata di inserire un codice di invito</w:t>
      </w:r>
    </w:p>
    <w:p>
      <w:r>
        <w:t>Conferma l'acquisizione di punti di invito</w:t>
      </w:r>
    </w:p>
    <w:p>
      <w:r>
        <w:t>Fai clic qui per i dettagli della funzione di invito.</w:t>
      </w:r>
    </w:p>
    <w:p>
      <w:r>
        <w:t>https://note.com/japandaosolution/n/n956824e2855a</w:t>
      </w:r>
    </w:p>
    <w:p>
      <w:r>
        <w:t>4.Q e un evento</w:t>
      </w:r>
    </w:p>
    <w:p>
      <w:r>
        <w:t>L'evento di domande e risposte può ottenere premi dai membri della comunità che rispondono alle domande ogni venerdì alle 23:00. Vengono poste tre domande durante l'evento e la risposta corretta viene data punti SP e USDT.</w:t>
      </w:r>
    </w:p>
    <w:p>
      <w:r>
        <w:t>[Procedura per acquisire punti SP]</w:t>
      </w:r>
    </w:p>
    <w:p>
      <w:r>
        <w:t>Partecipa a eventi di domande e risposte che si svolgono ogni venerdì</w:t>
      </w:r>
    </w:p>
    <w:p>
      <w:r>
        <w:t>Rispondi alle domande sul canale "Domanda" nel server Smart Pocket</w:t>
      </w:r>
    </w:p>
    <w:p>
      <w:r>
        <w:t>Il rispondente corretto della prima e della seconda domanda vince i punti SP</w:t>
      </w:r>
    </w:p>
    <w:p>
      <w:r>
        <w:t>Fai clic qui per i dettagli di ⏬️Q e un evento.</w:t>
      </w:r>
    </w:p>
    <w:p>
      <w:r>
        <w:t>https://note.com/japandaosolution/n/nf78c58c19093</w:t>
      </w:r>
    </w:p>
    <w:p>
      <w:r>
        <w:t>5. Participazione in attività di rumble</w:t>
      </w:r>
    </w:p>
    <w:p>
      <w:r>
        <w:t>All'evento Rumble, i membri della comunità giocheranno in mini partite ogni sabato e domenica e i vincitori riceveranno punti SP e USDT.</w:t>
      </w:r>
    </w:p>
    <w:p>
      <w:r>
        <w:t>[Procedura per acquisire punti SP]</w:t>
      </w:r>
    </w:p>
    <w:p>
      <w:r>
        <w:t>Ha partecipato all'evento Rumble tenutosi ogni sabato e domenica</w:t>
      </w:r>
    </w:p>
    <w:p>
      <w:r>
        <w:t>Voce sul canale "Rumble" nel server Smart Pocket</w:t>
      </w:r>
    </w:p>
    <w:p>
      <w:r>
        <w:t>Il vincitore ottiene punti SP e USDT</w:t>
      </w:r>
    </w:p>
    <w:p>
      <w:r>
        <w:t>Clicca qui per i dettagli di Rumble.</w:t>
      </w:r>
    </w:p>
    <w:p>
      <w:r>
        <w:t>https://note.com/japandaosolution/n/nc2d3ae603c8b</w:t>
      </w:r>
    </w:p>
    <w:p>
      <w:r>
        <w:t>6.Comme nella chat room Discord</w:t>
      </w:r>
    </w:p>
    <w:p>
      <w:r>
        <w:t>Se parli in modo aggressivo nella chat room Discord di Smart Pocket e raggiungi il livello 10, puoi ottenere 1000 punti e "Twinkle Star".</w:t>
      </w:r>
    </w:p>
    <w:p>
      <w:r>
        <w:t>[Procedura per acquisire punti SP]</w:t>
      </w:r>
    </w:p>
    <w:p>
      <w:r>
        <w:t>Partecipa alla comunità Smart Pocket Discord</w:t>
      </w:r>
    </w:p>
    <w:p>
      <w:r>
        <w:t>Esprimere attivamente conversazioni e reazioni nella chat room, raggiungi il livello 10</w:t>
      </w:r>
    </w:p>
    <w:p>
      <w:r>
        <w:t>Invia un portafoglio sul canale -level -10 e ottieni 1000 punti</w:t>
      </w:r>
    </w:p>
    <w:p>
      <w:r>
        <w:t>Clicca qui per ulteriori informazioni sul ruolo.</w:t>
      </w:r>
    </w:p>
    <w:p>
      <w:r>
        <w:t>https://note.com/japandaosolution/n/n057c229fed26</w:t>
      </w:r>
    </w:p>
    <w:p>
      <w:r>
        <w:t>7. Altri eventi</w:t>
      </w:r>
    </w:p>
    <w:p>
      <w:r>
        <w:t>Ottieni punti per i vincitori che hanno incontrato le condizioni, come la partecipazione ad AMA</w:t>
      </w:r>
    </w:p>
    <w:p>
      <w:r>
        <w:t>Piano di eventi esclusivi di Supernova Roll Holder</w:t>
      </w:r>
    </w:p>
    <w:p>
      <w:r>
        <w:t>[Come acquisire i rotoli di supernova]</w:t>
      </w:r>
    </w:p>
    <w:p>
      <w:r>
        <w:t>Se vinci tre di ✅ Twinkle Star🌟, ✅Intelligence Star🌟 e ✅battle Star🌟, puoi ottenere ✅supernova 🌟 come prova di tre corone. I porta -roll hanno la possibilità di ottenere molti punti!?</w:t>
      </w:r>
    </w:p>
    <w:p>
      <w:r>
        <w:t>Come utilizzare i punti SP</w:t>
      </w:r>
    </w:p>
    <w:p>
      <w:r>
        <w:t>Acquisizione di NFT</w:t>
      </w:r>
    </w:p>
    <w:p>
      <w:r>
        <w:t>Puoi scambiare punti SP con NFT nell'app Smart Pocket.</w:t>
      </w:r>
    </w:p>
    <w:p>
      <w:r>
        <w:t>Amato X CNP Limited NFT (Exchange si è concluso alla fine di maggio 2024)</w:t>
      </w:r>
    </w:p>
    <w:p>
      <w:r>
        <w:drawing>
          <wp:inline xmlns:a="http://schemas.openxmlformats.org/drawingml/2006/main" xmlns:pic="http://schemas.openxmlformats.org/drawingml/2006/picture">
            <wp:extent cx="3657600" cy="331324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3132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Pocket NFT (limitato a 300 emessi) (previsto per essere rilasciato entro la fine dell'anno)</w:t>
      </w:r>
    </w:p>
    <w:p>
      <w:r>
        <w:t>È molto evidente perché è un NFT raro.</w:t>
      </w:r>
    </w:p>
    <w:p>
      <w:r>
        <w:t>Fai clic qui per ulteriori informazioni su Pockemy NFT.</w:t>
      </w:r>
    </w:p>
    <w:p>
      <w:r>
        <w:t>https://note.com/japandaosolution/n/n57e596c68b92</w:t>
      </w:r>
    </w:p>
    <w:p>
      <w:r>
        <w:t>Inoltre, in futuro apparirà più NFT.</w:t>
      </w:r>
    </w:p>
    <w:p>
      <w:r>
        <w:t>L'efficacia della tasca intelligente</w:t>
      </w:r>
    </w:p>
    <w:p>
      <w:r>
        <w:t>Ottieni punti -ge! Partecipa agli eventi delle app e scambia il Target NFT per guadagnare punti.</w:t>
      </w:r>
    </w:p>
    <w:p>
      <w:r>
        <w:t>Cambia -Exchange Punti con NFT! Sostituisci il punto SP acquisito all'evento con NFT ufficiale Smart Pocket.</w:t>
      </w:r>
    </w:p>
    <w:p>
      <w:r>
        <w:t>Guadagnare -opera NFT e ottenere $ sp! Ottieni il token secondo il rango tenendo il bersaglio NFT.</w:t>
      </w:r>
    </w:p>
    <w:p>
      <w:r>
        <w:drawing>
          <wp:inline xmlns:a="http://schemas.openxmlformats.org/drawingml/2006/main" xmlns:pic="http://schemas.openxmlformats.org/drawingml/2006/picture">
            <wp:extent cx="3657600" cy="115863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1586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Collaborazione utilizzando app</w:t>
      </w:r>
    </w:p>
    <w:p>
      <w:r>
        <w:t>Ha partecipato a eventi -pp</w:t>
      </w:r>
    </w:p>
    <w:p>
      <w:r>
        <w:t>I partecipanti all'evento In -App possono partecipare a vari eventi tenuti nell'app. Questo aumenta l'opportunità di guadagnare punti e benefici.</w:t>
      </w:r>
    </w:p>
    <w:p>
      <w:r>
        <w:t>Ottieni biglietti NFT</w:t>
      </w:r>
    </w:p>
    <w:p>
      <w:r>
        <w:t>È possibile ottenere un biglietto NFT partecipando a un evento di acquisizione del biglietto NFT. Questo biglietto funziona come certificato digitale che può essere scambiato con servizi e prodotti specifici.</w:t>
      </w:r>
    </w:p>
    <w:p>
      <w:r>
        <w:t>Vieni al negozio</w:t>
      </w:r>
    </w:p>
    <w:p>
      <w:r>
        <w:t>Puoi ricevere benefici nei negozi affiliati utilizzando i biglietti NFT che hai visitato il negozio. Come risultato, si prevede che promuoverà l'uso nei negozi reali e migliora l'esperienza del cliente.</w:t>
      </w:r>
    </w:p>
    <w:p>
      <w:r>
        <w:drawing>
          <wp:inline xmlns:a="http://schemas.openxmlformats.org/drawingml/2006/main" xmlns:pic="http://schemas.openxmlformats.org/drawingml/2006/picture">
            <wp:extent cx="3657600" cy="255742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57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Collaborazione NFT Mint</w:t>
      </w:r>
    </w:p>
    <w:p>
      <w:r>
        <w:t>Esempio: NFT Limited Amato X CNP, Collaborazione per la laboratorio proteico NFT, ecc.</w:t>
      </w:r>
    </w:p>
    <w:p>
      <w:r>
        <w:t>Il punto SP sarà un vero coupon di sconto NFT</w:t>
      </w:r>
    </w:p>
    <w:p>
      <w:r>
        <w:t>In futuro, può essere utilizzato in vari luoghi in collaborazione con governi e aziende locali</w:t>
      </w:r>
    </w:p>
    <w:p>
      <w:r>
        <w:t>https://note.com/japandaosolution/n/n81b58b85da0d</w:t>
      </w:r>
    </w:p>
    <w:p>
      <w:r>
        <w:t>Sui futuri sviluppi</w:t>
      </w:r>
    </w:p>
    <w:p>
      <w:r>
        <w:t>Aspetto di Point Shop</w:t>
      </w:r>
    </w:p>
    <w:p>
      <w:r>
        <w:t>In futuro, verranno introdotti i negozi di punti e gli animali domestici digitali (Friends NFT) saranno disponibili nei punti. Questo animale domestico può essere premiato con "Tap to guadagnando".</w:t>
      </w:r>
    </w:p>
    <w:p>
      <w:r>
        <w:drawing>
          <wp:inline xmlns:a="http://schemas.openxmlformats.org/drawingml/2006/main" xmlns:pic="http://schemas.openxmlformats.org/drawingml/2006/picture">
            <wp:extent cx="3657600" cy="2029476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94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Smart Pocket Large Update</w:t>
      </w:r>
    </w:p>
    <w:p>
      <w:r>
        <w:t>La tasca intelligente verrà presto aggiornata. Come risultato, appariranno molte menta gratuite limitate.</w:t>
      </w:r>
    </w:p>
    <w:p>
      <w:r>
        <w:t>riepilogo</w:t>
      </w:r>
    </w:p>
    <w:p>
      <w:r>
        <w:t>I punti SP possono essere ottenuti attraverso compiti nelle attività della comunità di app e discordie e possono essere utilizzati per NFT gratuitamente.</w:t>
      </w:r>
    </w:p>
    <w:p>
      <w:r>
        <w:t>In futuro, è prevista la collaborazione con più NFT, eventi, governi e aziende locali. Il valore e la praticità dei punti SP hanno una vasta gamma di applicazioni e sviluppo. Attesa con impazienza l'annuncio ufficiale per i risultati a lungo termine!</w:t>
      </w:r>
    </w:p>
    <w:p>
      <w:r>
        <w:t>Se sei interessato alla tua tasca intelligente, segui l'account ufficiale X con "Smapoke Magazine".</w:t>
      </w:r>
    </w:p>
    <w:p>
      <w:r>
        <w:t>Account ufficiale X: https: //twitter.com/smapocket</w:t>
      </w:r>
    </w:p>
    <w:p>
      <w:r>
        <w:t>Discord ufficiale: https: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