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SP (Smart Pocket) Punkte -Nutzungshandbuch -erste Schritte, um Token-</w:t>
      </w:r>
    </w:p>
    <w:p>
      <w:r>
        <w:t>Hallo, diese SP -Familie!</w:t>
      </w:r>
    </w:p>
    <w:p>
      <w:r>
        <w:t>Dieses Mal werde ich den SP (Smart Pocket) -Punkt auf einfache Weise erklären.</w:t>
      </w:r>
    </w:p>
    <w:p>
      <w:r>
        <w:t>Hier finden Sie die Möglichkeiten, SP -Punkte zu erwerben, und deren Charme, die in Smart Pocket Apps und Discord Communities erwähnt wurden.</w:t>
      </w:r>
    </w:p>
    <w:p>
      <w:r>
        <w:t>Am Anfang</w:t>
      </w:r>
    </w:p>
    <w:p>
      <w:r>
        <w:t>SP -Punkte sind das weltweite Point -System. Wenn Sie sich zum ersten Mal bei der Smart Pocket -App anmelden, können Sie sofort an der Welt der Punkte teilnehmen. Alle können kostenlos teilnehmen!</w:t>
      </w:r>
    </w:p>
    <w:p>
      <w:r>
        <w:t>Beginnend mit einem Bonus, der zum Zeitpunkt der ersten Anmeldung 1000 Punkte erhalten kannMint NFT kostenlos in der Smart Pocket App!</w:t>
      </w:r>
    </w:p>
    <w:p>
      <w:r>
        <w:t>Wie man SP -Punkte erfasst</w:t>
      </w:r>
    </w:p>
    <w:p>
      <w:r>
        <w:t>Registrieren Sie sich bei der Smart Pocket App und melden Sie sich zum ersten Mal an, um 1000 Punkte zu sammeln.</w:t>
      </w:r>
    </w:p>
    <w:p>
      <w:r>
        <w:t>Klicken Sie hier, um die Smart Pocket App zu registrieren.</w:t>
      </w:r>
    </w:p>
    <w:p>
      <w:r>
        <w:t>https://note.com/japandaosolution/n/n94f2d52b9709</w:t>
      </w:r>
    </w:p>
    <w:p>
      <w:r>
        <w:t>2. Taskaktivität</w:t>
      </w:r>
    </w:p>
    <w:p>
      <w:r>
        <w:t>Benutzer können mit der neu eingeführten "Aufgabenfunktion" in der Smart Pocket -App problemlos Punkte verdienen.</w:t>
      </w:r>
    </w:p>
    <w:p>
      <w:r>
        <w:t>[Verfahren zum Erwerb von SP -Punkten]</w:t>
      </w:r>
    </w:p>
    <w:p>
      <w:r>
        <w:t>Schließen Sie eine Brieftasche und ein X -Konto mit einer intelligenten Pocket -App an</w:t>
      </w:r>
    </w:p>
    <w:p>
      <w:r>
        <w:t>Retweeten während der Veranstaltung während der Veranstaltung</w:t>
      </w:r>
    </w:p>
    <w:p>
      <w:r>
        <w:t>Drücken Sie die Taste GET -Taste während der Punktemittungszeit, um Punkte zu erhalten</w:t>
      </w:r>
    </w:p>
    <w:p>
      <w:r>
        <w:t>Klicken Sie hier, um Details zur Aufgabenfunktion zu erhalten.</w:t>
      </w:r>
    </w:p>
    <w:p>
      <w:r>
        <w:t>https://note.com/tyaki753note/n/nd869e0c4d52d</w:t>
      </w:r>
    </w:p>
    <w:p>
      <w:r>
        <w:t>3.Recruitment -Funktion</w:t>
      </w:r>
    </w:p>
    <w:p>
      <w:r>
        <w:t>Sie können Punkte verdienen, indem Sie den Einladungscode für die Smart Pocket -App verwenden ( * bis zu 20 Personen pro Monat können im Monat bis zu 2000 Punkte sammeln.)</w:t>
      </w:r>
    </w:p>
    <w:p>
      <w:r>
        <w:t>[Verfahren zum Erwerb von SP -Punkten]</w:t>
      </w:r>
    </w:p>
    <w:p>
      <w:r>
        <w:t>Melden Sie sich bei der Smart Pocket -App an und verbinden Sie die Brieftasche</w:t>
      </w:r>
    </w:p>
    <w:p>
      <w:r>
        <w:t>Einladungscode teilen</w:t>
      </w:r>
    </w:p>
    <w:p>
      <w:r>
        <w:t>Bitten Sie die eingeladene Person, einen Einladungscode einzugeben</w:t>
      </w:r>
    </w:p>
    <w:p>
      <w:r>
        <w:t>Bestätigen Sie den Erwerb von Einladungspunkten</w:t>
      </w:r>
    </w:p>
    <w:p>
      <w:r>
        <w:t>Klicken Sie hier, um Details zur Einladungsfunktion zu erhalten.</w:t>
      </w:r>
    </w:p>
    <w:p>
      <w:r>
        <w:t>https://note.com/japandaosolution/n/n956824e2855a</w:t>
      </w:r>
    </w:p>
    <w:p>
      <w:r>
        <w:t>4.Q &amp; eine Veranstaltung</w:t>
      </w:r>
    </w:p>
    <w:p>
      <w:r>
        <w:t>Die Q &amp; A -Veranstaltung kann Preise von Community -Mitgliedern erhalten, die jeden Freitag um 23:00 Uhr Fragen beantworten. Drei Fragen werden während der Veranstaltung gestellt, und die richtige Antwort wird SP -Punkte und USDT gegeben.</w:t>
      </w:r>
    </w:p>
    <w:p>
      <w:r>
        <w:t>[Verfahren zum Erwerb von SP -Punkten]</w:t>
      </w:r>
    </w:p>
    <w:p>
      <w:r>
        <w:t>Nehmen Sie jeden Freitag an Fragen und Antworten teil, die abgehalten werden</w:t>
      </w:r>
    </w:p>
    <w:p>
      <w:r>
        <w:t>Beantworten Sie Fragen zum "Frage" -Kanal auf dem Smart Pocket -Server</w:t>
      </w:r>
    </w:p>
    <w:p>
      <w:r>
        <w:t>Der richtige Answer der ersten und zweiten Frage gewinnt SP -Punkte</w:t>
      </w:r>
    </w:p>
    <w:p>
      <w:r>
        <w:t>Klicken Sie hier, um Details zum ⏬️Q &amp; einer Veranstaltung zu erhalten.</w:t>
      </w:r>
    </w:p>
    <w:p>
      <w:r>
        <w:t>https://note.com/japandaosolution/n/nf78c58c19093</w:t>
      </w:r>
    </w:p>
    <w:p>
      <w:r>
        <w:t>5. Teilnahme an Rumpelnaktivitäten</w:t>
      </w:r>
    </w:p>
    <w:p>
      <w:r>
        <w:t>Bei der Rumble -Veranstaltung spielen die Community -Mitglieder jeden Samstag und Sonntag in Mini -Spielen, und die Gewinner erhalten SP -Punkte und USDT.</w:t>
      </w:r>
    </w:p>
    <w:p>
      <w:r>
        <w:t>[Verfahren zum Erwerb von SP -Punkten]</w:t>
      </w:r>
    </w:p>
    <w:p>
      <w:r>
        <w:t>Nahm an der Rumble -Veranstaltung teil, die jeden Samstag und Sonntag stattfand</w:t>
      </w:r>
    </w:p>
    <w:p>
      <w:r>
        <w:t>Eintrag auf dem "Rumble" -Kanal auf dem Smart Pocket -Server</w:t>
      </w:r>
    </w:p>
    <w:p>
      <w:r>
        <w:t>Der Gewinner bekommt SP -Punkte und USDT</w:t>
      </w:r>
    </w:p>
    <w:p>
      <w:r>
        <w:t>Klicken Sie hier, um Details zu Rumble zu erhalten.</w:t>
      </w:r>
    </w:p>
    <w:p>
      <w:r>
        <w:t>https://note.com/japandaosolution/n/nc2d3ae603c8b</w:t>
      </w:r>
    </w:p>
    <w:p>
      <w:r>
        <w:t>6.Coments im Discord -Chatraum</w:t>
      </w:r>
    </w:p>
    <w:p>
      <w:r>
        <w:t>Wenn Sie aggressiv im Discord -Chatraum der Smart Pocket sprechen und Level 10 erreichen, können Sie 1000 Punkte und "Twinkle Star" -Roll erhalten.</w:t>
      </w:r>
    </w:p>
    <w:p>
      <w:r>
        <w:t>[Verfahren zum Erwerb von SP -Punkten]</w:t>
      </w:r>
    </w:p>
    <w:p>
      <w:r>
        <w:t>Nehmen Sie an Smart Pocket Discord Community teil</w:t>
      </w:r>
    </w:p>
    <w:p>
      <w:r>
        <w:t>Drücken Sie aktiv Gespräche und Reaktionen im Chatraum aus, erreichen Sie Level 10</w:t>
      </w:r>
    </w:p>
    <w:p>
      <w:r>
        <w:t>Senden Sie eine Brieftasche auf dem Kanal -Level -10 und erhalten Sie 1000 Punkte</w:t>
      </w:r>
    </w:p>
    <w:p>
      <w:r>
        <w:t>Klicken Sie hier, um weitere Informationen zur Rolle zu erhalten.</w:t>
      </w:r>
    </w:p>
    <w:p>
      <w:r>
        <w:t>https://note.com/japandaosolution/n/n057c229fed26</w:t>
      </w:r>
    </w:p>
    <w:p>
      <w:r>
        <w:t>7. Andere Ereignisse</w:t>
      </w:r>
    </w:p>
    <w:p>
      <w:r>
        <w:t>Holen Sie sich Punkte für Gewinner, die die Bedingungen erfüllten, z. B. die Teilnahme an AMA</w:t>
      </w:r>
    </w:p>
    <w:p>
      <w:r>
        <w:t>Exklusiver Veranstaltungsplan von Supernova Roll Holder</w:t>
      </w:r>
    </w:p>
    <w:p>
      <w:r>
        <w:t>[So erwerben Sie Supernova -Rollen]</w:t>
      </w:r>
    </w:p>
    <w:p>
      <w:r>
        <w:t>Wenn Sie drei von ✅ Twinkle Star🌟, ✅Intelligence Star🌟 und ✅Battle Star🌟 gewinnen, können Sie ✅Supernova 🌟 als Beweis für drei Kronen erhalten.</w:t>
      </w:r>
    </w:p>
    <w:p>
      <w:r>
        <w:t>So verwenden Sie SP -Punkte</w:t>
      </w:r>
    </w:p>
    <w:p>
      <w:r>
        <w:t>Erwerb von NFT</w:t>
      </w:r>
    </w:p>
    <w:p>
      <w:r>
        <w:t>Sie können SP -Punkte mit NFT in der Smart Pocket -App austauschen.</w:t>
      </w:r>
    </w:p>
    <w:p>
      <w:r>
        <w:t>Amato X CNP Limited NFT (Austausch endete Ende Mai 2024)</w:t>
      </w:r>
    </w:p>
    <w:p>
      <w:r>
        <w:drawing>
          <wp:inline xmlns:a="http://schemas.openxmlformats.org/drawingml/2006/main" xmlns:pic="http://schemas.openxmlformats.org/drawingml/2006/picture">
            <wp:extent cx="3657600" cy="331324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132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NFT (begrenzt auf 300 ausgegeben) (geplant, die später in diesem Jahr veröffentlicht werden sollen)</w:t>
      </w:r>
    </w:p>
    <w:p>
      <w:r>
        <w:t>Es ist sehr auffällig, weil es eine seltene NFT ist.</w:t>
      </w:r>
    </w:p>
    <w:p>
      <w:r>
        <w:t>Klicken Sie hier, um weitere Informationen zu Pockemy NFT zu erhalten.</w:t>
      </w:r>
    </w:p>
    <w:p>
      <w:r>
        <w:t>https://note.com/japandaosolution/n/n57e596c68b92</w:t>
      </w:r>
    </w:p>
    <w:p>
      <w:r>
        <w:t>Darüber hinaus wird in Zukunft mehr Zusammenarbeit auftreten.</w:t>
      </w:r>
    </w:p>
    <w:p>
      <w:r>
        <w:t>Die Effektivität der intelligenten Tasche</w:t>
      </w:r>
    </w:p>
    <w:p>
      <w:r>
        <w:t>Holen Sie sich -Get -Punkte! Nehmen Sie an App -Events teil und tauschen Sie das Ziel -NFT ein, um Punkte zu sammeln.</w:t>
      </w:r>
    </w:p>
    <w:p>
      <w:r>
        <w:t>Ändern Sie die Punkte für NFT! Ersetzen Sie den bei der Veranstaltung erworbenen SP -Punkt durch Smart Pocket Official NFT.</w:t>
      </w:r>
    </w:p>
    <w:p>
      <w:r>
        <w:t>Verdienen Sie NFT und erhalten Sie $ SP! Holen Sie sich das Token nach dem Rang, indem Sie das Ziel -NFT halten.</w:t>
      </w:r>
    </w:p>
    <w:p>
      <w:r>
        <w:drawing>
          <wp:inline xmlns:a="http://schemas.openxmlformats.org/drawingml/2006/main" xmlns:pic="http://schemas.openxmlformats.org/drawingml/2006/picture">
            <wp:extent cx="3657600" cy="11586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586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Zusammenarbeit mit Apps</w:t>
      </w:r>
    </w:p>
    <w:p>
      <w:r>
        <w:t>Nahm an in -App -Veranstaltungen teil</w:t>
      </w:r>
    </w:p>
    <w:p>
      <w:r>
        <w:t>Teilnehmer an der IN -App -Veranstaltung können an verschiedenen Veranstaltungen in der App teilnehmen. Dies erhöht die Möglichkeit, Punkte und Vorteile zu verdienen.</w:t>
      </w:r>
    </w:p>
    <w:p>
      <w:r>
        <w:t>Holen Sie sich NFT -Tickets</w:t>
      </w:r>
    </w:p>
    <w:p>
      <w:r>
        <w:t>Sie können ein NFT -Ticket erhalten, indem Sie an einer NFT -Ticket -Akquisitionsveranstaltung teilnehmen. Dieses Ticket funktioniert als digitales Zertifikat, das gegen bestimmte Dienstleistungen und Produkte ausgetauscht werden kann.</w:t>
      </w:r>
    </w:p>
    <w:p>
      <w:r>
        <w:t>In den Laden kommen</w:t>
      </w:r>
    </w:p>
    <w:p>
      <w:r>
        <w:t>Sie können Leistungen in verbundenen Geschäften mit den von Ihnen besuchten NFT -Tickets erhalten. Als Ergebnis wird erwartet, dass die Verwendung in tatsächlichen Geschäften fördern und die Kundenerfahrung verbessert.</w:t>
      </w:r>
    </w:p>
    <w:p>
      <w:r>
        <w:drawing>
          <wp:inline xmlns:a="http://schemas.openxmlformats.org/drawingml/2006/main" xmlns:pic="http://schemas.openxmlformats.org/drawingml/2006/picture">
            <wp:extent cx="3657600" cy="255742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Zusammenarbeit Nft Mint</w:t>
      </w:r>
    </w:p>
    <w:p>
      <w:r>
        <w:t>Beispiel: Amato X CNP Limited NFT, Proteinlabor -Kollaboration Rabatt Ticket NFT usw.</w:t>
      </w:r>
    </w:p>
    <w:p>
      <w:r>
        <w:t>Der SP -Punkt ist ein tatsächlicher Rabattkupon NFT</w:t>
      </w:r>
    </w:p>
    <w:p>
      <w:r>
        <w:t>In Zukunft kann es in Zusammenarbeit mit lokalen Regierungen und Unternehmen an verschiedenen Orten verwendet werden</w:t>
      </w:r>
    </w:p>
    <w:p>
      <w:r>
        <w:t>https://note.com/japandaosolution/n/n81b58b85da0d</w:t>
      </w:r>
    </w:p>
    <w:p>
      <w:r>
        <w:t>Über zukünftige Entwicklungen</w:t>
      </w:r>
    </w:p>
    <w:p>
      <w:r>
        <w:t>Aussehen des Punktgeschäfts</w:t>
      </w:r>
    </w:p>
    <w:p>
      <w:r>
        <w:t>In Zukunft werden Point -Shops eingeführt, und digitale Haustiere (Friends NFT) werden bei Punkten erhältlich sein. Dieses Haustier kann mit "Tap to Earn" belohnt werden.</w:t>
      </w:r>
    </w:p>
    <w:p>
      <w:r>
        <w:drawing>
          <wp:inline xmlns:a="http://schemas.openxmlformats.org/drawingml/2006/main" xmlns:pic="http://schemas.openxmlformats.org/drawingml/2006/picture">
            <wp:extent cx="3657600" cy="202947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94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Smart Pocket Large Update</w:t>
      </w:r>
    </w:p>
    <w:p>
      <w:r>
        <w:t>Die intelligente Tasche wird bald aktualisiert. Als Ergebnis werden viele begrenzte kostenlose Minze erscheinen.</w:t>
      </w:r>
    </w:p>
    <w:p>
      <w:r>
        <w:t>Zusammenfassung</w:t>
      </w:r>
    </w:p>
    <w:p>
      <w:r>
        <w:t>SP -Punkte können durch Aufgaben in den Aktivitäten der App- und Discord -Community erhalten werden und können für NFT -freie Minze verwendet werden. Es besteht auch die Möglichkeit, dass durch aktive Teilnahme mehr Vorteile erzielt werden können.</w:t>
      </w:r>
    </w:p>
    <w:p>
      <w:r>
        <w:t>In Zukunft ist die Zusammenarbeit mit mehr NFTs, Veranstaltungen, lokalen Regierungen und Unternehmen geplant. Der Wert und die Praktikabilität von SP -Punkten haben eine breite Palette von Anwendungen und Entwicklung. Bitte freuen Sie sich auf die offizielle Ankündigung für langfristige Ergebnisse!</w:t>
      </w:r>
    </w:p>
    <w:p>
      <w:r>
        <w:t>Wenn Sie an Ihrer intelligenten Tasche interessiert sind, folgen Sie dem offiziellen X -Konto mit "Smapoke Magazine".</w:t>
      </w:r>
    </w:p>
    <w:p>
      <w:r>
        <w:t>Offizielles X -Konto: https: //twitter.com/smapocket</w:t>
      </w:r>
    </w:p>
    <w:p>
      <w:r>
        <w:t>Offizielle Zwietracht: https: //discord.com/invite/smartpocket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