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SP（智能口袋）點利用率指南 - 獲得令牌的第一個步驟 -</w:t>
      </w:r>
    </w:p>
    <w:p>
      <w:r>
        <w:t>您好，這個SP家庭！</w:t>
      </w:r>
    </w:p>
    <w:p>
      <w:r>
        <w:t>這次，我將以一種簡單的理解方式解釋SP（​​智能口袋）點。</w:t>
      </w:r>
    </w:p>
    <w:p>
      <w:r>
        <w:t>這是在智能袖珍應用和不和諧社區中提到的方法，如何獲取SP點的方法以及它們的魅力。</w:t>
      </w:r>
    </w:p>
    <w:p>
      <w:r>
        <w:t>在開始</w:t>
      </w:r>
    </w:p>
    <w:p>
      <w:r>
        <w:t>SP點是世界上的共同點系統。如果您首次登錄Smart Pocket應用程序，您可以立即參與點世界。所有這些都可以免費參與！</w:t>
      </w:r>
    </w:p>
    <w:p>
      <w:r>
        <w:t>從第一次登錄時可以獲得1000點的獎金開始，您可以通過參與應用程序中的任務和不和諧社區活動來積累點。在智能口袋應用中免費造幣廠NFT！</w:t>
      </w:r>
    </w:p>
    <w:p>
      <w:r>
        <w:t>如何獲取SP點</w:t>
      </w:r>
    </w:p>
    <w:p>
      <w:r>
        <w:t>在Smart Pocket應用程序中註冊，並首次登錄以賺取1000點。</w:t>
      </w:r>
    </w:p>
    <w:p>
      <w:r>
        <w:t>單擊此處以獲取如何註冊Smart Pocket應用程序。</w:t>
      </w:r>
    </w:p>
    <w:p>
      <w:r>
        <w:t>https://note.com/japandaosolution/n/n94f2d52b9709</w:t>
      </w:r>
    </w:p>
    <w:p>
      <w:r>
        <w:t>2.任務活動</w:t>
      </w:r>
    </w:p>
    <w:p>
      <w:r>
        <w:t>用戶可以在Smart Pocket應用中使用新引入的“任務功能”輕鬆賺取積分。</w:t>
      </w:r>
    </w:p>
    <w:p>
      <w:r>
        <w:t>[獲取SP點的程序]</w:t>
      </w:r>
    </w:p>
    <w:p>
      <w:r>
        <w:t>將錢包和X帳戶與智能袖珍應用程序連接</w:t>
      </w:r>
    </w:p>
    <w:p>
      <w:r>
        <w:t>活動期間轉發</w:t>
      </w:r>
    </w:p>
    <w:p>
      <w:r>
        <w:t>在點收據期間按下獲取按鈕以獲取點</w:t>
      </w:r>
    </w:p>
    <w:p>
      <w:r>
        <w:t>單擊此處以獲取任務功能的詳細信息。</w:t>
      </w:r>
    </w:p>
    <w:p>
      <w:r>
        <w:t>https://note.com/tyaki753note/n/nd869e0c4d52d</w:t>
      </w:r>
    </w:p>
    <w:p>
      <w:r>
        <w:t>3.審核功能</w:t>
      </w:r>
    </w:p>
    <w:p>
      <w:r>
        <w:t>您可以通過將邀請碼使用智能袋應用程序來賺取積分。（ *每月最多可賺取20人，最多可以賺取2000點。）</w:t>
      </w:r>
    </w:p>
    <w:p>
      <w:r>
        <w:t>[獲取SP點的程序]</w:t>
      </w:r>
    </w:p>
    <w:p>
      <w:r>
        <w:t>登錄到Smart Pocket應用並連接錢包</w:t>
      </w:r>
    </w:p>
    <w:p>
      <w:r>
        <w:t>共享邀請碼</w:t>
      </w:r>
    </w:p>
    <w:p>
      <w:r>
        <w:t>要求受邀人員輸入邀請代碼</w:t>
      </w:r>
    </w:p>
    <w:p>
      <w:r>
        <w:t>確認邀請點的獲取</w:t>
      </w:r>
    </w:p>
    <w:p>
      <w:r>
        <w:t>單擊此處以獲取邀請功能的詳細信息。</w:t>
      </w:r>
    </w:p>
    <w:p>
      <w:r>
        <w:t>https://note.com/japandaosolution/n/n956824e2855a</w:t>
      </w:r>
    </w:p>
    <w:p>
      <w:r>
        <w:t>4.Q＆A活動</w:t>
      </w:r>
    </w:p>
    <w:p>
      <w:r>
        <w:t>問答活動可以通過社區成員在每個星期五23：00回答問題的社區成員獲得獎品。活動期間提出了三個問題，並且給出了正確的答案，並給出了SP點和USDT。</w:t>
      </w:r>
    </w:p>
    <w:p>
      <w:r>
        <w:t>[獲取SP點的程序]</w:t>
      </w:r>
    </w:p>
    <w:p>
      <w:r>
        <w:t>參加每個星期五舉行的問答活動</w:t>
      </w:r>
    </w:p>
    <w:p>
      <w:r>
        <w:t>在智能口袋服務器中回答有關“問題”頻道的問題</w:t>
      </w:r>
    </w:p>
    <w:p>
      <w:r>
        <w:t>第一個和第二個問題的正確回答器贏得了SP點</w:t>
      </w:r>
    </w:p>
    <w:p>
      <w:r>
        <w:t>單擊此處以獲取⏬️Q＆A事件的詳細信息。</w:t>
      </w:r>
    </w:p>
    <w:p>
      <w:r>
        <w:t>https://note.com/japandaosolution/n/nf78c58c19093</w:t>
      </w:r>
    </w:p>
    <w:p>
      <w:r>
        <w:t>5，參與隆隆活動</w:t>
      </w:r>
    </w:p>
    <w:p>
      <w:r>
        <w:t>在Rumble活動中，社區成員將每個星期六和周日參加迷你比賽，獲獎者將獲得SP積分和USDT。</w:t>
      </w:r>
    </w:p>
    <w:p>
      <w:r>
        <w:t>[獲取SP點的程序]</w:t>
      </w:r>
    </w:p>
    <w:p>
      <w:r>
        <w:t>參加每個星期六和周日舉行的隆隆活動</w:t>
      </w:r>
    </w:p>
    <w:p>
      <w:r>
        <w:t>在智能口袋服務器中的“隆隆聲”頻道上輸入</w:t>
      </w:r>
    </w:p>
    <w:p>
      <w:r>
        <w:t>獲勝者獲得SP積分和USDT</w:t>
      </w:r>
    </w:p>
    <w:p>
      <w:r>
        <w:t>單擊此處以獲取隆隆聲的詳細信息。</w:t>
      </w:r>
    </w:p>
    <w:p>
      <w:r>
        <w:t>https://note.com/japandaosolution/n/nc2d3ae603c8b</w:t>
      </w:r>
    </w:p>
    <w:p>
      <w:r>
        <w:t>6.com在Discord聊天室裡</w:t>
      </w:r>
    </w:p>
    <w:p>
      <w:r>
        <w:t>如果您在Smart Pocket的Discord聊天室中積極交談並達到10級，則可以獲得1000分和“ Twinkle Star”卷。</w:t>
      </w:r>
    </w:p>
    <w:p>
      <w:r>
        <w:t>[獲取SP點的程序]</w:t>
      </w:r>
    </w:p>
    <w:p>
      <w:r>
        <w:t>參加智能口袋不和諧社區</w:t>
      </w:r>
    </w:p>
    <w:p>
      <w:r>
        <w:t>積極表達聊天室的對話和反應，達到10級</w:t>
      </w:r>
    </w:p>
    <w:p>
      <w:r>
        <w:t>在-Level -10頻道上提交錢包，並獲得1000點</w:t>
      </w:r>
    </w:p>
    <w:p>
      <w:r>
        <w:t>單擊此處以獲取有關角色的更多信息。</w:t>
      </w:r>
    </w:p>
    <w:p>
      <w:r>
        <w:t>https://note.com/japandaosolution/n/n057c229fed26</w:t>
      </w:r>
    </w:p>
    <w:p>
      <w:r>
        <w:t>7.其他事件</w:t>
      </w:r>
    </w:p>
    <w:p>
      <w:r>
        <w:t>為符合條件的獲獎者獲取積分，例如參與AMA</w:t>
      </w:r>
    </w:p>
    <w:p>
      <w:r>
        <w:t>Supernova Roll持有者的獨家活動計劃</w:t>
      </w:r>
    </w:p>
    <w:p>
      <w:r>
        <w:t>[如何獲取超新星卷]</w:t>
      </w:r>
    </w:p>
    <w:p>
      <w:r>
        <w:t>如果您贏得了三個twinklestar🌟，✅智力星和✅戰斗星，則可以得到三個皇冠證明。</w:t>
      </w:r>
    </w:p>
    <w:p>
      <w:r>
        <w:t>如何使用SP點</w:t>
      </w:r>
    </w:p>
    <w:p>
      <w:r>
        <w:t>收購NFT</w:t>
      </w:r>
    </w:p>
    <w:p>
      <w:r>
        <w:t>您可以在Smart Pocket應用中使用NFT交換SP點。</w:t>
      </w:r>
    </w:p>
    <w:p>
      <w:r>
        <w:t>Amato X CNP Limited NFT（交易所於2024年5月底結束）</w:t>
      </w:r>
    </w:p>
    <w:p>
      <w:r>
        <w:drawing>
          <wp:inline xmlns:a="http://schemas.openxmlformats.org/drawingml/2006/main" xmlns:pic="http://schemas.openxmlformats.org/drawingml/2006/picture">
            <wp:extent cx="3657600" cy="331324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132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Pocket NFT（限制為300張）（原定於今年晚些時候發布）</w:t>
      </w:r>
    </w:p>
    <w:p>
      <w:r>
        <w:t>它非常明顯，因為它是罕見的NFT。</w:t>
      </w:r>
    </w:p>
    <w:p>
      <w:r>
        <w:t>單擊此處以獲取有關Pockemy NFT的更多信息。</w:t>
      </w:r>
    </w:p>
    <w:p>
      <w:r>
        <w:t>https://note.com/japandaosolution/n/n57e596c68b92</w:t>
      </w:r>
    </w:p>
    <w:p>
      <w:r>
        <w:t>此外，將來會出現更多的協作NFT。</w:t>
      </w:r>
    </w:p>
    <w:p>
      <w:r>
        <w:t>智能口袋的有效性</w:t>
      </w:r>
    </w:p>
    <w:p>
      <w:r>
        <w:t>獲取積分！參加應用程序活動並交易目標NFT以贏得積分。</w:t>
      </w:r>
    </w:p>
    <w:p>
      <w:r>
        <w:t>用NFT更改 - 交換點！用Smart Pocket官方NFT替換在活動中獲得的SP點。</w:t>
      </w:r>
    </w:p>
    <w:p>
      <w:r>
        <w:t>賺取正常的NFT並獲得$ sp！通過保持目標NFT來根據排名獲得令牌。</w:t>
      </w:r>
    </w:p>
    <w:p>
      <w:r>
        <w:drawing>
          <wp:inline xmlns:a="http://schemas.openxmlformats.org/drawingml/2006/main" xmlns:pic="http://schemas.openxmlformats.org/drawingml/2006/picture">
            <wp:extent cx="3657600" cy="11586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586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使用應用程序協作</w:t>
      </w:r>
    </w:p>
    <w:p>
      <w:r>
        <w:t>參加-App活動</w:t>
      </w:r>
    </w:p>
    <w:p>
      <w:r>
        <w:t>IN -APP活動的參與者可以參加該應用程序中舉行的各種活動。這增加了贏得積分和福利的機會。</w:t>
      </w:r>
    </w:p>
    <w:p>
      <w:r>
        <w:t>獲取NFT門票</w:t>
      </w:r>
    </w:p>
    <w:p>
      <w:r>
        <w:t>您可以通過參加NFT票務徵用活動來獲得NFT票。該票作為數字證書可用於特定服務和產品。</w:t>
      </w:r>
    </w:p>
    <w:p>
      <w:r>
        <w:t>來商店</w:t>
      </w:r>
    </w:p>
    <w:p>
      <w:r>
        <w:t>您可以使用您訪問過商店的NFT門票在附屬商店獲得福利。結果，預計將在實際商店中促進使用並改善客戶體驗。</w:t>
      </w:r>
    </w:p>
    <w:p>
      <w:r>
        <w:drawing>
          <wp:inline xmlns:a="http://schemas.openxmlformats.org/drawingml/2006/main" xmlns:pic="http://schemas.openxmlformats.org/drawingml/2006/picture">
            <wp:extent cx="3657600" cy="25574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5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協作NFT薄荷</w:t>
      </w:r>
    </w:p>
    <w:p>
      <w:r>
        <w:t>示例：Amato X CNP Limited NFT，蛋白質實驗室協作折扣票NFT等。</w:t>
      </w:r>
    </w:p>
    <w:p>
      <w:r>
        <w:t>SP點將是實際的折扣優惠券NFT</w:t>
      </w:r>
    </w:p>
    <w:p>
      <w:r>
        <w:t>將來，它可以與地方政府和公司合作在各個地方使用</w:t>
      </w:r>
    </w:p>
    <w:p>
      <w:r>
        <w:t>https://note.com/japandaosolution/n/n81b58b85da0d</w:t>
      </w:r>
    </w:p>
    <w:p>
      <w:r>
        <w:t>關於未來的發展</w:t>
      </w:r>
    </w:p>
    <w:p>
      <w:r>
        <w:t>點商店的外觀</w:t>
      </w:r>
    </w:p>
    <w:p>
      <w:r>
        <w:t>將來，將要引入Point Shops，並將在Point上提供數字寵物（朋友NFT）。該寵物可以用“ Tap to to賺錢”獲得獎勵。</w:t>
      </w:r>
    </w:p>
    <w:p>
      <w:r>
        <w:drawing>
          <wp:inline xmlns:a="http://schemas.openxmlformats.org/drawingml/2006/main" xmlns:pic="http://schemas.openxmlformats.org/drawingml/2006/picture">
            <wp:extent cx="3657600" cy="202947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4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智能口袋大更新</w:t>
      </w:r>
    </w:p>
    <w:p>
      <w:r>
        <w:t>智能口袋將很快更新。結果，將出現許多有限的免費薄荷。</w:t>
      </w:r>
    </w:p>
    <w:p>
      <w:r>
        <w:t>概括</w:t>
      </w:r>
    </w:p>
    <w:p>
      <w:r>
        <w:t>SP點可以通過應用程序和Discord Community活動中的任務獲得，並且可以用於NFT免費MINT。還可以通過積極參與獲得更多的好處。</w:t>
      </w:r>
    </w:p>
    <w:p>
      <w:r>
        <w:t>將來，計劃與更多NFT，活動，地方政府和公司的合作。SP點的價值和實用性具有廣泛的應用和開發。請期待官方公告長期成果！</w:t>
      </w:r>
    </w:p>
    <w:p>
      <w:r>
        <w:t>如果您對智能口袋感興趣，請使用“ Smapoke雜誌”官方X帳戶。</w:t>
      </w:r>
    </w:p>
    <w:p>
      <w:r>
        <w:t>官方X帳戶：https：//twitter.com/smapocket</w:t>
      </w:r>
    </w:p>
    <w:p>
      <w:r>
        <w:t>官方不和諧：https：//discord.com/invite/smartpocket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