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3228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2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Japan Dao mulẹ Studio ohun kikọ tuntun ti ere tuntun kan pẹlu Blockchain!</w:t>
      </w:r>
    </w:p>
    <w:p>
      <w:r>
        <w:t>Hello idile Japan dao ☆</w:t>
      </w:r>
    </w:p>
    <w:p>
      <w:r>
        <w:t>Ni akoko yii, a yoo ṣafihan ipenija tuntun ti Japan dao, eyiti o fi akoonu Digital ati imọ-ẹrọ Brochain ati lepa agbara ti iṣelọpọ ohun kikọ tuntun.</w:t>
      </w:r>
    </w:p>
    <w:p>
      <w:r>
        <w:t>Ni ibere</w:t>
      </w:r>
    </w:p>
    <w:p>
      <w:r>
        <w:t>Japan Dao n ṣe idagbasoke awọn iṣẹ imotuntun lo lilo imọ-ẹrọ ati ẹda bi agbegbe Dao ti o mu awọn ohun kikọ silẹ IPO alailẹgbẹ.</w:t>
      </w:r>
    </w:p>
    <w:p>
      <w:r>
        <w:t>Ni Ipinle-Ohun kikọ--At-bar ti fi idi akoko yii mulẹ, a yoo lo NFT (ti kii ṣe akọmalu akọmalu) lati pese awọn iriri tuntun pẹlu awọn kikọ tuntun.</w:t>
      </w:r>
    </w:p>
    <w:p>
      <w:r>
        <w:t>Awọn ọna kika ti Japan Dao</w:t>
      </w:r>
    </w:p>
    <w:p>
      <w:r>
        <w:t>Idagbasoke ti Awọn ohun kikọ IP atilẹba</w:t>
      </w:r>
    </w:p>
    <w:p>
      <w:r>
        <w:t>Japan Dao ti ṣiṣẹ lori awọn ohun kikọ IP tirẹ ati pe o ti ṣe ifamọra ọpọlọpọ awọn egeb onijakidijagan.</w:t>
      </w:r>
    </w:p>
    <w:p>
      <w:r>
        <w:t>Studio ti ohun kikọ silẹ fi n ṣawari akoko tuntun ṣawari awọn iṣe titun fun iṣelọpọ ihuwasi lakoko ti o moja pẹlu awọn ẹlẹda.</w:t>
      </w:r>
    </w:p>
    <w:p>
      <w:r>
        <w:t>Eyi kii yoo fun awọn IPs ti o wa tẹlẹ, ṣugbọn dagbasoke awọn kikọ tuntun ati awọn itan lati pese ọpọlọpọ awọn akoonu.</w:t>
      </w:r>
    </w:p>
    <w:p>
      <w:r>
        <w:t>Iyipada akoonu akoonu oni nọmba</w:t>
      </w:r>
    </w:p>
    <w:p>
      <w:r>
        <w:t>Ọja akoonu oni-nọmba ti wa ni iyara, paapaa pẹlu dide ti NFT (Ipeni ti kii ṣe -feek), iyipada ero ti nini ati iwe-ẹri oni-nọmba.</w:t>
      </w:r>
    </w:p>
    <w:p>
      <w:r>
        <w:t>Japan Dao n gbiyanju lati mu iwaju ti ọja nipasẹ gbigba aṣa yii ni kete bi o ti ṣee ati ṣiṣẹ lori ṣiṣẹda imọ-ẹrọ lilo imọ-ẹrọ Bonocchain.</w:t>
      </w:r>
    </w:p>
    <w:p>
      <w:r>
        <w:t>Ise agbese 1ST: Amuaradagba Labin Ifojusi</w:t>
      </w:r>
    </w:p>
    <w:p>
      <w:r>
        <w:drawing>
          <wp:inline xmlns:a="http://schemas.openxmlformats.org/drawingml/2006/main" xmlns:pic="http://schemas.openxmlformats.org/drawingml/2006/picture">
            <wp:extent cx="3657600" cy="190239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3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Iṣẹ akanṣe akọkọ nipasẹ ile-iṣẹ iwa Japan ti o jẹ ifowosowopo pẹlu ounjẹ ounjẹ ti o ni ilera "SubIxin Tọju".</w:t>
      </w:r>
    </w:p>
    <w:p>
      <w:r>
        <w:t>Amuaradagba Lab ni atilẹyin nipasẹ ọpọlọpọ awọn alabara pẹlu imọran ti "atilẹyin ounjẹ ti o yori si ile ara to dara julọ" pẹlu awọn eroja ti o peye julọ ati awọn akojọ aṣayan.</w:t>
      </w:r>
    </w:p>
    <w:p>
      <w:r>
        <w:t>Ninu ifowosowopo yii, a yoo gbejade ohun kikọ silẹ ti lab bulọọgi amuaradagba ati sọ afilọ ti ounjẹ ounjẹ si awọn eniyan diẹ sii nipasẹ ohun kikọ yẹn.</w:t>
      </w:r>
    </w:p>
    <w:p>
      <w:r>
        <w:t>Oju opo wẹẹbu Lab Lab</w:t>
      </w:r>
    </w:p>
    <w:p>
      <w:r>
        <w:t>https://protein.co.jp/</w:t>
      </w:r>
    </w:p>
    <w:p>
      <w:r>
        <w:t>Amuaradagba Lab X Account</w:t>
      </w:r>
    </w:p>
    <w:p>
      <w:r>
        <w:t>https://twitter.com/proteinlab_jp</w:t>
      </w:r>
    </w:p>
    <w:p>
      <w:r>
        <w:t>Amuaradagba Pab Instagram Account</w:t>
      </w:r>
    </w:p>
    <w:p>
      <w:r>
        <w:t>https://www.instagram.com/proteinlab.jp/</w:t>
      </w:r>
    </w:p>
    <w:p>
      <w:r>
        <w:t>Pinpin awọn kuponu NFT ati awọn ipa rẹ</w:t>
      </w:r>
    </w:p>
    <w:p>
      <w:r>
        <w:t>Yoo pese kupọọnu NFT ni a pese oni-nọmba ati pe ao pin si diẹ sii ju awọn orilẹ-ede 150.Ṣe le lo kupọọnu yii fun ounjẹ ati riraja.</w:t>
      </w:r>
    </w:p>
    <w:p>
      <w:r>
        <w:t>Awọn ipa wọnyi ni a nireti lati lo fun lilo awọn kuponu NF:</w:t>
      </w:r>
    </w:p>
    <w:p>
      <w:r>
        <w:t>Agbogbooro mimọ agbaye: Nipa pinpin awọn kupo kupọọnu si awọn orilẹ-ede 150, awọn burandi le tan kaakiri kariaye ati lati ni awọn alabara tuntun.</w:t>
      </w:r>
    </w:p>
    <w:p>
      <w:r>
        <w:t>Ailewu ati awọn iṣowo sihin: lilo awọn imọ-ẹrọ imọ-ẹrọ Brocchain ṣe iṣeduro taara ati nini le ṣe iṣowo pẹlu alafia ti okan.</w:t>
      </w:r>
    </w:p>
    <w:p>
      <w:r>
        <w:t>Awọn akojọpọ Awọn ọja ti o pọ si: Awọn kuponu NF ti ni opin ati tọ awọn ohun elo olugba, pese rilara pataki si awọn alabara ati ṣiṣe alabapin si imudaraya awọn ile-ọba.</w:t>
      </w:r>
    </w:p>
    <w:p>
      <w:r>
        <w:t>Ni ọna yii, nipa atilẹyin idagbasoke iwa ti ile-iṣẹ, yoo jẹ ọran awoṣe ti o fihan pe iṣelọpọ ohun kikọ silẹ Japan ti pese nipasẹ ile-iṣẹ ihuwasi Japan, ati ṣaṣeyọri inira ti akoonu oni-nọmba ati awọn ile itaja gangan.</w:t>
      </w:r>
    </w:p>
    <w:p>
      <w:r>
        <w:drawing>
          <wp:inline xmlns:a="http://schemas.openxmlformats.org/drawingml/2006/main" xmlns:pic="http://schemas.openxmlformats.org/drawingml/2006/picture">
            <wp:extent cx="3657600" cy="252097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20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Ohun elo IP tuntun ati atilẹyin Ẹda</w:t>
      </w:r>
    </w:p>
    <w:p>
      <w:r>
        <w:t>Ninu ile iṣere ti ohun kikọ, a tun ni idojukọ lori idagbasoke awọn ohun kikọ tuntun ati awọn itan diẹ sii lakoko ti o wa tẹlẹ ti o wa tẹlẹ, a maa pese akoonu tuntun nigbagbogbo ati ṣe ifamọra fun awọn onijaja tuntun.</w:t>
      </w:r>
    </w:p>
    <w:p>
      <w:r>
        <w:t>Ni ifowosowopo pẹlu awọn olupilẹṣẹ, a yoo ṣẹda awọn ohun kikọ alailẹgbẹ ti o ṣafikun ọpọlọpọ awọn imọran ati ẹda.</w:t>
      </w:r>
    </w:p>
    <w:p>
      <w:r>
        <w:t>A tun n gbe awọn iṣẹ ṣiṣe pẹlu wiwo lati faagun awọn imọ-ẹrọ kariaye ti o rọrun fun awọn iṣowo ati awọn olugba kakiri agbaye.</w:t>
      </w:r>
    </w:p>
    <w:p>
      <w:r>
        <w:drawing>
          <wp:inline xmlns:a="http://schemas.openxmlformats.org/drawingml/2006/main" xmlns:pic="http://schemas.openxmlformats.org/drawingml/2006/picture">
            <wp:extent cx="3657600" cy="17853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53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Nipa awọn idagbasoke ọjọ iwaju</w:t>
      </w:r>
    </w:p>
    <w:p>
      <w:r>
        <w:t>Japan Dao jẹ idojukọ pupọ lori ifowosowopo pẹlu agbegbe naa</w:t>
      </w:r>
    </w:p>
    <w:p>
      <w:r>
        <w:t>Lakoko ti o ṣepọ awọn esi ati awọn imọran lati agbegbe, a yoo dagba papọ ki o ṣẹda akoonu ti o wuyi.</w:t>
      </w:r>
    </w:p>
    <w:p>
      <w:r>
        <w:t>Gẹgẹbi ireti idagbasoke ọjọ iwaju</w:t>
      </w:r>
    </w:p>
    <w:p>
      <w:r>
        <w:t>Ifowolu isare</w:t>
      </w:r>
    </w:p>
    <w:p>
      <w:r>
        <w:t>O ti nireti pe a yoo ṣe ifowosowopo pẹlu awọn ile itaja gangan ni gbogbo ju Japan lọ, imudara lilo ati apo SFF Blower ati apo Smart.</w:t>
      </w:r>
    </w:p>
    <w:p>
      <w:r>
        <w:t>Ṣiṣẹda aṣa Japanese tuntun</w:t>
      </w:r>
    </w:p>
    <w:p>
      <w:r>
        <w:t>Yoo jẹ ọrọ kan dajudaju pe iṣẹ ṣiṣe iṣere ori ile iṣere ori ile iṣere ori ile iṣere ori yoo yara, ati awọn ile-iṣẹ ni awọn kikọ ati NFF.</w:t>
      </w:r>
    </w:p>
    <w:p>
      <w:r>
        <w:t>Ifowosowopo pẹlu awọn ijọba agbegbe ati aṣa</w:t>
      </w:r>
    </w:p>
    <w:p>
      <w:r>
        <w:t>Nipasẹ ifowosopọlọ pẹlu awọn ijọba agbegbe, ti o wangible ati awọn ohun-ini aṣa ti o n ṣiṣẹ, ati awọn ayẹyẹ ito ati igbega ti agbegbe nikan, o rọrun fun awọn ti oO nira lati tẹ ni iṣaaju, ati pe o jẹ ireti pe Japan Dao yoo ṣe ipa pataki ni igbega agbegbe.</w:t>
      </w:r>
    </w:p>
    <w:p>
      <w:r>
        <w:drawing>
          <wp:inline xmlns:a="http://schemas.openxmlformats.org/drawingml/2006/main" xmlns:pic="http://schemas.openxmlformats.org/drawingml/2006/picture">
            <wp:extent cx="3657600" cy="202217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isọniṣoki</w:t>
      </w:r>
    </w:p>
    <w:p>
      <w:r>
        <w:t>Japan dao fa awọn imọ-ẹrọ Brocchain ati akoonu Didan ati pe o lepa iṣelọpọ ohun kikọ silẹ tuntun.</w:t>
      </w:r>
    </w:p>
    <w:p>
      <w:r>
        <w:t>Ni afikun, ni ọjọ iwaju, a yoo bẹrẹ atilẹyin idagbasoke iwa ti ajọ ni ifowosowopo</w:t>
      </w:r>
    </w:p>
    <w:p>
      <w:r>
        <w:t>Jọwọ san ifojusi si Ilu Japan, eyiti yoo tẹsiwaju lati dagba pẹlu awọn egeb onijakidi ati awọn apẹẹrẹ nipasẹ awọn iṣẹ tuntun.</w:t>
      </w:r>
    </w:p>
    <w:p>
      <w:r>
        <w:t>Ti o ba nifẹ si Japan Dao, jọwọ tẹle ati Ski fun "Kamana Kupan Dao".</w:t>
      </w:r>
    </w:p>
    <w:p>
      <w:r>
        <w:t>AKIYESI X: https: //twitter.com/japonnfmuseum</w:t>
      </w:r>
    </w:p>
    <w:p>
      <w:r>
        <w:t>Didflard osise: https://dissoft.com/invite/japondao</w:t>
      </w:r>
    </w:p>
    <w:p>
      <w:r>
        <w:t>Instagram osise: HTTPS: //www.instagram.com/japannkmuseum/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