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Smart Pocket Cent Ipa (Roll) Itọsọna Ohun-ini! Jẹ ki a ṣe ifọkansi fun supernova !!</w:t>
      </w:r>
    </w:p>
    <w:p>
      <w:r>
        <w:t>Kaabo gbogbo eniyan, ninu nkan ti tẹlẹ, a ṣafihan "Q &amp; a" ati "rumble" awọn iṣẹ ti Smart Packet Konortation.Ṣe o ka o mọ?</w:t>
      </w:r>
    </w:p>
    <w:p>
      <w:r>
        <w:t>Ni iṣẹlẹ iṣẹ ṣiṣe agbegbe, olubori naa ko nikan bori awọn onipokinni, ṣugbọn tun le gba eerun bi ẹri kan.</w:t>
      </w:r>
    </w:p>
    <w:p>
      <w:r>
        <w:t>Nigbamii, Emi yoo ṣafihan iru awọn yiyi awọn ọna fun awọn iṣẹ agbegbe, awọn ipo wo ni o le gba, ati awọn anfani ti o tẹle.</w:t>
      </w:r>
    </w:p>
    <w:p>
      <w:r>
        <w:t>Ni ibere</w:t>
      </w:r>
    </w:p>
    <w:p>
      <w:r>
        <w:t>Agbegbe Smart Commut ti fi idi mulẹ ni Oṣu Kẹsan 2023.</w:t>
      </w:r>
    </w:p>
    <w:p>
      <w:r>
        <w:t>Ni akoko ti imukuro scapoke, Mo forukọsilẹ ni amunisin ati ti o ni anfani, imudojuiwọn naa ti kopa nipasẹ kopa ninu iṣẹlẹ naa, ni o rọrun lati ṣiṣẹ.</w:t>
      </w:r>
    </w:p>
    <w:p>
      <w:r>
        <w:t>Ni ibẹrẹ ọdun 2024, awọn iṣẹ ṣiṣe tuntun ati awọn iṣẹ ti wa ni a ti fi sii ni agbegbe diẹ sii ti n ṣiṣẹ.Ṣugbọn ni Oṣu Karun 2024, a kede iwuwa yiyi, ati awọn ọmọ ẹgbẹ ti o ṣe aṣeyọri awọn ipo iṣaaju ni anfani lati tun-ṣe awọn yipo igbẹhin igbẹhin lẹẹkansi.</w:t>
      </w:r>
    </w:p>
    <w:p>
      <w:r>
        <w:t>Kini eerun kan?</w:t>
      </w:r>
    </w:p>
    <w:p>
      <w:r>
        <w:t>Didlog ti ni ọpọlọpọ awọn iṣẹ "awọn ọna", eyiti o fun ni iraye ati awọn iṣẹ pataki lori awọn ikanni kan pato.</w:t>
      </w:r>
    </w:p>
    <w:p>
      <w:r>
        <w:t>Community Count Commut ni ẹrọ ti o fun laaye laaye lati gba awọn yiyi pataki nipa ṣiṣe alabapin si ni awọn iṣẹ.</w:t>
      </w:r>
    </w:p>
    <w:p>
      <w:r>
        <w:t>Nipa lilo iṣẹ ipa ọna Dwid kan, o le ṣe igbelaruge awọn iṣẹ ṣiṣe lọwọ lakoko ti n pese awọn iwuri fun awọn ọmọ ẹgbẹ agbegbe.</w:t>
      </w:r>
    </w:p>
    <w:p>
      <w:r>
        <w:t>Yipo ifihan</w:t>
      </w:r>
    </w:p>
    <w:p>
      <w:r>
        <w:t>A Metal</w:t>
      </w:r>
    </w:p>
    <w:p>
      <w:r>
        <w:t>Ifihan ipa kan ti o le gba nipa ṣiṣe alabapin si iṣẹ ṣiṣe agbegbe.</w:t>
      </w:r>
    </w:p>
    <w:p>
      <w:r>
        <w:t>① ✅twinkle Star🌟</w:t>
      </w:r>
    </w:p>
    <w:p>
      <w:r>
        <w:t>Ẹri pe o ti de ipele ipele 10 ni awọn oju-iwe iwiregbe agbegbe ti apo smart</w:t>
      </w:r>
    </w:p>
    <w:p>
      <w:r>
        <w:t>(Gbigba awọn ojuami 1000 ati irawọ ibeji nigba ti o base ibi-aṣeyọri ilana ipele 10)</w:t>
      </w:r>
    </w:p>
    <w:p>
      <w:r>
        <w:drawing>
          <wp:inline xmlns:a="http://schemas.openxmlformats.org/drawingml/2006/main" xmlns:pic="http://schemas.openxmlformats.org/drawingml/2006/picture">
            <wp:extent cx="3657600" cy="20562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Diẹ ninu awọn ipa ti o nilo ibinu ati s patienceru ti ibaraenisọrọ agbegbe ati pe o le gba nọmba kan ni irọrun, ati pe o le ṣayẹwo rẹ lori ayẹwo-ipeleikanni.</w:t>
      </w:r>
    </w:p>
    <w:p>
      <w:r>
        <w:drawing>
          <wp:inline xmlns:a="http://schemas.openxmlformats.org/drawingml/2006/main" xmlns:pic="http://schemas.openxmlformats.org/drawingml/2006/picture">
            <wp:extent cx="3657600" cy="225656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565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Nitorina, o jẹ ọna kan lati ṣe paṣipaarọ awọn ifiranṣẹ ni agbegbe, kii ṣe awọn yara iwiregbe nikan ni ede kọọkan, ṣugbọn tun ni awọn iṣẹ riru ati awọn iṣẹ rimute nikan.</w:t>
      </w:r>
    </w:p>
    <w:p>
      <w:r>
        <w:t>* 1: Lẹhin iyọrisi ibi-afẹde naa, fi apamọdílẹ sori ẹrọ naa lori -level-10 not.1000 ni yoo firanṣẹ. (Apamọwọ gbọdọ pari iwọle akọkọ ti ohun elo smati)</w:t>
      </w:r>
    </w:p>
    <w:p>
      <w:r>
        <w:t>* 2: Jọwọ baamu pẹlu awọn iwuwasi agbegbe ki o ṣe idiwọ iwọntunwọnsi.</w:t>
      </w:r>
    </w:p>
    <w:p>
      <w:r>
        <w:t>② ✅incelice Stat🌟</w:t>
      </w:r>
    </w:p>
    <w:p>
      <w:r>
        <w:t>Ẹri ti o yoo fun ọ ni Q &amp; iṣẹ ṣiṣe to tọ si Q &amp; A yan bi olubori</w:t>
      </w:r>
    </w:p>
    <w:p>
      <w:r>
        <w:t>(Winner ṣẹgun ẹbun 10usdt ati Start🌟)</w:t>
      </w:r>
    </w:p>
    <w:p>
      <w:r>
        <w:t>⇨ 📖 🗓📖 🗓 🗓 🗓 🗓 🗓 🗓 🗓 🗓 🗓 🗓</w:t>
      </w:r>
    </w:p>
    <w:p>
      <w:r>
        <w:t>Ọjọ: Gbogbo ọjọ Jimọ</w:t>
      </w:r>
    </w:p>
    <w:p>
      <w:r>
        <w:t>Akoko: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515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5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Eyi nilo Ipele kan ti o le ṣe iwadii ni akoko ati pe o le dahun nigba awọn iṣẹ.dificuly da lori akoonu ti awọn ibeere, oye ti ise agbese naa, ati bẹbẹ lọ.</w:t>
      </w:r>
    </w:p>
    <w:p>
      <w:r>
        <w:t>Nitorinaa, iṣoro ti gbigba ipa tun da lori ipo ti eniyan kọọkan ati iṣẹ-ṣiṣe .i iwọ o kopa ni pataki, ṣugbọn lori akoko, awọn yipo wọnyi le ni opin.</w:t>
      </w:r>
    </w:p>
    <w:p>
      <w:r>
        <w:t>Nigbagbogbo, nkan kan lori ibiti o yoo ṣe atẹjade Ọjọ ṣaaju iṣẹlẹ naa.</w:t>
      </w:r>
    </w:p>
    <w:p>
      <w:r>
        <w:t>Wo atẹle naa fun awọn alaye lori awọn iṣẹ Q &amp; A kan.</w:t>
      </w:r>
    </w:p>
    <w:p>
      <w:r>
        <w:t>https://note.com/japandaosolution/n/nf78c58c19093</w:t>
      </w:r>
    </w:p>
    <w:p>
      <w:r>
        <w:t>③ ✅bent Stat🌟</w:t>
      </w:r>
    </w:p>
    <w:p>
      <w:r>
        <w:t>Ẹri pe iwọ yoo fun ọ ni Winner ni riru</w:t>
      </w:r>
    </w:p>
    <w:p>
      <w:r>
        <w:t>(The Winner bori 500 ojuami tabi awọn onipokinni bii 10 USDT ati Starta Star🌟)</w:t>
      </w:r>
    </w:p>
    <w:p>
      <w:r>
        <w:t>⇨ 🗓🗓 🗓 🗓 🗓 🗓 🗓 🗓 🗓 🗓 🗓 🗓</w:t>
      </w:r>
    </w:p>
    <w:p>
      <w:r>
        <w:t>Ọjọ: Gbogbo Satidee, Ọjọ Sunday</w:t>
      </w:r>
    </w:p>
    <w:p>
      <w:r>
        <w:t>Akoko: 23: 00 (JST)</w:t>
      </w:r>
    </w:p>
    <w:p>
      <w:r>
        <w:drawing>
          <wp:inline xmlns:a="http://schemas.openxmlformats.org/drawingml/2006/main" xmlns:pic="http://schemas.openxmlformats.org/drawingml/2006/picture">
            <wp:extent cx="3657600" cy="205854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5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Idije lakoko iṣẹ naa ni afọwọyi nipasẹ eto naa, ati aye lati di oluborikopa ninu awọn igba pupọ ati gba yiya.</w:t>
      </w:r>
    </w:p>
    <w:p>
      <w:r>
        <w:t>Wo awọn atẹle fun awọn alaye Rumble.</w:t>
      </w:r>
    </w:p>
    <w:p>
      <w:r>
        <w:t>https://note.com/japandaosolution/n/nc2d3ae603c8b</w:t>
      </w:r>
    </w:p>
    <w:p>
      <w:r>
        <w:t>④ ✅supernova🌟</w:t>
      </w:r>
    </w:p>
    <w:p>
      <w:r>
        <w:t>Ti o ba ni gbogbo ipa ti o wa ni isalẹ aṣeyọri ade mẹta, supernova 🌟 ni yoo fun ni bi ipa ọlá.</w:t>
      </w:r>
    </w:p>
    <w:p>
      <w:r>
        <w:t>Twinkle Star🌟</w:t>
      </w:r>
    </w:p>
    <w:p>
      <w:r>
        <w:t>Otitọ Star🌟</w:t>
      </w:r>
    </w:p>
    <w:p>
      <w:r>
        <w:t>Ogun Star🌟</w:t>
      </w:r>
    </w:p>
    <w:p>
      <w:r>
        <w:drawing>
          <wp:inline xmlns:a="http://schemas.openxmlformats.org/drawingml/2006/main" xmlns:pic="http://schemas.openxmlformats.org/drawingml/2006/picture">
            <wp:extent cx="3657600" cy="31882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88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jẹ yiyi ti o ṣọwọn pupọ pẹlu eniyan meje nikan ni awọn ọjọ ibẹrẹ.</w:t>
      </w:r>
    </w:p>
    <w:p>
      <w:r>
        <w:t>Ni deede, diẹ nira, ṣọwọn, ati awọn ọmọ ẹgbẹ ti o kere si, awọn anfani diẹ sii ati awọn anfani ti o le gbadun.</w:t>
      </w:r>
    </w:p>
    <w:p>
      <w:r>
        <w:t>* Titi to 1 ni awọn eniyan 3,000 ti mina eerun yii lakoko ti nọmba awọn agbegbe ti o ju 21,000 (bi ti Jund 2024).</w:t>
      </w:r>
    </w:p>
    <w:p>
      <w:r>
        <w:t>Omo egbe</w:t>
      </w:r>
    </w:p>
    <w:p>
      <w:r>
        <w:t>Nigbamii, Emi yoo ṣafihan ipa kan ti awọn ọmọ ẹgbẹ gbogboogbo le gba.</w:t>
      </w:r>
    </w:p>
    <w:p>
      <w:r>
        <w:t>Tunṣe</w:t>
      </w:r>
    </w:p>
    <w:p>
      <w:r>
        <w:t>Iṣẹ agbegbe yoo ṣii lẹhin iṣeduro ti pari</w:t>
      </w:r>
    </w:p>
    <w:p>
      <w:r>
        <w:t>Ati</w:t>
      </w:r>
    </w:p>
    <w:p>
      <w:r>
        <w:t>Imudaniloju ti awọn olukopa alakọbẹrẹ.Ti ohun-ikanni ohun-ini ti wa ni pipade ni Oṣu kọkanla Ọjọ 15, 2023, nitorinaa awọn ọmọ ẹgbẹ agbegbe ti o tẹle ko le gba OG.</w:t>
      </w:r>
    </w:p>
    <w:p>
      <w:r>
        <w:t>Ebi</w:t>
      </w:r>
    </w:p>
    <w:p>
      <w:r>
        <w:t>Ẹri pe o nifẹ agbegbe yii</w:t>
      </w:r>
    </w:p>
    <w:p>
      <w:r>
        <w:t>✅server booster</w:t>
      </w:r>
    </w:p>
    <w:p>
      <w:r>
        <w:t>Ilọsiwaju olupin.unlock ti awọn anfani ẹgbẹ ti o ni ilọsiwaju ti olupin ti o yan nipasẹ igbelaruge olupin ni gbogbo oṣu (o le nilo alabapin isanwo).</w:t>
      </w:r>
    </w:p>
    <w:p>
      <w:r>
        <w:t>Ọmọ ẹgbẹ iṣakoso</w:t>
      </w:r>
    </w:p>
    <w:p>
      <w:r>
        <w:t>Ifihan ipa ti ẹgbẹ iṣakoso agbegbe.</w:t>
      </w:r>
    </w:p>
    <w:p>
      <w:r>
        <w:t>✅admin</w:t>
      </w:r>
    </w:p>
    <w:p>
      <w:r>
        <w:t>Smart Package oludasile</w:t>
      </w:r>
    </w:p>
    <w:p>
      <w:r>
        <w:t>Sibẹsibẹ</w:t>
      </w:r>
    </w:p>
    <w:p>
      <w:r>
        <w:t>Smart pocket No.2 oludasile Iranlọwọ</w:t>
      </w:r>
    </w:p>
    <w:p>
      <w:r>
        <w:t>✅Support</w:t>
      </w:r>
    </w:p>
    <w:p>
      <w:r>
        <w:t>Oluranlọwọ si ọmọ ẹgbẹ kan</w:t>
      </w:r>
    </w:p>
    <w:p>
      <w:r>
        <w:t>Alatilẹyin</w:t>
      </w:r>
    </w:p>
    <w:p>
      <w:r>
        <w:t>Oludari Allower</w:t>
      </w:r>
    </w:p>
    <w:p>
      <w:r>
        <w:t>AKIYESI-Iranlọwọ</w:t>
      </w:r>
    </w:p>
    <w:p>
      <w:r>
        <w:t>Onigbasilẹ Iranlọwọ</w:t>
      </w:r>
    </w:p>
    <w:p>
      <w:r>
        <w:t>Alatilẹyin ✅langua</w:t>
      </w:r>
    </w:p>
    <w:p>
      <w:r>
        <w:t>Olumulo Iṣakoso Iṣakoso Meje</w:t>
      </w:r>
    </w:p>
    <w:p>
      <w:r>
        <w:t>✅crinter</w:t>
      </w:r>
    </w:p>
    <w:p>
      <w:r>
        <w:t>Oludari apo itẹwe</w:t>
      </w:r>
    </w:p>
    <w:p>
      <w:r>
        <w:t>Exent expner</w:t>
      </w:r>
    </w:p>
    <w:p>
      <w:r>
        <w:t>Ipinnu iṣẹlẹ ati iṣẹ</w:t>
      </w:r>
    </w:p>
    <w:p>
      <w:r>
        <w:t>✅sitioture</w:t>
      </w:r>
    </w:p>
    <w:p>
      <w:r>
        <w:t>Isakoso data, ẹda bulọọgi iwe iwe afọwọkọ, Ifowosori ohun elo, bbl</w:t>
      </w:r>
    </w:p>
    <w:p>
      <w:r>
        <w:t>O le ṣayẹwo eerun naa ni yara # ✅role ninu ijakadi apo smart.</w:t>
      </w:r>
    </w:p>
    <w:p>
      <w:r>
        <w:drawing>
          <wp:inline xmlns:a="http://schemas.openxmlformats.org/drawingml/2006/main" xmlns:pic="http://schemas.openxmlformats.org/drawingml/2006/picture">
            <wp:extent cx="3657600" cy="249500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50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isọniṣoki</w:t>
      </w:r>
    </w:p>
    <w:p>
      <w:r>
        <w:t>Ti n ṣafihan awọn yipo ti Smart Rocket Anation agbegbe.</w:t>
      </w:r>
    </w:p>
    <w:p>
      <w:r>
        <w:t>Ni afikun si awọn ọmọ ẹgbẹ Gbogbogbo ati awọn ẹgbẹ ti n kopa ninu agbegbe ni aye lati gba ipa igbẹhin.</w:t>
      </w:r>
    </w:p>
    <w:p>
      <w:r>
        <w:t>Bi akoko kọja, awọn iṣẹ tuntun ati awọn yipo nft le ṣafikun ni ọjọ iwaju.</w:t>
      </w:r>
    </w:p>
    <w:p>
      <w:r>
        <w:t>Tẹsiwaju lati kopa ninu awọn iṣẹ iṣẹ ati gbigba awọn yipo wọnyi yoo mu awọn anfani ọjọ pọ si.</w:t>
      </w:r>
    </w:p>
    <w:p>
      <w:r>
        <w:t>Ti o ba nifẹ si apo Smart, jọwọ tẹle ati Ski fun "Iwe irohin Smapke".</w:t>
      </w:r>
    </w:p>
    <w:p>
      <w:r>
        <w:t>Account X ti Osise: HTTPS: //twitter.com/scapottacket</w:t>
      </w:r>
    </w:p>
    <w:p>
      <w:r>
        <w:t>Didflard osise: https: //discor.com/invite/smartpocketppocket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