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Kini o jẹ itọsọna irọrun ti paapaa awọn ibẹrẹ le ni oye</w:t>
      </w:r>
    </w:p>
    <w:p>
      <w:r>
        <w:t>Hello idile Japan dao ☆</w:t>
      </w:r>
    </w:p>
    <w:p>
      <w:r>
        <w:t>Ni akoko yii, Emi yoo fẹ lati ṣawari "NF" ti Mo ma gbọ nigbagbogbo ṣugbọn emi ko loye daradara pẹlu rẹ.</w:t>
      </w:r>
    </w:p>
    <w:p>
      <w:r>
        <w:t>Paapa ti o ko ba fi ọwọ kan NF, o dara.</w:t>
      </w:r>
    </w:p>
    <w:p>
      <w:r>
        <w:t>Ti o ba ka nkan yii, o le rii awọn ipilẹ ti NFT!</w:t>
      </w:r>
    </w:p>
    <w:p>
      <w:r>
        <w:t>Ni afikun, lẹhin ti o mọ afilọ ti NFT, jọwọ wo agbaye ti Japan Dao!</w:t>
      </w:r>
    </w:p>
    <w:p>
      <w:r>
        <w:t>https://note.com/japandaosolution/n/n68c1767971a9</w:t>
      </w:r>
    </w:p>
    <w:p>
      <w:r>
        <w:t>Kini NFFBameated?</w:t>
      </w:r>
    </w:p>
    <w:p>
      <w:r>
        <w:t>Ni akọkọ, ipilẹ ti awọn ipilẹ! NFF jẹ ami abbreviation fun "ami-fungen ti ko ni fungi".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Itan SFF ti o rọrun</w:t>
      </w:r>
    </w:p>
    <w:p>
      <w:r>
        <w:t>Ọdun 2014:</w:t>
      </w:r>
    </w:p>
    <w:p>
      <w:r>
        <w:t>Awọn akọkọ NFT "ti a bi</w:t>
      </w:r>
    </w:p>
    <w:p>
      <w:r>
        <w:t>2017:</w:t>
      </w:r>
    </w:p>
    <w:p>
      <w:r>
        <w:t>Cryppekunks han lati ṣafihan agbara ti aworan NF</w:t>
      </w:r>
    </w:p>
    <w:p>
      <w:r>
        <w:t>Cryppeties deba, ati ireti gbogbogbo ti NFF ti pọ si</w:t>
      </w:r>
    </w:p>
    <w:p>
      <w:r>
        <w:t>2021:</w:t>
      </w:r>
    </w:p>
    <w:p>
      <w:r>
        <w:t>Oja NF ti dagba dagba</w:t>
      </w:r>
    </w:p>
    <w:p>
      <w:r>
        <w:t>O si funni ni iṣẹ tople fun nipa bilionu 6.9 yen, ṣiṣe o jẹ akọle nla</w:t>
      </w:r>
    </w:p>
    <w:p>
      <w:r>
        <w:t>Bayi:</w:t>
      </w:r>
    </w:p>
    <w:p>
      <w:r>
        <w:t>Lo ninu awọn aaye oriṣiriṣi bii aworan, awọn ere, orin</w:t>
      </w:r>
    </w:p>
    <w:p>
      <w:r>
        <w:t>Awọn iṣeeṣe tuntun n ṣawari pẹlu itankalẹ ti imọ-ẹrọ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Awọn ẹya NFF: ọkan ati awọn ohun-ini oni-nọmba nikan</w:t>
      </w:r>
    </w:p>
    <w:p>
      <w:r>
        <w:t>Ẹya ti o tobi julọ ti NFF ni pe wọn jẹ "alailẹgbẹ" .Fere apẹẹrẹ 10,000 jẹ kanna ko pe rẹ .Bi o ni "yiyan".</w:t>
      </w:r>
    </w:p>
    <w:p>
      <w:r>
        <w:t>Ni apa keji, nft jẹ ọkan pataki ni agbaye.O le "ni" awọn fọto ti awọn iranti rẹ ati awọn iṣẹ ọnà ti awọn oṣere ayanfẹ rẹ ni agbaye oni-nọmba.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Ilana Imọ-ẹrọ NF: Agbara ti Dinapo</w:t>
      </w:r>
    </w:p>
    <w:p>
      <w:r>
        <w:t>NFA da lori imọ-ẹrọ Brocchain.the BonoChain jẹ imọ-ẹrọ ti o pin ati ṣetọju data, ṣiṣe awọn data, ṣiṣe o nira pupọ lati falsaft.</w:t>
      </w:r>
    </w:p>
    <w:p>
      <w:r>
        <w:t>Iṣeduro yii ṣe iṣeduro ẹda nikan ati nini ti NFT.many NFts lori Dedoneum, ṣugbọn o tun le ṣẹda NFF pẹlu miiran bulugchain.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Lilo ti NFT: aworan, awọn ere, ati ...</w:t>
      </w:r>
    </w:p>
    <w:p>
      <w:r>
        <w:t>A lo NFT ni ọpọlọpọ awọn aaye.</w:t>
      </w:r>
    </w:p>
    <w:p>
      <w:r>
        <w:t>fun apere:</w:t>
      </w:r>
    </w:p>
    <w:p>
      <w:r>
        <w:t>Aworan oni-nọmba: O le ra awọn iṣẹ oni nọmba ti awọn oṣere olokiki bi NFT.</w:t>
      </w:r>
    </w:p>
    <w:p>
      <w:r>
        <w:t>Ere: Nipa ṣiṣe awọn ohun ati awọn ohun kikọ ninu ere sinu nft, o le gan ara wọn.</w:t>
      </w:r>
    </w:p>
    <w:p>
      <w:r>
        <w:t>Orin: Awọn ami ifiwe laaye bi NFT (TiketTnTNTTET) ati ti a pese wọle si akoonu ti o fa ariyanjiyan ni NFT</w:t>
      </w:r>
    </w:p>
    <w:p>
      <w:r>
        <w:t>Gbigba: Awọn kaadi iṣowo oni nọmba ati awọn ohun to lopin.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Iye NFT: Kini idi ti o fi n tọ?</w:t>
      </w:r>
    </w:p>
    <w:p>
      <w:r>
        <w:t>Iye NFF o wa lati awọn ifosiwewe atẹle:</w:t>
      </w:r>
    </w:p>
    <w:p>
      <w:r>
        <w:t>Toje: iye ti jije "nikan" ni agbaye oni-nọmba</w:t>
      </w:r>
    </w:p>
    <w:p>
      <w:r>
        <w:t>Iwe-ẹri: ẹri ti nini nipasẹ Brackchain</w:t>
      </w:r>
    </w:p>
    <w:p>
      <w:r>
        <w:t>Awujọ: Iye ti agbegbe ti a ṣẹda nipasẹ NFF</w:t>
      </w:r>
    </w:p>
    <w:p>
      <w:r>
        <w:t>IwUlO: Awọn ẹtọ pataki ati awọn iṣẹ ti a fun ni Awọn idaduro Nft</w:t>
      </w:r>
    </w:p>
    <w:p>
      <w:r>
        <w:t>Brand: Iye iyasọtọ ti awọn oṣere ati awọn ile-iṣẹ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 OFT8: O dara fun awọn ti o ntasoke ati awọn olura!</w:t>
      </w:r>
    </w:p>
    <w:p>
      <w:r>
        <w:t>NFF ni anfani ti o ta ọja ati olura.</w:t>
      </w:r>
    </w:p>
    <w:p>
      <w:r>
        <w:t>Olutaja:</w:t>
      </w:r>
    </w:p>
    <w:p>
      <w:r>
        <w:t>O le pinnu idiyele taara ti iṣẹ rẹ</w:t>
      </w:r>
    </w:p>
    <w:p>
      <w:r>
        <w:t>Elo ni pinpin ipinle le ṣee gba</w:t>
      </w:r>
    </w:p>
    <w:p>
      <w:r>
        <w:t>Ẹgbẹ olutaja:</w:t>
      </w:r>
    </w:p>
    <w:p>
      <w:r>
        <w:t>Iṣeduro lati jẹ gidi</w:t>
      </w:r>
    </w:p>
    <w:p>
      <w:r>
        <w:t>Di otitọ "eni" ti awọn ohun-oni oni nọmba</w:t>
      </w:r>
    </w:p>
    <w:p>
      <w:r>
        <w:t>Bawo ni lati Ra NFT: Rọrun paapaa fun awọn olubere!</w:t>
      </w:r>
    </w:p>
    <w:p>
      <w:r>
        <w:t>Ifẹ nfẹ NFT jẹ rọrun ju ti a reti lọ. Ipilẹ Ipilẹ jẹ bi eyi:</w:t>
      </w:r>
    </w:p>
    <w:p>
      <w:r>
        <w:t>Mura apamọwọ owo ti a foju kan (iṣeduro nipasẹ metamask)</w:t>
      </w:r>
    </w:p>
    <w:p>
      <w:r>
        <w:t>Ra owo ti o foju (nigbagbogbo lo ethereum)</w:t>
      </w:r>
    </w:p>
    <w:p>
      <w:r>
        <w:t>Wa NFT ti o fẹ ni aaye ere NFF (Oparia, bbl)</w:t>
      </w:r>
    </w:p>
    <w:p>
      <w:r>
        <w:t>Ra!</w:t>
      </w:r>
    </w:p>
    <w:p>
      <w:r>
        <w:t>Sibẹsibẹ, o gba ọ niyanju pe ki o bẹrẹ pẹlu iye kekere fun igba akọkọ.</w:t>
      </w:r>
    </w:p>
    <w:p>
      <w:r>
        <w:t>Ojuami lati ṣe akiyesi: NFF tun ni awọn ilẹ-ilẹ</w:t>
      </w:r>
    </w:p>
    <w:p>
      <w:r>
        <w:t>NFF ni ọpọlọpọ awọn aye, ṣugbọn awọn aaye tun wa lati ṣe akiyesi:</w:t>
      </w:r>
    </w:p>
    <w:p>
      <w:r>
        <w:t>Awọn iyipada Iye le jẹ lile</w:t>
      </w:r>
    </w:p>
    <w:p>
      <w:r>
        <w:t>O nilo lati ṣọra nipa jegudujeri ati iro</w:t>
      </w:r>
    </w:p>
    <w:p>
      <w:r>
        <w:t>Diẹ ninu awọn eniyan fiyesi nipa ikolu lori ayika</w:t>
      </w:r>
    </w:p>
    <w:p>
      <w:r>
        <w:t>Lẹhin oye awọn ewu wọnyi, o ṣe pataki lati ni igbadun ati ọgbọn pẹlu NFT.</w:t>
      </w:r>
    </w:p>
    <w:p>
      <w:r>
        <w:t>Awọn ireti ọjọ iwaju NFF: agbara siwaju</w:t>
      </w:r>
    </w:p>
    <w:p>
      <w:r>
        <w:t>Aye nft n dagbasoke ni gbogbo ọjọ. Njẹ o ti ṣe yẹ ni ọjọ iwaju:</w:t>
      </w:r>
    </w:p>
    <w:p>
      <w:r>
        <w:t>Ifowosowopo laarin awọn ohun-ini agbaye gidi ati NFT (fun apẹẹrẹ, ng, nft fun awọn ẹtọ ohun-ini gidi)</w:t>
      </w:r>
    </w:p>
    <w:p>
      <w:r>
        <w:t>Gbooro lilo ni awọn metavers</w:t>
      </w:r>
    </w:p>
    <w:p>
      <w:r>
        <w:t>Idagbasoke ti awọn ọna ti o ni ayika ni ayika awọn ọna ẹda</w:t>
      </w:r>
    </w:p>
    <w:p>
      <w:r>
        <w:t>Hihan ti awọn awoṣe iṣowo tuntun ti lilo nft</w:t>
      </w:r>
    </w:p>
    <w:p>
      <w:r>
        <w:t>Ikọwe: Awọn ofin akọkọ ti n ṣiṣẹ</w:t>
      </w:r>
    </w:p>
    <w:p>
      <w:r>
        <w:t>Mint: Ṣẹda awọn ohun-oni oni nọmba bi NFts lori Blockchain</w:t>
      </w:r>
    </w:p>
    <w:p>
      <w:r>
        <w:t>Owo gaasi: Awọn idiyele fun iṣowo lori Blockchain</w:t>
      </w:r>
    </w:p>
    <w:p>
      <w:r>
        <w:t>Apamọwo: apamọwọ lati fipamọ owo aisẹ ati nft</w:t>
      </w:r>
    </w:p>
    <w:p>
      <w:r>
        <w:t>PFP (aworan profaili): NFT lo awọn aworan profaili SNS</w:t>
      </w:r>
    </w:p>
    <w:p>
      <w:r>
        <w:t>SBT (Ebi Clum Coun): NFT ti ko le gbe tabi rira ati ta</w:t>
      </w:r>
    </w:p>
    <w:p>
      <w:r>
        <w:t>isọniṣoki</w:t>
      </w:r>
    </w:p>
    <w:p>
      <w:r>
        <w:t>NFF jẹ imọ-ẹrọ imotuntun ti o mu imọ-ẹrọ "iṣọkan" ati "nini" ni World Digital.art, ti a lo ninu awọn aaye pupọ lati ṣẹda awọn aye tuntun.</w:t>
      </w:r>
    </w:p>
    <w:p>
      <w:r>
        <w:t>O le dabi ẹni pe o nira ni akọkọ, ṣugbọn ti o ba lọ ogbon rẹ ni igbese igbese ni igbese, iwọ yoo dajudaju wa igbadun tuntun.</w:t>
      </w:r>
    </w:p>
    <w:p>
      <w:r>
        <w:t>Ti o ba nifẹ si Japan Dao, jọwọ tẹle ati Ski fun "Kamana Kupan Dao".</w:t>
      </w:r>
    </w:p>
    <w:p>
      <w:r>
        <w:t>AKIYESI X: https: //twitter.com/japonnfmuseum</w:t>
      </w:r>
    </w:p>
    <w:p>
      <w:r>
        <w:t>Didflard osise: https://dissoft.com/invite/japondao</w:t>
      </w:r>
    </w:p>
    <w:p>
      <w:r>
        <w:t>Fọọmu Install: https://www.instagram.com/japonfmuseum/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