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nedir? Yeni başlayanların bile anlayabileceği kolay rehber</w:t>
      </w:r>
    </w:p>
    <w:p>
      <w:r>
        <w:t>Merhaba Japonya Dao Ailesi ☆</w:t>
      </w:r>
    </w:p>
    <w:p>
      <w:r>
        <w:t>Bu sefer, son zamanlarda duyduğum "NFT" ü keşfetmek istiyorum ama sizinle iyi anlamıyorum.</w:t>
      </w:r>
    </w:p>
    <w:p>
      <w:r>
        <w:t>NFT'ye hiç dokunmamış olsanız bile, sorun değil.</w:t>
      </w:r>
    </w:p>
    <w:p>
      <w:r>
        <w:t>Bu makaleyi okursanız, NFT'nin temellerini görebilirsiniz!</w:t>
      </w:r>
    </w:p>
    <w:p>
      <w:r>
        <w:t>Buna ek olarak, NFT'nin çekiciliğini bildikten sonra, lütfen Japonya Dao'nun dünyasına bir göz atın!</w:t>
      </w:r>
    </w:p>
    <w:p>
      <w:r>
        <w:t>https://note.com/japandaosolution/n/n68c1767971a9</w:t>
      </w:r>
    </w:p>
    <w:p>
      <w:r>
        <w:t>NFT ne kısaltılır?</w:t>
      </w:r>
    </w:p>
    <w:p>
      <w:r>
        <w:t>Her şeyden önce, temel bilgilerin temelleri!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NFT'nin basit geçmişi</w:t>
      </w:r>
    </w:p>
    <w:p>
      <w:r>
        <w:t>Yıl 2014:</w:t>
      </w:r>
    </w:p>
    <w:p>
      <w:r>
        <w:t>İlk NFT "Kuantum" doğdu</w:t>
      </w:r>
    </w:p>
    <w:p>
      <w:r>
        <w:t>2017:</w:t>
      </w:r>
    </w:p>
    <w:p>
      <w:r>
        <w:t>Cryptopunks, NFT sanatının potansiyelini gösteriyor gibi görünüyor</w:t>
      </w:r>
    </w:p>
    <w:p>
      <w:r>
        <w:t>Cryptokitties isabet ediyor ve NFT'nin genel farkındalığı arttı</w:t>
      </w:r>
    </w:p>
    <w:p>
      <w:r>
        <w:t>2021:</w:t>
      </w:r>
    </w:p>
    <w:p>
      <w:r>
        <w:t>NFT Pazarı patlayıcı büyüyor</w:t>
      </w:r>
    </w:p>
    <w:p>
      <w:r>
        <w:t>Bipo'nun çalışması yaklaşık 6.9 milyar yen için ödüllendirildi ve onu büyük bir konu haline getirdi</w:t>
      </w:r>
    </w:p>
    <w:p>
      <w:r>
        <w:t>Şimdi:</w:t>
      </w:r>
    </w:p>
    <w:p>
      <w:r>
        <w:t>Sanat, oyunlar, müzik gibi çeşitli alanlarda kullanılır</w:t>
      </w:r>
    </w:p>
    <w:p>
      <w:r>
        <w:t>Yeni olasılıklar teknolojinin evrimi ile araştırıyor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Özellikleri: Bir ve Tek Dijital Varlıklar</w:t>
      </w:r>
    </w:p>
    <w:p>
      <w:r>
        <w:t>NFT'nin en büyük özelliği "benzersiz" olmalarıdır. Örneğin, 10.000 -Yon faturası kime sahip olursa olsun aynıdır. Buna "alternatif" denir.</w:t>
      </w:r>
    </w:p>
    <w:p>
      <w:r>
        <w:t>Öte yandan, NFT dünyada özel bir şeydir. Anılarınızın fotoğrafları ve dijital dünyadaki en sevdiğiniz sanatçıların sınırlı sanat eserleri gibi yeri dolduramazsınız.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NFT'nin teknik geçmişi: Blockchain'in gücü</w:t>
      </w:r>
    </w:p>
    <w:p>
      <w:r>
        <w:t>NFT, blockchain teknolojisine dayanmaktadır. Blockchain, verileri dağıtan ve koruyan ve tahrif edilmeyi son derece zorlaştıran bir teknolojidir.</w:t>
      </w:r>
    </w:p>
    <w:p>
      <w:r>
        <w:t>Bu özellikler, NFT'nin tek doğası ve sahipliğini garanti eder.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NFT'nin Kullanımı: Sanat, Oyunlar ve ...</w:t>
      </w:r>
    </w:p>
    <w:p>
      <w:r>
        <w:t>NFT çeşitli alanlarda kullanılır.</w:t>
      </w:r>
    </w:p>
    <w:p>
      <w:r>
        <w:t>Örneğin:</w:t>
      </w:r>
    </w:p>
    <w:p>
      <w:r>
        <w:t>Dijital Sanat: Ünlü sanatçıların dijital eserlerini NFT olarak satın alabilirsiniz.</w:t>
      </w:r>
    </w:p>
    <w:p>
      <w:r>
        <w:t>Oyun: Oyundaki öğeleri ve karakterleri NFT'ye dönüştürerek, onlara gerçekten sahip olabilirsiniz.</w:t>
      </w:r>
    </w:p>
    <w:p>
      <w:r>
        <w:t>Müzik: NFT (TicketNft) olarak canlı biletler yayınlandı ve NFT'de sadece fan içeriğine erişim sağladı</w:t>
      </w:r>
    </w:p>
    <w:p>
      <w:r>
        <w:t>Koleksiyon: Dijital Ticaret Kartları ve Sınırlı Ürünler.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değeri: NFT'nin değeri neden?</w:t>
      </w:r>
    </w:p>
    <w:p>
      <w:r>
        <w:t>NFT'nin değeri esas olarak aşağıdaki faktörlerden gelir:</w:t>
      </w:r>
    </w:p>
    <w:p>
      <w:r>
        <w:t>Nadir: dijital dünyada "sadece" olmanın değeri</w:t>
      </w:r>
    </w:p>
    <w:p>
      <w:r>
        <w:t>Sertifika: Blockchain tarafından sahiplik kanıtı</w:t>
      </w:r>
    </w:p>
    <w:p>
      <w:r>
        <w:t>Topluluk: NFT aracılığıyla oluşturulan topluluğun değeri</w:t>
      </w:r>
    </w:p>
    <w:p>
      <w:r>
        <w:t>Fayda: NFT sahiplerine verilen özel haklar ve işlevler</w:t>
      </w:r>
    </w:p>
    <w:p>
      <w:r>
        <w:t>Marka: Sanatçıların ve Şirketlerin Marka Değeri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Merit: Hem satıcılar hem de alıcılar için iyi!</w:t>
      </w:r>
    </w:p>
    <w:p>
      <w:r>
        <w:t>NFT hem satıcı hem de alıcı avantajına sahiptir.</w:t>
      </w:r>
    </w:p>
    <w:p>
      <w:r>
        <w:t>Satıcı:</w:t>
      </w:r>
    </w:p>
    <w:p>
      <w:r>
        <w:t>Çalışmanızın değerini doğrudan belirleyebilirsiniz</w:t>
      </w:r>
    </w:p>
    <w:p>
      <w:r>
        <w:t>İkincil dağılımdaki kâr elde edilebilir</w:t>
      </w:r>
    </w:p>
    <w:p>
      <w:r>
        <w:t>Alıcı tarafı:</w:t>
      </w:r>
    </w:p>
    <w:p>
      <w:r>
        <w:t>Gerçek olması garantili</w:t>
      </w:r>
    </w:p>
    <w:p>
      <w:r>
        <w:t>Dijital varlıkların gerçek bir "sahibi" olun</w:t>
      </w:r>
    </w:p>
    <w:p>
      <w:r>
        <w:t>NFT nasıl satın alınır: Yeni başlayanlar için bile kolay!</w:t>
      </w:r>
    </w:p>
    <w:p>
      <w:r>
        <w:t>NFT satın almak beklenenden daha kolaydır. Temel akış şöyledir:</w:t>
      </w:r>
    </w:p>
    <w:p>
      <w:r>
        <w:t>Sanal para cüzdanı hazırlayın (Metamask tarafından önerilir)</w:t>
      </w:r>
    </w:p>
    <w:p>
      <w:r>
        <w:t>Sanal para satın alın (genellikle Ethereum'u kullanın)</w:t>
      </w:r>
    </w:p>
    <w:p>
      <w:r>
        <w:t>NFT Market Yerinde İstediğiniz NFT'yi bulun (Opensea, vb.)</w:t>
      </w:r>
    </w:p>
    <w:p>
      <w:r>
        <w:t>Satın almak!</w:t>
      </w:r>
    </w:p>
    <w:p>
      <w:r>
        <w:t>Ancak, ilk kez küçük bir miktarla başlamanız önerilir.</w:t>
      </w:r>
    </w:p>
    <w:p>
      <w:r>
        <w:t>Dikkat edilmesi gereken noktalar: NFT'nin de tuzakları var</w:t>
      </w:r>
    </w:p>
    <w:p>
      <w:r>
        <w:t>NFT'nin birçok olasılığı vardır, ancak not edilmesi gereken noktalar da vardır:</w:t>
      </w:r>
    </w:p>
    <w:p>
      <w:r>
        <w:t>Fiyat dalgalanmaları şiddetli olabilir</w:t>
      </w:r>
    </w:p>
    <w:p>
      <w:r>
        <w:t>Sahtekarlık ve sahte konusunda dikkatli olmalısın</w:t>
      </w:r>
    </w:p>
    <w:p>
      <w:r>
        <w:t>Bazı insanlar çevre üzerindeki etkisinden endişe duyuyor</w:t>
      </w:r>
    </w:p>
    <w:p>
      <w:r>
        <w:t>Bu riskleri anladıktan sonra, NFT ile eğlenmek ve akıllıca yapmak önemlidir.</w:t>
      </w:r>
    </w:p>
    <w:p>
      <w:r>
        <w:t>NFT'nin gelecekteki beklentileri: daha fazla potansiyel</w:t>
      </w:r>
    </w:p>
    <w:p>
      <w:r>
        <w:t>NFT dünyası her gün gelişiyor. Gelecekte beklendiği gibi:</w:t>
      </w:r>
    </w:p>
    <w:p>
      <w:r>
        <w:t>Gerçek Dünya Varlıkları ve NFT arasındaki işbirliği (örneğin, gayrimenkul hakları için NFT)</w:t>
      </w:r>
    </w:p>
    <w:p>
      <w:r>
        <w:t>Metevrelerde Kullanımı Genişletme</w:t>
      </w:r>
    </w:p>
    <w:p>
      <w:r>
        <w:t>Daha çevre dostu NFT oluşturma yöntemlerinin geliştirilmesi</w:t>
      </w:r>
    </w:p>
    <w:p>
      <w:r>
        <w:t>NFT kullanan yeni iş modellerinin görünümü</w:t>
      </w:r>
    </w:p>
    <w:p>
      <w:r>
        <w:t>Sözlük: NFT ile ilişkili ana terimler</w:t>
      </w:r>
    </w:p>
    <w:p>
      <w:r>
        <w:t>Nane: Blockchain'de NFT olarak dijital varlıklar oluşturun ve yayınlayın</w:t>
      </w:r>
    </w:p>
    <w:p>
      <w:r>
        <w:t>Gaz Ücreti: Blockchain'de Ticaret Ücretleri</w:t>
      </w:r>
    </w:p>
    <w:p>
      <w:r>
        <w:t>Cüzdan: sanal para ve nft depolamak için cüzdan</w:t>
      </w:r>
    </w:p>
    <w:p>
      <w:r>
        <w:t>PFP (profil resmi): NFT SNS Profil Resimleri olarak kullanılır</w:t>
      </w:r>
    </w:p>
    <w:p>
      <w:r>
        <w:t>SBT (Soul Bound Jeton): Aktarılamayan veya satın alamayan NFT</w:t>
      </w:r>
    </w:p>
    <w:p>
      <w:r>
        <w:t>özet</w:t>
      </w:r>
    </w:p>
    <w:p>
      <w:r>
        <w:t>NFT, dijital dünyada "tekdüzelik" ve "mülkiyet" kavramını getiren yenilikçi bir teknolojidir. Yeni olasılıklar yaratmak için çeşitli alanlarda kullanılan müzik, oyunlar ....</w:t>
      </w:r>
    </w:p>
    <w:p>
      <w:r>
        <w:t>İlk başta zor görünebilir, ancak anlayışınızı adım adım derinleştirirseniz, kesinlikle yeni bir eğlence bulacaksınız.</w:t>
      </w:r>
    </w:p>
    <w:p>
      <w:r>
        <w:t>Japonya DAO ile ilgileniyorsanız, lütfen "Japan Dao Magazine" için izleyin ve kayak yapın.</w:t>
      </w:r>
    </w:p>
    <w:p>
      <w:r>
        <w:t>Resmi X Hesabı: https: //twitter.com/japannftmuseum</w:t>
      </w:r>
    </w:p>
    <w:p>
      <w:r>
        <w:t>Resmi uyumsuzluk: https://discord.com/invite/japandao</w:t>
      </w:r>
    </w:p>
    <w:p>
      <w:r>
        <w:t>Formula Instagram: https://www.instagram.com/japannftmuseum/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