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"Shibukawa / Ikaho Dijital Üye Kart Vol.1" 29 Haziran 2024'te satılacak!</w:t>
      </w:r>
    </w:p>
    <w:p>
      <w:r>
        <w:t>Merhaba, bu Japonya Dao ailesi!</w:t>
      </w:r>
    </w:p>
    <w:p>
      <w:r>
        <w:t>Bu sefer sizin için özel büyük haberleri sunacağız.</w:t>
      </w:r>
    </w:p>
    <w:p>
      <w:r>
        <w:t>Shibukawa Ikaho Onsen Turizm Derneği ve Convex Co., Ltd. yerel projeye katılacak ve dünya dünyaya Ikaho Onsen, Gunma Eyaleti'nin çekiciliğine aktarılacak.</w:t>
      </w:r>
    </w:p>
    <w:p>
      <w:r>
        <w:t>Bunun bir parçası olarak, "Shibukawa / Ikaho Dijital Üyelik Kartı" NFT görünecek! Japonya Dao bu NFT karakter tasarımından sorumlu.</w:t>
      </w:r>
    </w:p>
    <w:p>
      <w:r>
        <w:t>genel bakış</w:t>
      </w:r>
    </w:p>
    <w:p>
      <w:r>
        <w:t>"Shibukawa / Ikaho Dijital Üye Kart Vol. 1" NFT, Ikaho Onsen'deki turist tesislerinde ve restoranlarda sunarak Ikaho Open -AIAT Banyosu için banyo ücretleri gibi çeşitli avantajlar sağlayabilir.</w:t>
      </w:r>
    </w:p>
    <w:p>
      <w:r>
        <w:t>Line Next'in "Dosi" platformu satılacak.</w:t>
      </w:r>
    </w:p>
    <w:p>
      <w:r>
        <w:drawing>
          <wp:inline xmlns:a="http://schemas.openxmlformats.org/drawingml/2006/main" xmlns:pic="http://schemas.openxmlformats.org/drawingml/2006/picture">
            <wp:extent cx="3657600" cy="19019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19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Buna ek olarak, karakter tasarımı popüler Japonya DAO projesinde "Kagura" da görünen üç karakter kullanıyor.</w:t>
      </w:r>
    </w:p>
    <w:p>
      <w:r>
        <w:t>Kagura hakkında veya ilk kez daha fazla bilgi edinmek istiyorsanız, lütfen bu makaleye bakın.</w:t>
      </w:r>
    </w:p>
    <w:p>
      <w:r>
        <w:t>https://note.com/japandaosolution/n/na2004b0b81ab</w:t>
      </w:r>
    </w:p>
    <w:p>
      <w:r>
        <w:t>https://note.com/japandaosolution/n/n14402a810a8e</w:t>
      </w:r>
    </w:p>
    <w:p>
      <w:r>
        <w:t>Ikaho Onsen Turizm Derneği ile işbirliğinin geçmişi</w:t>
      </w:r>
    </w:p>
    <w:p>
      <w:r>
        <w:t>Ikaho Onsen, Japonya'nın Tokyo Metropolitan bölgesinden iyi erişime sahip önde gelen gezi noktalarından biridir.Shibukawa City, Dijital Dönüşümü (DX) tanıtmaktadır ve NFT kullanılarak gezi promosyonu için uygundur.</w:t>
      </w:r>
    </w:p>
    <w:p>
      <w:r>
        <w:t>Japonya Dao, bölgenin cazibesini en üst düzeye çıkarmak için bölgeyi canlandırmak için Ikaho Onsen Turizm Derneği ile birlikte çalışıyor.</w:t>
      </w:r>
    </w:p>
    <w:p>
      <w:r>
        <w:t>Shibukawa Ikaho Onsen Turizm Derneği'nin resmi X hesabı için buraya tıklayın</w:t>
      </w:r>
    </w:p>
    <w:p>
      <w:r>
        <w:t>https://twitter.com/ikahoonnsenn</w:t>
      </w:r>
    </w:p>
    <w:p>
      <w:r>
        <w:drawing>
          <wp:inline xmlns:a="http://schemas.openxmlformats.org/drawingml/2006/main" xmlns:pic="http://schemas.openxmlformats.org/drawingml/2006/picture">
            <wp:extent cx="3657600" cy="250143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014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Shibukawa / Ikaho Dijital Üye Kart Satış Bilgileri Hakkında</w:t>
      </w:r>
    </w:p>
    <w:p>
      <w:r>
        <w:t>Satış Başlangıç: 29 Haziran 2024 Cumartesi 12:00</w:t>
      </w:r>
    </w:p>
    <w:p>
      <w:r>
        <w:t>Satış sonu: 12:00 Pazartesi, 30 Eylül 2024</w:t>
      </w:r>
    </w:p>
    <w:p>
      <w:r>
        <w:t>Fiyat: 12 $ (yaklaşık 1.900 yen)</w:t>
      </w:r>
    </w:p>
    <w:p>
      <w:r>
        <w:t>Satış Kanalı: Dijital Ticaret "Dosi"</w:t>
      </w:r>
    </w:p>
    <w:p>
      <w:r>
        <w:t>Satış: 300 Parça Sınırlı</w:t>
      </w:r>
    </w:p>
    <w:p>
      <w:r>
        <w:t>Tasarım: 3 tür desenden rastgele satılır (seri numaralı bir nokta)</w:t>
      </w:r>
    </w:p>
    <w:p>
      <w:r>
        <w:drawing>
          <wp:inline xmlns:a="http://schemas.openxmlformats.org/drawingml/2006/main" xmlns:pic="http://schemas.openxmlformats.org/drawingml/2006/picture">
            <wp:extent cx="3657600" cy="10685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Satın alma sayfasının bağlantısı için buraya tıklayın</w:t>
      </w:r>
    </w:p>
    <w:p>
      <w:r>
        <w:t>https://market.store.dosi.world/ja-JP/1st_sale/sales/40318/</w:t>
      </w:r>
    </w:p>
    <w:p>
      <w:r>
        <w:t>Ortak tesisler ve avantajlar</w:t>
      </w:r>
    </w:p>
    <w:p>
      <w:r>
        <w:t>"Shibukawa / Ikaho Dijital Üyelik Kartı" nı sunarak, Ikaho Onsen bölgesindeki çeşitli tesislerde fayda elde edebilirsiniz.</w:t>
      </w:r>
    </w:p>
    <w:p>
      <w:r>
        <w:t>Bağlı tesisler arasında Ikaho Ryoko, Yumeji Takehisa Ikaho Anıtı, Hara Müzesi Arc, Cafe, Genel Mağaza ve Banyo Tesisleri bulunmaktadır.</w:t>
      </w:r>
    </w:p>
    <w:p>
      <w:r>
        <w:t>Avantajların ayrıntılarını ve bağlı tesislerin listesini aşağıdaki bağlantıdan kontrol edebilirsiniz.</w:t>
      </w:r>
    </w:p>
    <w:p>
      <w:r>
        <w:t>https://www.google.com/maps/d/edit?mid=1LINMrLa6cHlL1hEaEbnnWYt5NvWhCQo&amp;usp=sharing</w:t>
      </w:r>
    </w:p>
    <w:p>
      <w:r>
        <w:t>* Faydalar bildirimde bulunmaksızın değişebilir.</w:t>
      </w:r>
    </w:p>
    <w:p>
      <w:r>
        <w:t>* Fayda kullanım süresi 15 Temmuz 2024 - 31 Aralık 2024 için planlanmaktadır.</w:t>
      </w:r>
    </w:p>
    <w:p>
      <w:r>
        <w:t>* Avantajlar yukarıdaki dönemde tesis başına yalnızca bir kez kullanılabilir. Aynı şey birden fazla üyelik kartınız varsa geçerlidir.</w:t>
      </w:r>
    </w:p>
    <w:p>
      <w:r>
        <w:t>"Shibukawa / Ikaho Dijital Üyelik Sertifikası" nasıl kullanılır</w:t>
      </w:r>
    </w:p>
    <w:p>
      <w:r>
        <w:t>Dosi'de "Shibukawa / Ikaho Dijital Üyelik Kartı" satın alıyoruz.</w:t>
      </w:r>
    </w:p>
    <w:p>
      <w:r>
        <w:t>Akıllı telefonunuzdaki bağlı tesiste yüklenen QR kodunu okuyun.</w:t>
      </w:r>
    </w:p>
    <w:p>
      <w:r>
        <w:t>Akıllı telefon ekranını tesis personeline sunun.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Kolayca faydalar elde edebilirsiniz!</w:t>
      </w:r>
    </w:p>
    <w:p>
      <w:r>
        <w:t>Dosi nedir?</w:t>
      </w:r>
    </w:p>
    <w:p>
      <w:r>
        <w:t>Dosi, değerli dijital ürünleri kolayca takas edebilen küresel bir pazardır.</w:t>
      </w:r>
    </w:p>
    <w:p>
      <w:r>
        <w:t>Bir satır hesabı veya SNS hesabı ile oturum açması kolay</w:t>
      </w:r>
    </w:p>
    <w:p>
      <w:r>
        <w:t>Kredi kartı veya hat ödeme kullanarak ürün satın alabilirsiniz</w:t>
      </w:r>
    </w:p>
    <w:p>
      <w:r>
        <w:t>Sadece Japonya'da değil, aynı zamanda küresel markalar için de ticaret yapabilirsiniz</w:t>
      </w:r>
    </w:p>
    <w:p>
      <w:r>
        <w:t>"Dosi" hesabı nasıl açılır</w:t>
      </w:r>
    </w:p>
    <w:p>
      <w:r>
        <w:t>https://dosi-jp.landpress.line.me/userguide_account</w:t>
      </w:r>
    </w:p>
    <w:p>
      <w:r>
        <w:t>NFT Nasıl Satın Alınır</w:t>
      </w:r>
    </w:p>
    <w:p>
      <w:r>
        <w:t>https://dosi-jp.landpress.line.me/userguide_purchase</w:t>
      </w:r>
    </w:p>
    <w:p>
      <w:r>
        <w:t>New development of Amakomi (manga)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"Ikaho Onsen Extra" seride Amakomi'ye piyasaya sürülecek!</w:t>
      </w:r>
    </w:p>
    <w:p>
      <w:r>
        <w:t>"Amakomi" Haziran 2024'te çok popüler bir dört çerçeve manga serisidir ve 26. bölüme kadar serileştirilmiştir.</w:t>
      </w:r>
    </w:p>
    <w:p>
      <w:r>
        <w:t>Ikaho Onsen Extra Baskısı'nda, adalar kasabasının tadını çıkarabileceğiniz bir sahne ve gezi noktalarının kaplıcaları çekilecek.</w:t>
      </w:r>
    </w:p>
    <w:p>
      <w:r>
        <w:t>Serileştirmedeki manga buradan ücretsiz olarak okunabilir.</w:t>
      </w:r>
    </w:p>
    <w:p>
      <w:r>
        <w:t>https://amato-official.com/manga</w:t>
      </w:r>
    </w:p>
    <w:p>
      <w:r>
        <w:t>özet</w:t>
      </w:r>
    </w:p>
    <w:p>
      <w:r>
        <w:t>"Shibukawa / Ikaho Dijital Üyesi Vol. 1" NFT sadece turistik tesislerde ve restoranlarda faydalara izin vermekle kalmaz, aynı zamanda Japonya Dao'nun yaratıcı tasarımına da sahiptir.</w:t>
      </w:r>
    </w:p>
    <w:p>
      <w:r>
        <w:t>Satışların 29 Haziran 2024'te başlaması planlanıyor, bu yüzden lütfen kontrol edin.</w:t>
      </w:r>
    </w:p>
    <w:p>
      <w:r>
        <w:t>Japonya DAO ile ilgileniyorsanız, lütfen "Japan Dao Magazine" için izleyin ve kayak yapın.</w:t>
      </w:r>
    </w:p>
    <w:p>
      <w:r>
        <w:t>Resmi X Hesabı: https: //twitter.com/japannftmuseum</w:t>
      </w:r>
    </w:p>
    <w:p>
      <w:r>
        <w:t>Resmi uyumsuzluk: https://discord.com/invite/japandao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