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¿Qué es NFT? Guía fácil que incluso los principiantes pueden entender</w:t>
      </w:r>
    </w:p>
    <w:p>
      <w:r>
        <w:t>Hola la familia japón dao ☆</w:t>
      </w:r>
    </w:p>
    <w:p>
      <w:r>
        <w:t>Esta vez, me gustaría explorar "NFT" que a menudo escucho recientemente, pero no entiendo bien contigo.</w:t>
      </w:r>
    </w:p>
    <w:p>
      <w:r>
        <w:t>Incluso si nunca has tocado NFT, está bien.</w:t>
      </w:r>
    </w:p>
    <w:p>
      <w:r>
        <w:t>Si lees este artículo, ¡puedes ver los conceptos básicos de NFT!</w:t>
      </w:r>
    </w:p>
    <w:p>
      <w:r>
        <w:t>Además, después de conocer el atractivo de NFT, ¡eche un vistazo al mundo de Japón Dao!</w:t>
      </w:r>
    </w:p>
    <w:p>
      <w:r>
        <w:t>https://note.com/japandaosolution/n/n68c1767971a9</w:t>
      </w:r>
    </w:p>
    <w:p>
      <w:r>
        <w:t>¿Qué se abrevia NFT?</w:t>
      </w:r>
    </w:p>
    <w:p>
      <w:r>
        <w:t>En primer lugar, lo básico de lo básico! NFT es una abreviatura para "token no fungible". En japonés, es una "ficha uniforme". Se ve un poco difícil. Pero no se preocupen.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Historia simple de NFT</w:t>
      </w:r>
    </w:p>
    <w:p>
      <w:r>
        <w:t>Año 2014:</w:t>
      </w:r>
    </w:p>
    <w:p>
      <w:r>
        <w:t>The first NFT "Quantum" is born</w:t>
      </w:r>
    </w:p>
    <w:p>
      <w:r>
        <w:t>2017:</w:t>
      </w:r>
    </w:p>
    <w:p>
      <w:r>
        <w:t>Cryptopunks parece mostrar el potencial del arte NFT</w:t>
      </w:r>
    </w:p>
    <w:p>
      <w:r>
        <w:t>Cryptokitties golpea, y la conciencia general de NFT ha aumentado</w:t>
      </w:r>
    </w:p>
    <w:p>
      <w:r>
        <w:t>2021:</w:t>
      </w:r>
    </w:p>
    <w:p>
      <w:r>
        <w:t>El mercado NFT crece explosivamente</w:t>
      </w:r>
    </w:p>
    <w:p>
      <w:r>
        <w:t>El trabajo de Beeple fue otorgado por unos 6.9 mil millones de yenes, lo que lo convierte en un gran tema</w:t>
      </w:r>
    </w:p>
    <w:p>
      <w:r>
        <w:t>Ahora:</w:t>
      </w:r>
    </w:p>
    <w:p>
      <w:r>
        <w:t>Utilizado en varios campos como arte, juegos, música</w:t>
      </w:r>
    </w:p>
    <w:p>
      <w:r>
        <w:t>Las nuevas posibilidades están explorando con la evolución de la tecnología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Características NFT: un solo activo digital</w:t>
      </w:r>
    </w:p>
    <w:p>
      <w:r>
        <w:t>La característica más importante de NFT es que son "únicas". Por ejemplo, el proyecto de ley de 10,000 yen es el mismo sin importar quién lo tenga. Esto se llama "alternativa".</w:t>
      </w:r>
    </w:p>
    <w:p>
      <w:r>
        <w:t>Por otro lado, NFT es especial en el mundo. Puede "poseer" cosas irremplazables, como fotos de sus recuerdos y obras de arte limitadas de sus artistas favoritos en el mundo digital.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Antecedentes técnicos de NFT: poder de blockchain</w:t>
      </w:r>
    </w:p>
    <w:p>
      <w:r>
        <w:t>NFT se basa en la tecnología blockchain. La cadena de bloques es una tecnología que distribuye y preserva los datos, lo que hace que sea extremadamente difícil falsificar.</w:t>
      </w:r>
    </w:p>
    <w:p>
      <w:r>
        <w:t>Estas características garantizan la única naturaleza y propiedad de NFT. Muchos NFT se crean en la cadena de bloques llamada Ethereum, pero también puede crear NFT con otra cadena de bloques.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Utilización de NFT: arte, juegos y ...</w:t>
      </w:r>
    </w:p>
    <w:p>
      <w:r>
        <w:t>NFT se usa en varios campos.</w:t>
      </w:r>
    </w:p>
    <w:p>
      <w:r>
        <w:t>Por ejemplo:</w:t>
      </w:r>
    </w:p>
    <w:p>
      <w:r>
        <w:t>Arte digital: puede comprar obras digitales de artistas famosos como NFT.</w:t>
      </w:r>
    </w:p>
    <w:p>
      <w:r>
        <w:t>Juego: al hacer elementos y personajes en el juego en NFT, realmente puedes ser dueño de ellos.</w:t>
      </w:r>
    </w:p>
    <w:p>
      <w:r>
        <w:t>Música: entradas en vivo emitidas como NFT (TicketNft) y proporcionó acceso a Fan -Le Content in NFT</w:t>
      </w:r>
    </w:p>
    <w:p>
      <w:r>
        <w:t>Coleccionable: tarjetas de comercio digital y artículos limitados.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Valor NFT: ¿Por qué vale NFT?</w:t>
      </w:r>
    </w:p>
    <w:p>
      <w:r>
        <w:t>El valor de NFT proviene principalmente de los siguientes factores:</w:t>
      </w:r>
    </w:p>
    <w:p>
      <w:r>
        <w:t>Raro: el valor de ser "solo" en el mundo digital</w:t>
      </w:r>
    </w:p>
    <w:p>
      <w:r>
        <w:t>Certificación: Prueba de propiedad por blockchain</w:t>
      </w:r>
    </w:p>
    <w:p>
      <w:r>
        <w:t>Comunidad: El valor de la comunidad formado a través de NFT</w:t>
      </w:r>
    </w:p>
    <w:p>
      <w:r>
        <w:t>Utilidad: Derechos especiales y funciones dadas a los titulares de NFT</w:t>
      </w:r>
    </w:p>
    <w:p>
      <w:r>
        <w:t>Marca: valor de marca de artistas y empresas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merit: Good for both sellers and buyers!</w:t>
      </w:r>
    </w:p>
    <w:p>
      <w:r>
        <w:t>NFT tiene la ventaja tanto del vendedor como del comprador.</w:t>
      </w:r>
    </w:p>
    <w:p>
      <w:r>
        <w:t>Seller:</w:t>
      </w:r>
    </w:p>
    <w:p>
      <w:r>
        <w:t>Puede determinar directamente el valor de su trabajo</w:t>
      </w:r>
    </w:p>
    <w:p>
      <w:r>
        <w:t>Se pueden obtener ganancias en la distribución secundaria</w:t>
      </w:r>
    </w:p>
    <w:p>
      <w:r>
        <w:t>Lado del comprador:</w:t>
      </w:r>
    </w:p>
    <w:p>
      <w:r>
        <w:t>Guaranteed to be real</w:t>
      </w:r>
    </w:p>
    <w:p>
      <w:r>
        <w:t>Convertirse en un verdadero "propietario" de los activos digitales</w:t>
      </w:r>
    </w:p>
    <w:p>
      <w:r>
        <w:t>Cómo comprar NFT: ¡fácil incluso para principiantes!</w:t>
      </w:r>
    </w:p>
    <w:p>
      <w:r>
        <w:t>Comprar NFT es más fácil de lo esperado. El flujo básico es así:</w:t>
      </w:r>
    </w:p>
    <w:p>
      <w:r>
        <w:t>Prepare una billetera de moneda virtual (recomendada por Metamask)</w:t>
      </w:r>
    </w:p>
    <w:p>
      <w:r>
        <w:t>Comprar moneda virtual (a menudo usa ethereum)</w:t>
      </w:r>
    </w:p>
    <w:p>
      <w:r>
        <w:t>Encuentre el NFT que desee en NFT Market Place (Opensea, etc.)</w:t>
      </w:r>
    </w:p>
    <w:p>
      <w:r>
        <w:t>¡Comprar!</w:t>
      </w:r>
    </w:p>
    <w:p>
      <w:r>
        <w:t>Sin embargo, se recomienda que comience con una pequeña cantidad por primera vez.</w:t>
      </w:r>
    </w:p>
    <w:p>
      <w:r>
        <w:t>Puntos a tener en cuenta: NFT también tiene dificultades</w:t>
      </w:r>
    </w:p>
    <w:p>
      <w:r>
        <w:t>NFT tiene muchas posibilidades, pero también hay puntos a tener en cuenta:</w:t>
      </w:r>
    </w:p>
    <w:p>
      <w:r>
        <w:t>Las fluctuaciones de precios pueden ser graves</w:t>
      </w:r>
    </w:p>
    <w:p>
      <w:r>
        <w:t>Debes tener cuidado con el fraude y</w:t>
      </w:r>
    </w:p>
    <w:p>
      <w:r>
        <w:t>Algunas personas están preocupadas por el impacto en el medio ambiente.</w:t>
      </w:r>
    </w:p>
    <w:p>
      <w:r>
        <w:t>Después de comprender estos riesgos, es importante divertirse y sabiamente con NFT.</w:t>
      </w:r>
    </w:p>
    <w:p>
      <w:r>
        <w:t>Perspectivas futuras de NFT: potencial adicional</w:t>
      </w:r>
    </w:p>
    <w:p>
      <w:r>
        <w:t>El mundo NFT está evolucionando todos los días. Como se espera en el futuro:</w:t>
      </w:r>
    </w:p>
    <w:p>
      <w:r>
        <w:t>Cooperación entre activos del mundo real y NFT (por ejemplo, NFT para los derechos inmobiliarios)</w:t>
      </w:r>
    </w:p>
    <w:p>
      <w:r>
        <w:t>Expandir la utilización en los metaversas</w:t>
      </w:r>
    </w:p>
    <w:p>
      <w:r>
        <w:t>Desarrollo de métodos de creación NFT más amigables con el medio ambiente</w:t>
      </w:r>
    </w:p>
    <w:p>
      <w:r>
        <w:t>Apariencia de nuevos modelos de negocio que utilizan NFT</w:t>
      </w:r>
    </w:p>
    <w:p>
      <w:r>
        <w:t>Glosario: términos principales relacionados con NFT</w:t>
      </w:r>
    </w:p>
    <w:p>
      <w:r>
        <w:t>Mint: Crear y emitir activos digitales como NFT en blockchain</w:t>
      </w:r>
    </w:p>
    <w:p>
      <w:r>
        <w:t>Tarifa de gasolina: tarifas por comercio en blockchain</w:t>
      </w:r>
    </w:p>
    <w:p>
      <w:r>
        <w:t>Billetera: billetera para almacenar moneda virtual y NFT</w:t>
      </w:r>
    </w:p>
    <w:p>
      <w:r>
        <w:t>PFP (imagen de perfil): NFT utilizado como imágenes de perfil SNS</w:t>
      </w:r>
    </w:p>
    <w:p>
      <w:r>
        <w:t>SBT (TOKEN BORD SOUL): NFT que no se puede transferir o comprar y vender</w:t>
      </w:r>
    </w:p>
    <w:p>
      <w:r>
        <w:t>resumen</w:t>
      </w:r>
    </w:p>
    <w:p>
      <w:r>
        <w:t>NFT es una tecnología innovadora que trae el concepto de "uniformidad" y "propiedad" en el mundo digital. Arte, música, juegos ... utilizado en varios campos para crear nuevas posibilidades.</w:t>
      </w:r>
    </w:p>
    <w:p>
      <w:r>
        <w:t>Al principio puede parecer difícil, pero si profundiza su comprensión paso a paso, seguramente encontrará una nueva diversión.</w:t>
      </w:r>
    </w:p>
    <w:p>
      <w:r>
        <w:t>Si está interesado en Japón Dao, siga y esquí a la "revista Japan Dao".</w:t>
      </w:r>
    </w:p>
    <w:p>
      <w:r>
        <w:t>Cuenta oficial X: https: //twitter.com/japannftmuseum</w:t>
      </w:r>
    </w:p>
    <w:p>
      <w:r>
        <w:t>Discordia oficial: https://discord.com/invite/japandao</w:t>
      </w:r>
    </w:p>
    <w:p>
      <w:r>
        <w:t>Fórmula Instagram: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