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"Shibukawa / Ikaho Digital Member Card Vol.1" se venderá el 29 de junio de 2024!</w:t>
      </w:r>
    </w:p>
    <w:p>
      <w:r>
        <w:t>¡Hola, esta familia Japón Dao!</w:t>
      </w:r>
    </w:p>
    <w:p>
      <w:r>
        <w:t>Esta vez entregaremos las grandes noticias especiales para usted.</w:t>
      </w:r>
    </w:p>
    <w:p>
      <w:r>
        <w:t>La Asociación de Turismo de Shibukawa Ikaho Onsen y la Convex Co., Ltd. participarán en el proyecto local, y el mundo se transmitirá al mundo al atractivo de Ikaho Onsen, prefectura de Gunma.</w:t>
      </w:r>
    </w:p>
    <w:p>
      <w:r>
        <w:t>Como parte de eso, "Tarjeta de membresía digital Shibukawa / Ikaho" aparecerá! Japón Dao está a cargo de este diseño de personajes NFT.</w:t>
      </w:r>
    </w:p>
    <w:p>
      <w:r>
        <w:t>descripción general</w:t>
      </w:r>
    </w:p>
    <w:p>
      <w:r>
        <w:t>"Tarjeta de miembro digital Shibukawa / Ikaho Vol. 1" NFT puede recibir varios beneficios, como descuentos en tarifas de baño para Ikaho Open -Air Bath, presentando en instalaciones turísticas y restaurantes en Ikaho Onsen.</w:t>
      </w:r>
    </w:p>
    <w:p>
      <w:r>
        <w:t>Se venderá la plataforma "DOSI" de Line Next.</w:t>
      </w:r>
    </w:p>
    <w:p>
      <w:r>
        <w:drawing>
          <wp:inline xmlns:a="http://schemas.openxmlformats.org/drawingml/2006/main" xmlns:pic="http://schemas.openxmlformats.org/drawingml/2006/picture">
            <wp:extent cx="3657600" cy="190195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19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Además, el diseño del personaje utiliza tres personajes que aparecen en el popular proyecto DAO de Japón "Kagura".</w:t>
      </w:r>
    </w:p>
    <w:p>
      <w:r>
        <w:t>Si desea saber más sobre Kagura o por primera vez, consulte este artículo.</w:t>
      </w:r>
    </w:p>
    <w:p>
      <w:r>
        <w:t>https://note.com/japandaosolution/n/na2004b0b81ab</w:t>
      </w:r>
    </w:p>
    <w:p>
      <w:r>
        <w:t>https://note.com/japandaosolution/n/n14402a810a8e</w:t>
      </w:r>
    </w:p>
    <w:p>
      <w:r>
        <w:t>Antecedentes de colaboración con Ikaho Onsen Tourism Association</w:t>
      </w:r>
    </w:p>
    <w:p>
      <w:r>
        <w:t>Ikaho Onsen es uno de los principales lugares turísticos de Japón con buen acceso desde el área metropolitana de Tokio. Shibukawa City está promoviendo la transformación digital de turismo (DX), y es adecuada para la promoción de turismo con NFT.</w:t>
      </w:r>
    </w:p>
    <w:p>
      <w:r>
        <w:t>Japón DAO trabaja con la Asociación de Turismo de Ikaho Onsen para revitalizar la región para maximizar el atractivo de la región.</w:t>
      </w:r>
    </w:p>
    <w:p>
      <w:r>
        <w:t>Haga clic aquí para ver la cuenta oficial X de Shibukawa Ikaho Onsen Tourism Association</w:t>
      </w:r>
    </w:p>
    <w:p>
      <w:r>
        <w:t>https://twitter.com/ikahoonnsenn</w:t>
      </w:r>
    </w:p>
    <w:p>
      <w:r>
        <w:drawing>
          <wp:inline xmlns:a="http://schemas.openxmlformats.org/drawingml/2006/main" xmlns:pic="http://schemas.openxmlformats.org/drawingml/2006/picture">
            <wp:extent cx="3657600" cy="250143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0143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Acerca de Shibukawa / Ikaho Digital miembro de la tarjeta de ventas de ventas</w:t>
      </w:r>
    </w:p>
    <w:p>
      <w:r>
        <w:t>Inicio de ventas: sábado 29 de junio de 2024 12:00</w:t>
      </w:r>
    </w:p>
    <w:p>
      <w:r>
        <w:t>Fin de la venta: 12:00 Lunes, 30 de septiembre de 2024</w:t>
      </w:r>
    </w:p>
    <w:p>
      <w:r>
        <w:t>Precio: $ 12 (alrededor de 1,900 yenes)</w:t>
      </w:r>
    </w:p>
    <w:p>
      <w:r>
        <w:t>Canal de ventas: Comercio digital "DOSI"</w:t>
      </w:r>
    </w:p>
    <w:p>
      <w:r>
        <w:t>Ventas: 300 piezas limitadas</w:t>
      </w:r>
    </w:p>
    <w:p>
      <w:r>
        <w:t>Diseño: Se vende aleatoriamente a partir de 3 tipos de patrones (un punto con el número de serie)</w:t>
      </w:r>
    </w:p>
    <w:p>
      <w:r>
        <w:drawing>
          <wp:inline xmlns:a="http://schemas.openxmlformats.org/drawingml/2006/main" xmlns:pic="http://schemas.openxmlformats.org/drawingml/2006/picture">
            <wp:extent cx="3657600" cy="106851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685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Haga clic aquí para ver el enlace de la página de compra</w:t>
      </w:r>
    </w:p>
    <w:p>
      <w:r>
        <w:t>https://market.store.dosi.world/ja-JP/1st_sale/sales/40318/</w:t>
      </w:r>
    </w:p>
    <w:p>
      <w:r>
        <w:t>Instalaciones y beneficios de pareja</w:t>
      </w:r>
    </w:p>
    <w:p>
      <w:r>
        <w:t>Al presentar la "Tarjeta de membresía digital Shibukawa / Ikaho", puede recibir beneficios en varias instalaciones en el área de Ikaho Onsen. Los beneficios incluyen tarifas de baño, descuentos en tarifas de admisión, descuentos y regalos en restaurantes.</w:t>
      </w:r>
    </w:p>
    <w:p>
      <w:r>
        <w:t>Las instalaciones afiliadas incluyen Ikaho Ryoko, Yumeji Takehisa Ikaho Memorial, Hara Museum ARC, Cafe, General Store e Bathing Instals.</w:t>
      </w:r>
    </w:p>
    <w:p>
      <w:r>
        <w:t>Puede verificar los detalles de los beneficios y la lista de instalaciones afiliadas desde el siguiente enlace.</w:t>
      </w:r>
    </w:p>
    <w:p>
      <w:r>
        <w:t>https://www.google.com/maps/d/edit?mid=1LINMrLa6cHlL1hEaEbnnWYt5NvWhCQo&amp;usp=sharing</w:t>
      </w:r>
    </w:p>
    <w:p>
      <w:r>
        <w:t>* Los beneficios están sujetos a cambios sin previo aviso.</w:t>
      </w:r>
    </w:p>
    <w:p>
      <w:r>
        <w:t>* El período de uso de beneficios está programado para el 15 de julio de 2024 al 31 de diciembre de 2024. Nuevos beneficios se otorgarán después de 2025.</w:t>
      </w:r>
    </w:p>
    <w:p>
      <w:r>
        <w:t>* Los beneficios solo se pueden usar una vez por instalación durante el período anterior. Lo mismo es cierto si tiene varias tarjetas de membresía.</w:t>
      </w:r>
    </w:p>
    <w:p>
      <w:r>
        <w:t>Cómo usar "Certificado de membresía digital Shibukawa / Ikaho"</w:t>
      </w:r>
    </w:p>
    <w:p>
      <w:r>
        <w:t>Compramos "Tarjeta de membresía digital Shibukawa / Ikaho" en DOSI.</w:t>
      </w:r>
    </w:p>
    <w:p>
      <w:r>
        <w:t>Lea el código QR instalado en la instalación afiliada en su teléfono inteligente.</w:t>
      </w:r>
    </w:p>
    <w:p>
      <w:r>
        <w:t>Presente la pantalla del teléfono inteligente al personal de la instalación.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¡Puede recibir fácilmente beneficios!</w:t>
      </w:r>
    </w:p>
    <w:p>
      <w:r>
        <w:t>¿Qué es dosi?</w:t>
      </w:r>
    </w:p>
    <w:p>
      <w:r>
        <w:t>Dosi es un mercado global que puede intercambiar fácilmente artículos digitales valiosos.</w:t>
      </w:r>
    </w:p>
    <w:p>
      <w:r>
        <w:t>Fácil de iniciar sesión con una cuenta de línea o una cuenta SNS</w:t>
      </w:r>
    </w:p>
    <w:p>
      <w:r>
        <w:t>Puede comprar artículos con una tarjeta de crédito o un pago de línea</w:t>
      </w:r>
    </w:p>
    <w:p>
      <w:r>
        <w:t>Puede comerciar no solo en Japón sino también por las marcas globales.</w:t>
      </w:r>
    </w:p>
    <w:p>
      <w:r>
        <w:t>Cómo abrir una cuenta de "dosi"</w:t>
      </w:r>
    </w:p>
    <w:p>
      <w:r>
        <w:t>https://dosi-jp.landpress.line.me/userguide_account</w:t>
      </w:r>
    </w:p>
    <w:p>
      <w:r>
        <w:t>Cómo comprar NFT</w:t>
      </w:r>
    </w:p>
    <w:p>
      <w:r>
        <w:t>https://dosi-jp.landpress.line.me/userguide_purchase</w:t>
      </w:r>
    </w:p>
    <w:p>
      <w:r>
        <w:t>New development of Amakomi (manga)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¡Se lanzará "Ikaho Onsen Extra" a The Amakomi en la serie!</w:t>
      </w:r>
    </w:p>
    <w:p>
      <w:r>
        <w:t>"Amakomi" es una serie de manga de cuatro marco muy popular en junio de 2024, y ha sido serializado hasta el episodio 26.</w:t>
      </w:r>
    </w:p>
    <w:p>
      <w:r>
        <w:t>En la edición adicional de Ikaho Onsen, se dibujarán una escena en la que puedas disfrutar de la ciudad de las islas y los bollos de primavera termal.</w:t>
      </w:r>
    </w:p>
    <w:p>
      <w:r>
        <w:t>El manga en la serialización se puede leer de forma gratuita desde aquí.</w:t>
      </w:r>
    </w:p>
    <w:p>
      <w:r>
        <w:t>https://amato-official.com/manga</w:t>
      </w:r>
    </w:p>
    <w:p>
      <w:r>
        <w:t>resumen</w:t>
      </w:r>
    </w:p>
    <w:p>
      <w:r>
        <w:t>"Shibukawa / Ikaho Digital Miembro Vol. 1" NFT permite no solo beneficios en las instalaciones turísticas y restaurantes, sino que también disfruta del diseño creativo de Japón Dao.</w:t>
      </w:r>
    </w:p>
    <w:p>
      <w:r>
        <w:t>Las ventas están programadas para comenzar el 29 de junio de 2024, así que por favor échale un vistazo.</w:t>
      </w:r>
    </w:p>
    <w:p>
      <w:r>
        <w:t>Si está interesado en Japón Dao, siga y esquí a la "revista Japan Dao".</w:t>
      </w:r>
    </w:p>
    <w:p>
      <w:r>
        <w:t>Cuenta oficial X: https: //twitter.com/japannftmuseum</w:t>
      </w:r>
    </w:p>
    <w:p>
      <w:r>
        <w:t>Discordia oficial: https://discord.com/invite/japandao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