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Что такое команда решений?</w:t>
      </w:r>
    </w:p>
    <w:p>
      <w:r>
        <w:t>Привет всем в семье Японии Дао.Вернемся к деятельности команды и его шагам. Мы расскажем вам о ценном опыте, который вы получили через Японию Дао, такие как веселье, обучение и заводка друзей, и великолепие «Дао»! Для тех, кто просматривает эту статью, мы обещаемЧтобы поддержать веселые и удобные мероприятия DAO с Discord, X (Twitter) и т. Д. ♪</w:t>
      </w:r>
    </w:p>
    <w:p>
      <w:r>
        <w:drawing>
          <wp:inline xmlns:a="http://schemas.openxmlformats.org/drawingml/2006/main" xmlns:pic="http://schemas.openxmlformats.org/drawingml/2006/picture">
            <wp:extent cx="3657600" cy="200455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455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Дизайн гения Дарумана -Сан. «Я создал логотип секции решений», «Лампочка логотипа -это ваше воображение», «Догоняем. "Находится в решении" S "."</w:t>
      </w:r>
    </w:p>
    <w:p>
      <w:r>
        <w:t>Основной бизнес -контент</w:t>
      </w:r>
    </w:p>
    <w:p>
      <w:r>
        <w:t>Управление базами данных, создание ручного управления, создание блога, сотрудничество в размере приложений, планирование / владение и поддержку событий, внедрение / агрегация вопросника, создание GPT, Discord / X (Twitter) и т. Д. И т. Д. И т. Д.</w:t>
      </w:r>
    </w:p>
    <w:p>
      <w:r>
        <w:t>Вы можете быть не очень хорошо знакомы со своими ушами, но «решение» означает «решение или ответ». Этот раздел направлен на решение проблем и проблем в Японии различными способами, такими как система, знание, знание, человеческие ресурсы и т. Д.анализируйте, предлагайте, сотрудничайте, повышают осведомленность и способствуйте плавному управлению DAO.</w:t>
      </w:r>
    </w:p>
    <w:p>
      <w:r>
        <w:t>В Японии DAO, которая продолжает развиваться каждый день, он играет различные роли в зависимости от возникновения проблем и целей, которые не направлены, и каждый день работает над тем, чтобы решить его и достичь целей!</w:t>
      </w:r>
    </w:p>
    <w:p>
      <w:r>
        <w:t>Есть много ролей и сотрудничества с другими отделами, и они также понимают статус и характеристики каждого отдела и играют роль в их поддержке, чтобы они могли плавно продвигать свою деятельность.</w:t>
      </w:r>
    </w:p>
    <w:p>
      <w:r>
        <w:t>Введение членов</w:t>
      </w:r>
    </w:p>
    <w:p>
      <w:r>
        <w:t>Лидер (директор)</w:t>
      </w:r>
    </w:p>
    <w:p>
      <w:r>
        <w:t>Дождь (@rain_nft)</w:t>
      </w:r>
    </w:p>
    <w:p>
      <w:r>
        <w:drawing>
          <wp:inline xmlns:a="http://schemas.openxmlformats.org/drawingml/2006/main" xmlns:pic="http://schemas.openxmlformats.org/drawingml/2006/picture">
            <wp:extent cx="3657600" cy="3685467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8546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Командная командная башня</w:t>
      </w:r>
    </w:p>
    <w:p>
      <w:r>
        <w:t>Он был полностью привержен деятельности DAO с момента создания Японии DAO, не только делая различные предложения, которые приводят к развитию DAO с его богатым воображением и амбициозностью, но и в составе производства историй Амато. Отношение было оценено и былоВыбран в качестве ключевой позиции, называемой «Решение».</w:t>
      </w:r>
    </w:p>
    <w:p>
      <w:r>
        <w:t>После создания команды решений, в дополнение к управлению и эксплуатации департамента, он будет отвечать за широкий спектр задач, включая сотрудничество и координацию с другими отделами, создание и управление базами данных, которые полностью используют понятие иПланирование планирования мероприятия. Он был признан за его достижения и был выбран в качестве члена немногих «команды управления».</w:t>
      </w:r>
    </w:p>
    <w:p>
      <w:r>
        <w:t>Основатель Юда -Сан -это теплое и дружелюбное, широкое поле перспективы, осанка, необходимая для того, чтобы быть в порядке, с гибким мышлением, лучшим, самым коротким суждением и предложением в то время.。 «Решение» всегда стремится к продуктивности.и высококачественная работа.</w:t>
      </w:r>
    </w:p>
    <w:p>
      <w:r>
        <w:t>Название родителя Niji Friends "GOTI". Профессор аниме и манги.</w:t>
      </w:r>
    </w:p>
    <w:p>
      <w:r>
        <w:t>член</w:t>
      </w:r>
    </w:p>
    <w:p>
      <w:r>
        <w:t>Томми (@tommynft9413)</w:t>
      </w:r>
    </w:p>
    <w:p>
      <w:r>
        <w:drawing>
          <wp:inline xmlns:a="http://schemas.openxmlformats.org/drawingml/2006/main" xmlns:pic="http://schemas.openxmlformats.org/drawingml/2006/picture">
            <wp:extent cx="3657600" cy="36576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Мозг команды</w:t>
      </w:r>
    </w:p>
    <w:p>
      <w:r>
        <w:t>Он без труда очистил различные тренировочные задачи для вступления в команду решений, и достиг блестящего достижения, таких как создание потока диагностики проекта и использование бота новостей в начале после присоединения, и был назначен «решением» с необычной скоростью.</w:t>
      </w:r>
    </w:p>
    <w:p>
      <w:r>
        <w:t>Пользователи различных инструментов, использующих новейшую технологиюмного достижений.</w:t>
      </w:r>
    </w:p>
    <w:p>
      <w:r>
        <w:t>Молчаливая и нежная личность. Это мастер, который не только обладает прилежными и обильными знаниями и навыками, но и с высокой качественной, высококачественной работой с удивительной концентрацией. «Ребенок передовых технологий», где вы можете наслаждаться новымПроблемы с духом слуха.</w:t>
      </w:r>
    </w:p>
    <w:p>
      <w:r>
        <w:t>Это также держатель (CNP, LLAC, APP), обладает глубоким знанием NFT и Crypto и имеет высокую грамотность.</w:t>
      </w:r>
    </w:p>
    <w:p>
      <w:r>
        <w:t>Лагерный инструктор 🏕</w:t>
      </w:r>
    </w:p>
    <w:p>
      <w:r>
        <w:t>член</w:t>
      </w:r>
    </w:p>
    <w:p>
      <w:r>
        <w:t>Tyaki (@gocyxjjbaxgkuy)</w:t>
      </w:r>
    </w:p>
    <w:p>
      <w:r>
        <w:drawing>
          <wp:inline xmlns:a="http://schemas.openxmlformats.org/drawingml/2006/main" xmlns:pic="http://schemas.openxmlformats.org/drawingml/2006/picture">
            <wp:extent cx="3657600" cy="3778512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7785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Самопровозглашенный представитель поклонника / статья</w:t>
      </w:r>
    </w:p>
    <w:p>
      <w:r>
        <w:t>Первым DAO, к которому я принадлежал, был Japandao, первым NFT, который я купил, был премиальным проходом, первой второстепенной покупкой была фонарь, первая вторая продажа была Amato, впервые Frimin была Amato Music NFT, а впервые AirdroЯвляется ли NFT Life Special Crypto Crypto Industry. Учитете все знания от «Японии дао». Манно отвечает за ручное создание и обратите внимание на создание статьи. Вера заключается в том, чтобы быть близок к беспокойству и трудностям начинающего крипто.</w:t>
      </w:r>
    </w:p>
    <w:p>
      <w:r>
        <w:t>Несмотря на свои плохие знания и навыки, он работает с «Японской дао любви» как оружие. Он получил большой опыт с теплой поддержкой от двух превосходных решений. «Самопровозглашенный представитель Японии Дао».</w:t>
      </w:r>
    </w:p>
    <w:p>
      <w:r>
        <w:t>Дядя лечил каждый день кошками.</w:t>
      </w:r>
    </w:p>
    <w:p>
      <w:r>
        <w:t>https://twitter.com/goxtyxjbaxtgkuy/status/ hyperlink "https://twitter.com/goxtyxjbaxtgkuy/status/1663050767840993280"1663076784093280</w:t>
      </w:r>
    </w:p>
    <w:p>
      <w:r>
        <w:t>Решения команды прогулки</w:t>
      </w:r>
    </w:p>
    <w:p>
      <w:r>
        <w:drawing>
          <wp:inline xmlns:a="http://schemas.openxmlformats.org/drawingml/2006/main" xmlns:pic="http://schemas.openxmlformats.org/drawingml/2006/picture">
            <wp:extent cx="3657600" cy="2036867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686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2023 года</w:t>
      </w:r>
    </w:p>
    <w:p>
      <w:r>
        <w:t>В январе</w:t>
      </w:r>
    </w:p>
    <w:p>
      <w:r>
        <w:t>Новая позиция «Решение» и «Разделение решений»</w:t>
      </w:r>
    </w:p>
    <w:p>
      <w:r>
        <w:t>№ 1 «Дождь» стал «решением»</w:t>
      </w:r>
    </w:p>
    <w:p>
      <w:r>
        <w:t>№ 2 "Tyaki" стал "Solutioner"</w:t>
      </w:r>
    </w:p>
    <w:p>
      <w:r>
        <w:t>Установил коробку для каждого мнения и собирает мнения</w:t>
      </w:r>
    </w:p>
    <w:p>
      <w:r>
        <w:t>Предшественник SmartPocket Nftlife Design</w:t>
      </w:r>
    </w:p>
    <w:p>
      <w:r>
        <w:t>С февраля по март</w:t>
      </w:r>
    </w:p>
    <w:p>
      <w:r>
        <w:t>Зарубежная версия поля мнения (форма Google) и собирать мнения</w:t>
      </w:r>
    </w:p>
    <w:p>
      <w:r>
        <w:t>Генеративное внедрение набора набора частей NFT</w:t>
      </w:r>
    </w:p>
    <w:p>
      <w:r>
        <w:t>апрель</w:t>
      </w:r>
    </w:p>
    <w:p>
      <w:r>
        <w:t>NFT Life Poster Style иллюстрация NFT Catch Copy Recruitment</w:t>
      </w:r>
    </w:p>
    <w:p>
      <w:r>
        <w:t>（Nowayform)</w:t>
      </w:r>
    </w:p>
    <w:p>
      <w:r>
        <w:t>Может</w:t>
      </w:r>
    </w:p>
    <w:p>
      <w:r>
        <w:t>Nft life airdropnft 1 -й набор амато</w:t>
      </w:r>
    </w:p>
    <w:p>
      <w:r>
        <w:t>Техническое обслуживание часто задаваемых вопросов (опубликовано в руководстве с изображением), руководство по надзоручиванию по воздушной среде (день, английский, середина)</w:t>
      </w:r>
    </w:p>
    <w:p>
      <w:r>
        <w:t>Регистрация команды Canva</w:t>
      </w:r>
    </w:p>
    <w:p>
      <w:r>
        <w:t>Создание программы обучения</w:t>
      </w:r>
    </w:p>
    <w:p>
      <w:r>
        <w:t>«Томми» приветствуется в качестве стажера -решения из команды KOL Amaterasu</w:t>
      </w:r>
    </w:p>
    <w:p>
      <w:r>
        <w:t>Создание коллекции терминов</w:t>
      </w:r>
    </w:p>
    <w:p>
      <w:r>
        <w:t>Nft life airdropnft 2nd niji phat prase prase recrintment</w:t>
      </w:r>
    </w:p>
    <w:p>
      <w:r>
        <w:t>Марка «Команда решений» завершена (Daruman -san Design)</w:t>
      </w:r>
    </w:p>
    <w:p>
      <w:r>
        <w:t>28 мая «Команда решений» официально запущена в качестве официального департамента</w:t>
      </w:r>
    </w:p>
    <w:p>
      <w:r>
        <w:t>Создание потока диагноза проекта</w:t>
      </w:r>
    </w:p>
    <w:p>
      <w:r>
        <w:t>Июнь</w:t>
      </w:r>
    </w:p>
    <w:p>
      <w:r>
        <w:t>Руководство NFT Life Руководство, релиз (день, английский, середина)</w:t>
      </w:r>
    </w:p>
    <w:p>
      <w:r>
        <w:t>Как «Томми» № 3 «Решение»</w:t>
      </w:r>
    </w:p>
    <w:p>
      <w:r>
        <w:t>Опрос о NFT Life опубликовал новости (бот анкеты)</w:t>
      </w:r>
    </w:p>
    <w:p>
      <w:r>
        <w:t>Дождь предоставляется «команда управления»</w:t>
      </w:r>
    </w:p>
    <w:p>
      <w:r>
        <w:t>Поддержка радиоподобия Японии Дао, планирование викторины</w:t>
      </w:r>
    </w:p>
    <w:p>
      <w:r>
        <w:t>Совет хора прошел</w:t>
      </w:r>
    </w:p>
    <w:p>
      <w:r>
        <w:t>Июль</w:t>
      </w:r>
    </w:p>
    <w:p>
      <w:r>
        <w:t>N Kore Local Support (настройка, продажи продуктов и т. Д.)</w:t>
      </w:r>
    </w:p>
    <w:p>
      <w:r>
        <w:t>NFT Life Опубликованная агрегация данных сбора, подтверждение, исправление, создание списков, начальная работа в приложении</w:t>
      </w:r>
    </w:p>
    <w:p>
      <w:r>
        <w:t>NFT не вводил поддержку поддержки создателей</w:t>
      </w:r>
    </w:p>
    <w:p>
      <w:r>
        <w:t>Август</w:t>
      </w:r>
    </w:p>
    <w:p>
      <w:r>
        <w:t>Niji Friends Picture Book</w:t>
      </w:r>
    </w:p>
    <w:p>
      <w:r>
        <w:t>Выпуск диагноза проекта</w:t>
      </w:r>
    </w:p>
    <w:p>
      <w:r>
        <w:t>Nft life airdropnft 2nd Kagura Catch Prase Prase Recruitment</w:t>
      </w:r>
    </w:p>
    <w:p>
      <w:r>
        <w:t>Сентябрь</w:t>
      </w:r>
    </w:p>
    <w:p>
      <w:r>
        <w:t>Внедрение планирования набора персонала Niji Friends</w:t>
      </w:r>
    </w:p>
    <w:p>
      <w:r>
        <w:t>Октябрь</w:t>
      </w:r>
    </w:p>
    <w:p>
      <w:r>
        <w:t>Хранение материала управление DB, проверка материалов, сохранение</w:t>
      </w:r>
    </w:p>
    <w:p>
      <w:r>
        <w:t>Japandao All Projects Сторонники</w:t>
      </w:r>
    </w:p>
    <w:p>
      <w:r>
        <w:t>Ноябрь</w:t>
      </w:r>
    </w:p>
    <w:p>
      <w:r>
        <w:t>Smapke Google Руководство для входа в систему</w:t>
      </w:r>
    </w:p>
    <w:p>
      <w:r>
        <w:t>Дизайн курс, проведенный Daruman -Sensei</w:t>
      </w:r>
    </w:p>
    <w:p>
      <w:r>
        <w:t>Смартфон добавить домашнее ручное создание</w:t>
      </w:r>
    </w:p>
    <w:p>
      <w:r>
        <w:t>Chatgpt Research Start Project Diagnosis 3 Язык Совместимый с языком начался</w:t>
      </w:r>
    </w:p>
    <w:p>
      <w:r>
        <w:t>Декабрь</w:t>
      </w:r>
    </w:p>
    <w:p>
      <w:r>
        <w:t>Все участники Chatgpt Plus регистрация</w:t>
      </w:r>
    </w:p>
    <w:p>
      <w:r>
        <w:t>Предложение по сбору сбора Pokemy (использование GPT)</w:t>
      </w:r>
    </w:p>
    <w:p>
      <w:r>
        <w:t>2024 года</w:t>
      </w:r>
    </w:p>
    <w:p>
      <w:r>
        <w:t>Январь</w:t>
      </w:r>
    </w:p>
    <w:p>
      <w:r>
        <w:t>Блог команды открытых решений</w:t>
      </w:r>
    </w:p>
    <w:p>
      <w:r>
        <w:t>Создать руководство SmartQueoke (блог и раздор)</w:t>
      </w:r>
    </w:p>
    <w:p>
      <w:r>
        <w:t>Создание счета примечания (Japandao, Smapoke)</w:t>
      </w:r>
    </w:p>
    <w:p>
      <w:r>
        <w:t>Февраль</w:t>
      </w:r>
    </w:p>
    <w:p>
      <w:r>
        <w:t>Создать смартфон Appli -Manual</w:t>
      </w:r>
    </w:p>
    <w:p>
      <w:r>
        <w:t>Премирование участия -точка, давая ручную создание</w:t>
      </w:r>
    </w:p>
    <w:p>
      <w:r>
        <w:t>Все языковая поддержка блога Japandao</w:t>
      </w:r>
    </w:p>
    <w:p>
      <w:r>
        <w:t>Интегрированная примечание создание статьи и публикация в ручную статью</w:t>
      </w:r>
    </w:p>
    <w:p>
      <w:r>
        <w:t>Маршировать</w:t>
      </w:r>
    </w:p>
    <w:p>
      <w:r>
        <w:t>Раздача события DB Создание</w:t>
      </w:r>
    </w:p>
    <w:p>
      <w:r>
        <w:t>Работа над пространством сторонников зарубежных</w:t>
      </w:r>
    </w:p>
    <w:p>
      <w:r>
        <w:t>апрель</w:t>
      </w:r>
    </w:p>
    <w:p>
      <w:r>
        <w:t>Статья публикации на форуме началась</w:t>
      </w:r>
    </w:p>
    <w:p>
      <w:r>
        <w:t>Анализ примечания. Создание электронных таблиц.</w:t>
      </w:r>
    </w:p>
    <w:p>
      <w:r>
        <w:t>Может</w:t>
      </w:r>
    </w:p>
    <w:p>
      <w:r>
        <w:t>Начните предоставлять GPT другим отделениям</w:t>
      </w:r>
    </w:p>
    <w:p>
      <w:r>
        <w:t>Даже сейчас мы работаем вместе с тремя людьми на основе точного управления задачами лидера, и мы выполняем различные задачи каждый день. Пока ценив приоритет друг друга, такие как дом, основной бизнес и хобби, мы были активными, пока они были активныминаслаждаясь самим собой, используя специальности друг друга. Это лучшая команда, которая любит Японию Дао с друзьями !!</w:t>
      </w:r>
    </w:p>
    <w:p>
      <w:r>
        <w:t>краткое содержание</w:t>
      </w:r>
    </w:p>
    <w:p>
      <w:r>
        <w:t>Это похоже на то, что давным -давно год назад. Я действительно удивлен огромной эволюцией этого мира, или Япония Дао. Япон Дао очарован Японским Дао и связан через Дао, построив доверительные отношения в деятельности, направленных на развитие.Дао, сотрудничающий как команда, и теперь является важным другом, у которого нет замены.</w:t>
      </w:r>
    </w:p>
    <w:p>
      <w:r>
        <w:t>Этот мир по -прежнему похож на мечту. Необыкновенная жизнь, далеко от настоящей повседневной жизни, такой как дома и основной бизнес. Эта необычная жизнь очень удобна. Действительно дорого, что они уважают друг друга, независимо от их статуса, пола, возраста иВнешний вид.</w:t>
      </w:r>
    </w:p>
    <w:p>
      <w:r>
        <w:t>Пожалуйста, не стесняйтесь что -либо говорить, если мы сможем вам помочь. Дайте лучший опыт вместе!</w:t>
      </w:r>
    </w:p>
    <w:p>
      <w:r>
        <w:t>Япония Дао - лучший !!</w:t>
      </w:r>
    </w:p>
    <w:p>
      <w:r>
        <w:t>Фундер Юда -Сан и основатель Даруман, которые создали и вывели этот замечательный мир. Создатели редакционного отделения, включая японскую гордость Японии, гордость Японии, способность водопада. Мод Кён, бог спасения, который не являетсяРазделенный кем угодно. В дополнение я хотел бы поблагодарить все управление Японии DAO и семью Японии DAO. Мы с нетерпением ждем вашей постоянной поддержки «Команда решений».</w:t>
      </w:r>
    </w:p>
    <w:p>
      <w:r>
        <w:t>Если вы заинтересованы в Японии DAO, пожалуйста, следуйте официальной учетной записи X в журнале «Япония Дао».</w:t>
      </w:r>
    </w:p>
    <w:p>
      <w:r>
        <w:t>Официальная учетная запись x:</w:t>
      </w:r>
    </w:p>
    <w:p>
      <w:r>
        <w:t>Japandao https://tweter.com/japandaojp</w:t>
      </w:r>
    </w:p>
    <w:p>
      <w:r>
        <w:t>Умный карман https://x.com/smapocke</w:t>
      </w:r>
    </w:p>
    <w:p>
      <w:r>
        <w:t>Официальный раздор:</w:t>
      </w:r>
    </w:p>
    <w:p>
      <w:r>
        <w:t>Japandao https://discord.com/invite/invite/invite/japandoo</w:t>
      </w:r>
    </w:p>
    <w:p>
      <w:r>
        <w:t>Smart Pocket https://discord.com/invite/smartpocket</w:t>
      </w:r>
    </w:p>
    <w:p>
      <w:r>
        <w:t>公式 Line https://page.line.me/ hyperlink "https://page.line.me/126BAGR?OAT_CONTENT=URL&amp;openQrmodal=true"126 Hyperlink" https://page.line.me/126basgr?oat_content=UrlrL&amp;opene.= true "bsagr? oat_content = url hyperlink" https://page.line.me/126basgr?oat_content=url&amp;openqrmodal=true"&amp; hyperlink "https://page.line.me/126besgaoat_content=url&amp;openqrmodal.me/126bsagr?oat_content=url&amp;open= true</w:t>
      </w:r>
    </w:p>
    <w:p>
      <w:r>
        <w:br/>
        <w:t xml:space="preserve">      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