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Руководство по приобретению сообщества Smart Pocket (Roll)! Давайте стремимся к Supernova !!</w:t>
      </w:r>
    </w:p>
    <w:p>
      <w:r>
        <w:t>Привет всем, в предыдущей статье мы представили деятельность «Q &amp; A» и «Rumble» сообщества Smart Pocket Discord.Вы больше читали это?</w:t>
      </w:r>
    </w:p>
    <w:p>
      <w:r>
        <w:t>На мероприятии по активности сообщества победитель не только выигрывает призы, но также может получить бросок в качестве доказательства.</w:t>
      </w:r>
    </w:p>
    <w:p>
      <w:r>
        <w:t>Далее я представлю, какие ролики для общественной деятельности, какие условия можно получить, и последующие выгоды.</w:t>
      </w:r>
    </w:p>
    <w:p>
      <w:r>
        <w:t>В начале</w:t>
      </w:r>
    </w:p>
    <w:p>
      <w:r>
        <w:t>Умное карманное сообщество было создано в сентябре 2023 года.</w:t>
      </w:r>
    </w:p>
    <w:p>
      <w:r>
        <w:t>Во время запуска Smapoke я зарегистрировался в Permint и заработанных очках в методе Airdrop. После этого обновление набрало очки, участвовав в мероприятии, что облегчает работу.</w:t>
      </w:r>
    </w:p>
    <w:p>
      <w:r>
        <w:t>В начале 2024 года были добавлены новые действия и функции, чтобы сделать сообщество более активным. Например, проверка уровня, грохот, Q &amp; A и т. Д. Во-первых, призы смогли выиграть, когда условия были достигнуты,Но в мае 2024 года была объявлена ​​о новой норме рулона, и участники, которые достигли предыдущих условий, смогли снова повторно переоценить выделенные броски.</w:t>
      </w:r>
    </w:p>
    <w:p>
      <w:r>
        <w:t>Что такое бросок?</w:t>
      </w:r>
    </w:p>
    <w:p>
      <w:r>
        <w:t>Discord имеет различные функции «Rolls», которые дают доступ и специальные функции на определенных каналах.</w:t>
      </w:r>
    </w:p>
    <w:p>
      <w:r>
        <w:t>У Smart Pocket Community есть механизм, который позволяет вам приобретать специальные броски, активно участвуя в мероприятиях.</w:t>
      </w:r>
    </w:p>
    <w:p>
      <w:r>
        <w:t>Используя ролевую функцию Discord, вы можете продвигать активную деятельность, обеспечивая стимулы для членов сообщества.</w:t>
      </w:r>
    </w:p>
    <w:p>
      <w:r>
        <w:t>Roll введение</w:t>
      </w:r>
    </w:p>
    <w:p>
      <w:r>
        <w:t>Вклад член</w:t>
      </w:r>
    </w:p>
    <w:p>
      <w:r>
        <w:t>Введение роли, которая может быть получена, способствуя деятельности сообщества Discord.</w:t>
      </w:r>
    </w:p>
    <w:p>
      <w:r>
        <w:t>① ✅twinkle Star🌟</w:t>
      </w:r>
    </w:p>
    <w:p>
      <w:r>
        <w:t>Доказательство того, что он активно достиг 10 -го уровня в чате сообщества Discord Community of Smart Pocket</w:t>
      </w:r>
    </w:p>
    <w:p>
      <w:r>
        <w:t>(Приобретите 1000 очков и Twinkle Star🌟, достигая цели достижения 10 -го уровня)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Некоторые из них являются ролями, которые требуют агрессивного и терпения взаимодействия сообщества и могут быть получены относительно легко. Что бы сообщение достигнет определенного числа, уровень автоматически поднимется, вы получите уведомление, и вы можете проверить его на проверке уровняканал.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Следовательно, это один из способов обмена сообщениями в сообществе, не только чат -комнат на каждом языке, но и в грохоте и их возбуждение.</w:t>
      </w:r>
    </w:p>
    <w:p>
      <w:r>
        <w:t>* 1: После достижения цели отправьте кошелек на канале -Level -10.1000 баллов будет отправлено. (Кошелек должен завершить первое вход в приложение Smart Pocket)</w:t>
      </w:r>
    </w:p>
    <w:p>
      <w:r>
        <w:t>* 2: Пожалуйста, соблюдайте нормы сообщества и сделайте умеренные замечания. Это запрещено сказать: «Выполнение, реклама, мошенничество, бессмысленные сообщения, нарушения правил и атмосфера сообщества» запрещены.</w:t>
      </w:r>
    </w:p>
    <w:p>
      <w:r>
        <w:t>② ✅intelligence Star🌟</w:t>
      </w:r>
    </w:p>
    <w:p>
      <w:r>
        <w:t>Доказательство того, что вам будет правильно предоставлено деятельность по вопросам и ответам для вопросов и ответов и быть выбранным в качестве победителя</w:t>
      </w:r>
    </w:p>
    <w:p>
      <w:r>
        <w:t>(Победитель выигрывает звезду 10USDT и интеллектуальную звезду)</w:t>
      </w:r>
    </w:p>
    <w:p>
      <w:r>
        <w:t>⇨ 📖 🗓 🗓 🗓 🗓 🗓 🗓 🗓 🗓 🗓 🗓 🗓 🗓</w:t>
      </w:r>
    </w:p>
    <w:p>
      <w:r>
        <w:t>Дата: каждую пятницу</w:t>
      </w:r>
    </w:p>
    <w:p>
      <w:r>
        <w:t>00 Время: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Это требует уровня, который может быть исследован с течением времени и может ответить во время деятельности. Дифсуалтинг зависит от содержания вопросов, понимания проекта, степени обучения и т. Д.</w:t>
      </w:r>
    </w:p>
    <w:p>
      <w:r>
        <w:t>Следовательно, сложность получения роли также зависит от ситуации каждого человека и деятельности. Если вы участвуете серьезно, вы обычно можете легко получить ее, но со временем эти рулоны могут быть ограничены.</w:t>
      </w:r>
    </w:p>
    <w:p>
      <w:r>
        <w:t>Обычно статья о диапазоне вопросов будет опубликована за день до события. Если вы правильно отвечаете и будете выбираются в качестве победителя, вам будут присуждены призы и роллы.</w:t>
      </w:r>
    </w:p>
    <w:p>
      <w:r>
        <w:t>Смотрите следующее для получения подробной информации о вопросах и ответах.</w:t>
      </w:r>
    </w:p>
    <w:p>
      <w:r>
        <w:t>https://note.com/japandaosolution/n/nf78c58c19093</w:t>
      </w:r>
    </w:p>
    <w:p>
      <w:r>
        <w:t>③ ✅battle Star🌟</w:t>
      </w:r>
    </w:p>
    <w:p>
      <w:r>
        <w:t>Доказательство того, что вы будете награждены победителем в Rumble</w:t>
      </w:r>
    </w:p>
    <w:p>
      <w:r>
        <w:t>(Победитель выиграл 500 очков или призов, такие как 10 USDT и Battle Star🌟)</w:t>
      </w:r>
    </w:p>
    <w:p>
      <w:r>
        <w:t>⇨ ⚔ 🗓 🗓 🗓 🗓 🗓 🗓 🗓 🗓 🗓 🗓 🗓</w:t>
      </w:r>
    </w:p>
    <w:p>
      <w:r>
        <w:t>Дата: каждую субботу, воскресенье</w:t>
      </w:r>
    </w:p>
    <w:p>
      <w:r>
        <w:t>00 Время: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Матч во время деятельности выполняется автоматически системой, а возможность стать победителем повезло, как лотерея, поэтому сложность приобретения рулонов является самым высоким в трех мероприятиях и очень редких рулонах. Если у вас есть возможность,Участвуйте много раз и волнуйтесь.</w:t>
      </w:r>
    </w:p>
    <w:p>
      <w:r>
        <w:t>Смотрите следующее для деталей Rumble.</w:t>
      </w:r>
    </w:p>
    <w:p>
      <w:r>
        <w:t>https://note.com/japandaosolution/n/nc2d3ae603c8b</w:t>
      </w:r>
    </w:p>
    <w:p>
      <w:r>
        <w:t>④ ✅supernova🌟</w:t>
      </w:r>
    </w:p>
    <w:p>
      <w:r>
        <w:t>Если у вас есть все роли ниже трех достижений Короны, Supernova 🌟 будет присуждена почетной ролью.</w:t>
      </w:r>
    </w:p>
    <w:p>
      <w:r>
        <w:t>Twinkle Star🌟</w:t>
      </w:r>
    </w:p>
    <w:p>
      <w:r>
        <w:t>Звезда интеллекта</w:t>
      </w:r>
    </w:p>
    <w:p>
      <w:r>
        <w:t>Боевая звезда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Это очень редкий рулон, в первые дни только семь человек.</w:t>
      </w:r>
    </w:p>
    <w:p>
      <w:r>
        <w:t>Обычно, чем сложнее, редко и чем меньше участников, тем больше прибыли и преимуществ вы можете наслаждаться.</w:t>
      </w:r>
    </w:p>
    <w:p>
      <w:r>
        <w:t>* Приблизительно 1 из 3000 человек заработали этот бросок, в то время как число сообществ превышает 21 000 (по состоянию на июнь 2024 года).</w:t>
      </w:r>
    </w:p>
    <w:p>
      <w:r>
        <w:t>Общий член</w:t>
      </w:r>
    </w:p>
    <w:p>
      <w:r>
        <w:t>Далее я введу роль, которую могут приобрести генеральные члены.</w:t>
      </w:r>
    </w:p>
    <w:p>
      <w:r>
        <w:t>✅Verify</w:t>
      </w:r>
    </w:p>
    <w:p>
      <w:r>
        <w:t>Функция сообщества будет открыта после завершения аутентификации</w:t>
      </w:r>
    </w:p>
    <w:p>
      <w:r>
        <w:t>✅ и</w:t>
      </w:r>
    </w:p>
    <w:p>
      <w:r>
        <w:t>Доказательство ранних участников. Канал OG приобретения был закрыт 15 ноября 2023 года, поэтому последующие члены сообщества не могут получить OG.</w:t>
      </w:r>
    </w:p>
    <w:p>
      <w:r>
        <w:t>✅sp Семья</w:t>
      </w:r>
    </w:p>
    <w:p>
      <w:r>
        <w:t>Доказательство того, что вы любите это сообщество</w:t>
      </w:r>
    </w:p>
    <w:p>
      <w:r>
        <w:t>✅server Booster</w:t>
      </w:r>
    </w:p>
    <w:p>
      <w:r>
        <w:t>Усовершенствование сервера. Независимо от вновь улучшенных групповых преимуществ выбранного сервера через повышение сервера каждый месяц (может потребовать оплачиваемой подписки).</w:t>
      </w:r>
    </w:p>
    <w:p>
      <w:r>
        <w:t>Управляющий член</w:t>
      </w:r>
    </w:p>
    <w:p>
      <w:r>
        <w:t>Введение роли команды управления сообществом.</w:t>
      </w:r>
    </w:p>
    <w:p>
      <w:r>
        <w:t>✅admin</w:t>
      </w:r>
    </w:p>
    <w:p>
      <w:r>
        <w:t>Smart Pocket основатель</w:t>
      </w:r>
    </w:p>
    <w:p>
      <w:r>
        <w:t>✅agent</w:t>
      </w:r>
    </w:p>
    <w:p>
      <w:r>
        <w:t>Умный карман № 2 помощник -основатель</w:t>
      </w:r>
    </w:p>
    <w:p>
      <w:r>
        <w:t>Apport</w:t>
      </w:r>
    </w:p>
    <w:p>
      <w:r>
        <w:t>Помощник японского члена основного члена</w:t>
      </w:r>
    </w:p>
    <w:p>
      <w:r>
        <w:t>Сторонник</w:t>
      </w:r>
    </w:p>
    <w:p>
      <w:r>
        <w:t>Лидер сторонника</w:t>
      </w:r>
    </w:p>
    <w:p>
      <w:r>
        <w:t>Аспиратный сторонник</w:t>
      </w:r>
    </w:p>
    <w:p>
      <w:r>
        <w:t>Лидер помощник</w:t>
      </w:r>
    </w:p>
    <w:p>
      <w:r>
        <w:t>✅language Spoorter</w:t>
      </w:r>
    </w:p>
    <w:p>
      <w:r>
        <w:t>Зарубежный помощник по управлению членами -членами</w:t>
      </w:r>
    </w:p>
    <w:p>
      <w:r>
        <w:t>✅crater</w:t>
      </w:r>
    </w:p>
    <w:p>
      <w:r>
        <w:t>Умный карманный создатель</w:t>
      </w:r>
    </w:p>
    <w:p>
      <w:r>
        <w:t>✅event Planner</w:t>
      </w:r>
    </w:p>
    <w:p>
      <w:r>
        <w:t>Планирование и эксплуатацию мероприятий</w:t>
      </w:r>
    </w:p>
    <w:p>
      <w:r>
        <w:t>✅Solutioner</w:t>
      </w:r>
    </w:p>
    <w:p>
      <w:r>
        <w:t>Управление базами данных, ручное создание блога, сотрудничество приложений и т. Д.</w:t>
      </w:r>
    </w:p>
    <w:p>
      <w:r>
        <w:t>Вы можете проверить рулон в комнате#✅role в умном карманном разногласии.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Представление рулонов сообщества умных карманных разногласий.</w:t>
      </w:r>
    </w:p>
    <w:p>
      <w:r>
        <w:t>В дополнение к общим членам и операционным командам, члены, которые активно участвуют в сообществе, имеют возможность получить специальную роль.</w:t>
      </w:r>
    </w:p>
    <w:p>
      <w:r>
        <w:t>Со временем в будущем могут быть добавлены новые действия и ролики NFT.</w:t>
      </w:r>
    </w:p>
    <w:p>
      <w:r>
        <w:t>Продолжение участия в проектной деятельности и приобретение этих бросков увеличит будущие льготы.</w:t>
      </w:r>
    </w:p>
    <w:p>
      <w:r>
        <w:t>Если вы заинтересованы в Smart Pocket, пожалуйста, следите за «Smapke Magazine».</w:t>
      </w:r>
    </w:p>
    <w:p>
      <w:r>
        <w:t>Официальная учетная запись x: https: //twitter.com/smapocket</w:t>
      </w:r>
    </w:p>
    <w:p>
      <w:r>
        <w:t>Официальный раздор: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