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Что такое nft? Легкое руководство, которое могут понять даже новички</w:t>
      </w:r>
    </w:p>
    <w:p>
      <w:r>
        <w:t>Привет, семья Япония Дао ☆</w:t>
      </w:r>
    </w:p>
    <w:p>
      <w:r>
        <w:t>На этот раз я хотел бы исследовать «NFT», который я часто слышу недавно, но я не очень хорошо с вами понимаю.</w:t>
      </w:r>
    </w:p>
    <w:p>
      <w:r>
        <w:t>Даже если вы никогда не трогали NFT, все в порядке.</w:t>
      </w:r>
    </w:p>
    <w:p>
      <w:r>
        <w:t>Если вы прочитаете эту статью, вы можете увидеть основы NFT!</w:t>
      </w:r>
    </w:p>
    <w:p>
      <w:r>
        <w:t>Кроме того, узнав об апелляции NFT, посмотрите на мир Японии Дао!</w:t>
      </w:r>
    </w:p>
    <w:p>
      <w:r>
        <w:t>https://note.com/japandaosolution/n/n68c1767971a9</w:t>
      </w:r>
    </w:p>
    <w:p>
      <w:r>
        <w:t>Что сокращено NFT?</w:t>
      </w:r>
    </w:p>
    <w:p>
      <w:r>
        <w:t>Прежде всего, основной основы! Nft является аббревиатурой для «неяшенного токена».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Простая история NFT</w:t>
      </w:r>
    </w:p>
    <w:p>
      <w:r>
        <w:t>Год 2014:</w:t>
      </w:r>
    </w:p>
    <w:p>
      <w:r>
        <w:t>Первый NFT "Quantum" родился</w:t>
      </w:r>
    </w:p>
    <w:p>
      <w:r>
        <w:t>2017:</w:t>
      </w:r>
    </w:p>
    <w:p>
      <w:r>
        <w:t>Cryptopunks, кажется, показывает потенциал NFT Art</w:t>
      </w:r>
    </w:p>
    <w:p>
      <w:r>
        <w:t>Cryptokitties попадали, и общая осведомленность о NFT увеличилась</w:t>
      </w:r>
    </w:p>
    <w:p>
      <w:r>
        <w:t>2021:</w:t>
      </w:r>
    </w:p>
    <w:p>
      <w:r>
        <w:t>Рынок NFT взрывооседает</w:t>
      </w:r>
    </w:p>
    <w:p>
      <w:r>
        <w:t>Работа Beeple была награждена примерно за 6,9 миллиарда иен, что делает его большой темой</w:t>
      </w:r>
    </w:p>
    <w:p>
      <w:r>
        <w:t>Сейчас:</w:t>
      </w:r>
    </w:p>
    <w:p>
      <w:r>
        <w:t>Используется в различных областях, таких как искусство, игры, музыка</w:t>
      </w:r>
    </w:p>
    <w:p>
      <w:r>
        <w:t>Новые возможности изучаются с эволюцией технологий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Функции NFT: единственные цифровые активы</w:t>
      </w:r>
    </w:p>
    <w:p>
      <w:r>
        <w:t>Самая большая особенность NFT заключается в том, что они «уникальны». Например, законопроект о 10 000 -то же самое, независимо от того, у кого он есть. Это называется «альтернатива».</w:t>
      </w:r>
    </w:p>
    <w:p>
      <w:r>
        <w:t>С другой стороны, NFT является особенным в мире. Вы можете «владеть» незаменимыми вещами, такими как фотографии ваших воспоминаний и ограниченные произведения ваших любимых художников в цифровом мире.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Технический фон NFT: сила блокчейна</w:t>
      </w:r>
    </w:p>
    <w:p>
      <w:r>
        <w:t>NFT основан на технологии блокчейна. Блокчейн - это технология, которая распределяет и сохраняет данные, что затрудняет фальсификацию.</w:t>
      </w:r>
    </w:p>
    <w:p>
      <w:r>
        <w:t>Эти характеристики гарантируют единственную природу и право собственности на NFT. Многие NFT создаются на блокчейне под названием Ethereum, но вы также можете создать NFT с другим блокчейном.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Использование NFT: искусство, игры и ...</w:t>
      </w:r>
    </w:p>
    <w:p>
      <w:r>
        <w:t>NFT используется в различных областях.</w:t>
      </w:r>
    </w:p>
    <w:p>
      <w:r>
        <w:t>например:</w:t>
      </w:r>
    </w:p>
    <w:p>
      <w:r>
        <w:t>Цифровое искусство: вы можете приобрести цифровые произведения известных художников как NFT.</w:t>
      </w:r>
    </w:p>
    <w:p>
      <w:r>
        <w:t>Игра: превращая предметы и персонажи в игре в NFT, вы действительно можете владеть ими.</w:t>
      </w:r>
    </w:p>
    <w:p>
      <w:r>
        <w:t>Музыка: выпущенные билеты в прямом эфире в виде NFT (TicketNft) и предоставил доступ к контенту только фанатам в NFT</w:t>
      </w:r>
    </w:p>
    <w:p>
      <w:r>
        <w:t>Коллекция: цифровые торговые карты и ограниченные предметы.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Значение NFT: почему стоит NFT?</w:t>
      </w:r>
    </w:p>
    <w:p>
      <w:r>
        <w:t>Значение NFT в основном поступает из следующих факторов:</w:t>
      </w:r>
    </w:p>
    <w:p>
      <w:r>
        <w:t>Редко: ценность быть "только" в цифровом мире</w:t>
      </w:r>
    </w:p>
    <w:p>
      <w:r>
        <w:t>Сертификация: доказательство владения блокчейном</w:t>
      </w:r>
    </w:p>
    <w:p>
      <w:r>
        <w:t>Сообщество: ценность сообщества, сформированного через NFT</w:t>
      </w:r>
    </w:p>
    <w:p>
      <w:r>
        <w:t>Утилита: особые права и функции, предоставленные держателям NFT</w:t>
      </w:r>
    </w:p>
    <w:p>
      <w:r>
        <w:t>Бренд: ценность бренда художников и компаний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заслуга: хорошо как для продавцов, так и для покупателей!</w:t>
      </w:r>
    </w:p>
    <w:p>
      <w:r>
        <w:t>NFT имеет преимущество как продавца, так и покупателя.</w:t>
      </w:r>
    </w:p>
    <w:p>
      <w:r>
        <w:t>Продавец:</w:t>
      </w:r>
    </w:p>
    <w:p>
      <w:r>
        <w:t>Вы можете напрямую определить ценность вашей работы</w:t>
      </w:r>
    </w:p>
    <w:p>
      <w:r>
        <w:t>Прибыль во вторичном распределении может быть получена</w:t>
      </w:r>
    </w:p>
    <w:p>
      <w:r>
        <w:t>Сторона покупателя:</w:t>
      </w:r>
    </w:p>
    <w:p>
      <w:r>
        <w:t>Гарантированно будет реальным</w:t>
      </w:r>
    </w:p>
    <w:p>
      <w:r>
        <w:t>Стать настоящим «владельцем» цифровых активов</w:t>
      </w:r>
    </w:p>
    <w:p>
      <w:r>
        <w:t>Как купить NFT: легко даже для начинающих!</w:t>
      </w:r>
    </w:p>
    <w:p>
      <w:r>
        <w:t>Покупка NFT проще, чем ожидалось. Основной поток такой:</w:t>
      </w:r>
    </w:p>
    <w:p>
      <w:r>
        <w:t>Подготовьте кошелек виртуальной валюты (рекомендуется Metamask)</w:t>
      </w:r>
    </w:p>
    <w:p>
      <w:r>
        <w:t>Покупать виртуальную валюту (часто используйте Ethereum)</w:t>
      </w:r>
    </w:p>
    <w:p>
      <w:r>
        <w:t>Найдите желаемый NFT на NFT Market Place (OpenSenea и т. Д.)</w:t>
      </w:r>
    </w:p>
    <w:p>
      <w:r>
        <w:t>Купить!</w:t>
      </w:r>
    </w:p>
    <w:p>
      <w:r>
        <w:t>Тем не менее, рекомендуется начать с небольшой суммы в первый раз.</w:t>
      </w:r>
    </w:p>
    <w:p>
      <w:r>
        <w:t>Примечание: у NFT также есть подводные камни</w:t>
      </w:r>
    </w:p>
    <w:p>
      <w:r>
        <w:t>У NFT есть много возможностей, но есть и точки, чтобы отметить:</w:t>
      </w:r>
    </w:p>
    <w:p>
      <w:r>
        <w:t>Колебания цен могут быть серьезными</w:t>
      </w:r>
    </w:p>
    <w:p>
      <w:r>
        <w:t>Вы должны быть осторожны с мошенничеством и фальшивой</w:t>
      </w:r>
    </w:p>
    <w:p>
      <w:r>
        <w:t>Некоторые люди обеспокоены влиянием на окружающую среду</w:t>
      </w:r>
    </w:p>
    <w:p>
      <w:r>
        <w:t>Понимая эти риски, важно веселиться и разумно с NFT.</w:t>
      </w:r>
    </w:p>
    <w:p>
      <w:r>
        <w:t>Будущие перспективы NFT: дальнейший потенциал</w:t>
      </w:r>
    </w:p>
    <w:p>
      <w:r>
        <w:t>Мир NFT развивается каждый день. Как и ожидалось в будущем:</w:t>
      </w:r>
    </w:p>
    <w:p>
      <w:r>
        <w:t>Сотрудничество между активами реального мира и NFT (например, NFT для прав на недвижимость)</w:t>
      </w:r>
    </w:p>
    <w:p>
      <w:r>
        <w:t>Расширение использования в метаверах</w:t>
      </w:r>
    </w:p>
    <w:p>
      <w:r>
        <w:t>Разработка более экологически чистых методов создания NFT</w:t>
      </w:r>
    </w:p>
    <w:p>
      <w:r>
        <w:t>Появление новых бизнес -моделей, использующих NFT</w:t>
      </w:r>
    </w:p>
    <w:p>
      <w:r>
        <w:t>Глоссарий: NFT -связанные основные термины</w:t>
      </w:r>
    </w:p>
    <w:p>
      <w:r>
        <w:t>Монетный двор: создавать и выдавать цифровые активы в качестве NFT на блокчейне</w:t>
      </w:r>
    </w:p>
    <w:p>
      <w:r>
        <w:t>Защита газа: плата за торговлю на блокчейне</w:t>
      </w:r>
    </w:p>
    <w:p>
      <w:r>
        <w:t>Кошелек: кошелек для хранения виртуальной валюты и NFT</w:t>
      </w:r>
    </w:p>
    <w:p>
      <w:r>
        <w:t>PFP (изображение профиля): NFT используется в качестве изображений профиля SNS</w:t>
      </w:r>
    </w:p>
    <w:p>
      <w:r>
        <w:t>SBT (Doul Bound токен): NFT, который не может быть передан или покупка и продажа</w:t>
      </w:r>
    </w:p>
    <w:p>
      <w:r>
        <w:t>краткое содержание</w:t>
      </w:r>
    </w:p>
    <w:p>
      <w:r>
        <w:t>NFT - это инновационная технология, которая приносит концепцию «единообразия» и «владения» в цифровом мире. Арт, музыка, игры ... используемые в различных областях для создания новых возможностей.</w:t>
      </w:r>
    </w:p>
    <w:p>
      <w:r>
        <w:t>Сначала это может показаться трудным, но если вы углубите свое понимание шаг за шагом, вы обязательно найдете новое веселье.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Формула Instagram: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