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«Shibukawa / Ikaho Digital Card Card Vol.1» будет продаваться 29 июня 2024 года!</w:t>
      </w:r>
    </w:p>
    <w:p>
      <w:r>
        <w:t>Привет, эта семья Япония Дао!</w:t>
      </w:r>
    </w:p>
    <w:p>
      <w:r>
        <w:t>На этот раз мы доставим для вас особые большие новости.</w:t>
      </w:r>
    </w:p>
    <w:p>
      <w:r>
        <w:t>Туристическая ассоциация Shibukawa Ikaho Onsen и The Concex Co., Ltd. примет участие в местном проекте, и мир будет передаваться в мир с привлекательностью Икахо Онсена, префектуры Ганмы.</w:t>
      </w:r>
    </w:p>
    <w:p>
      <w:r>
        <w:t>В рамках этого, «Shibukawa / Ikaho Digital Cardship» появится NFT! Япония Дао отвечает за этот дизайн персонажа NFT.</w:t>
      </w:r>
    </w:p>
    <w:p>
      <w:r>
        <w:t>Обзор</w:t>
      </w:r>
    </w:p>
    <w:p>
      <w:r>
        <w:t>«Shibukawa / Ikaho Digital Card Card Vol. 1» NFT может получать различные преимущества, такие как скидки на плату за купание для Ikaho Open -Air Bath, представляя в туристических объектах и ​​ресторанах Ikaho Onsen.</w:t>
      </w:r>
    </w:p>
    <w:p>
      <w:r>
        <w:t>Линейная платформа Next "Dosi" будет продана.</w:t>
      </w:r>
    </w:p>
    <w:p>
      <w:r>
        <w:drawing>
          <wp:inline xmlns:a="http://schemas.openxmlformats.org/drawingml/2006/main" xmlns:pic="http://schemas.openxmlformats.org/drawingml/2006/picture">
            <wp:extent cx="3657600" cy="190195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019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Кроме того, в дизайне персонажа используется три персонажа, появляющихся в популярном проекте Японии DAO "Kagura".</w:t>
      </w:r>
    </w:p>
    <w:p>
      <w:r>
        <w:t>Если вы хотите узнать больше о Кагуре или в первый раз, пожалуйста, посмотрите эту статью.</w:t>
      </w:r>
    </w:p>
    <w:p>
      <w:r>
        <w:t>https://note.com/japandaosolution/n/na2004b0b81ab</w:t>
      </w:r>
    </w:p>
    <w:p>
      <w:r>
        <w:t>https://note.com/japandaosolution/n/n14402a810a8e</w:t>
      </w:r>
    </w:p>
    <w:p>
      <w:r>
        <w:t>Фон сотрудничества с Ассоциацией туризма Икахо Онсен</w:t>
      </w:r>
    </w:p>
    <w:p>
      <w:r>
        <w:t>Икахо Онсен является одним из ведущих японских достопримечательностей с хорошим доступом в столичном районе Токио. Сибукава города продвигает достопримечательности цифровой трансформации (DX) и подходит для повышения достопримечательностей с использованием NFT.</w:t>
      </w:r>
    </w:p>
    <w:p>
      <w:r>
        <w:t>Япония Дао работает с туристической ассоциацией Икахо Онсен, чтобы оживить регион, чтобы максимизировать привлекательность региона.</w:t>
      </w:r>
    </w:p>
    <w:p>
      <w:r>
        <w:t>Нажмите здесь для официальной учетной записи Shibukawa Ikaho Onsen Tourism Association</w:t>
      </w:r>
    </w:p>
    <w:p>
      <w:r>
        <w:t>https://twitter.com/ikahoonnsenn</w:t>
      </w:r>
    </w:p>
    <w:p>
      <w:r>
        <w:drawing>
          <wp:inline xmlns:a="http://schemas.openxmlformats.org/drawingml/2006/main" xmlns:pic="http://schemas.openxmlformats.org/drawingml/2006/picture">
            <wp:extent cx="3657600" cy="250143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0143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О Shibukawa / Ikaho Digital Card Information Информация о продажах карт участников</w:t>
      </w:r>
    </w:p>
    <w:p>
      <w:r>
        <w:t>Начало продаж: суббота, 29 июня 2024 г. 12:00</w:t>
      </w:r>
    </w:p>
    <w:p>
      <w:r>
        <w:t>Конец продажи: 12:00 Понедельник, 30 сентября 2024 г.</w:t>
      </w:r>
    </w:p>
    <w:p>
      <w:r>
        <w:t>Цена: 12 долларов (около 1900 иен)</w:t>
      </w:r>
    </w:p>
    <w:p>
      <w:r>
        <w:t>Канал продаж: цифровая коммерция "Dosi"</w:t>
      </w:r>
    </w:p>
    <w:p>
      <w:r>
        <w:t>Продажи: 300 штук ограничены</w:t>
      </w:r>
    </w:p>
    <w:p>
      <w:r>
        <w:t>Дизайн: случайным образом продается из 3 типов шаблонов (одна точка с серийным номером)</w:t>
      </w:r>
    </w:p>
    <w:p>
      <w:r>
        <w:drawing>
          <wp:inline xmlns:a="http://schemas.openxmlformats.org/drawingml/2006/main" xmlns:pic="http://schemas.openxmlformats.org/drawingml/2006/picture">
            <wp:extent cx="3657600" cy="106851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685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Нажмите здесь для ссылки на странице покупки</w:t>
      </w:r>
    </w:p>
    <w:p>
      <w:r>
        <w:t>https://market.store.dosi.world/ja-JP/1st_sale/sales/40318/</w:t>
      </w:r>
    </w:p>
    <w:p>
      <w:r>
        <w:t>Партнерские объекты и льготы</w:t>
      </w:r>
    </w:p>
    <w:p>
      <w:r>
        <w:t>Представляя «Цифровую карту Shibukawa / Ikaho Digital», вы можете получать пособия на различных объектах в районе Икахо Онсен. Случаи включают плату за купание, скидки на скидки на вход, скидки и подарки в ресторанах.</w:t>
      </w:r>
    </w:p>
    <w:p>
      <w:r>
        <w:t>В аффилированные объекты включают Икахо Рёко, Мемориал Юмеджи Такехиса Икахо, музейная арка Хара, кафе, универсальный магазин и купальные помещения.</w:t>
      </w:r>
    </w:p>
    <w:p>
      <w:r>
        <w:t>Вы можете проверить детали преимуществ и список аффилированных объектов по ссылке ниже.</w:t>
      </w:r>
    </w:p>
    <w:p>
      <w:r>
        <w:t>https://www.google.com/maps/d/edit?mid=1LINMrLa6cHlL1hEaEbnnWYt5NvWhCQo&amp;usp=sharing</w:t>
      </w:r>
    </w:p>
    <w:p>
      <w:r>
        <w:t>* Преимущества могут быть изменены без уведомления.</w:t>
      </w:r>
    </w:p>
    <w:p>
      <w:r>
        <w:t>* Период использования пособий запланирован на 15 июля 2024 года по 31 декабря 2024 года.</w:t>
      </w:r>
    </w:p>
    <w:p>
      <w:r>
        <w:t>* Преимущества могут использоваться только один раз на объект в течение вышеуказанного периода. То же самое верно, если у вас есть несколько членских карт.</w:t>
      </w:r>
    </w:p>
    <w:p>
      <w:r>
        <w:t>Как использовать "Сертификат о цифровом членстве Shibukawa / Ikaho"</w:t>
      </w:r>
    </w:p>
    <w:p>
      <w:r>
        <w:t>Мы покупаем "Shibukawa / Ikaho Digital Cardsh Card" в Dosi.</w:t>
      </w:r>
    </w:p>
    <w:p>
      <w:r>
        <w:t>Прочитайте QR -код, установленный на аффилированном объекте на вашем смартфоне.</w:t>
      </w:r>
    </w:p>
    <w:p>
      <w:r>
        <w:t>Представьте экран смартфона персоналу объекта.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Вы можете легко получить льготы!</w:t>
      </w:r>
    </w:p>
    <w:p>
      <w:r>
        <w:t>Что такое доси?</w:t>
      </w:r>
    </w:p>
    <w:p>
      <w:r>
        <w:t>Dosi - это глобальный рынок, который может легко обменять ценные цифровые товары.</w:t>
      </w:r>
    </w:p>
    <w:p>
      <w:r>
        <w:t>Легко войти в систему с учетной записью линии или учетной записи SNS</w:t>
      </w:r>
    </w:p>
    <w:p>
      <w:r>
        <w:t>Вы можете приобрести товары, используя кредитную карту или линейную оплату</w:t>
      </w:r>
    </w:p>
    <w:p>
      <w:r>
        <w:t>Вы можете торговать не только в Японии, но и на глобальные бренды</w:t>
      </w:r>
    </w:p>
    <w:p>
      <w:r>
        <w:t>Как открыть аккаунт "Доси"</w:t>
      </w:r>
    </w:p>
    <w:p>
      <w:r>
        <w:t>https://dosi-jp.landpress.line.me/userguide_account</w:t>
      </w:r>
    </w:p>
    <w:p>
      <w:r>
        <w:t>Как купить NFT</w:t>
      </w:r>
    </w:p>
    <w:p>
      <w:r>
        <w:t>https://dosi-jp.landpress.line.me/userguide_purchase</w:t>
      </w:r>
    </w:p>
    <w:p>
      <w:r>
        <w:t>New development of Amakomi (manga)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«Ikaho Onsen Extra» будет выпущен в Амакоми в серии!</w:t>
      </w:r>
    </w:p>
    <w:p>
      <w:r>
        <w:t>«Amakomi» -это очень популярная серия из четырех фреймов в июне 2024 года и была сериализована до эпизода 26.</w:t>
      </w:r>
    </w:p>
    <w:p>
      <w:r>
        <w:t>В Ikaho Onsen Extra Edition, сцена, где вы можете насладиться городским городом и булочки с горячим источником осмотра достопримечательностей.</w:t>
      </w:r>
    </w:p>
    <w:p>
      <w:r>
        <w:t>Манга в сериализации можно прочитать бесплатно отсюда.</w:t>
      </w:r>
    </w:p>
    <w:p>
      <w:r>
        <w:t>https://amato-official.com/manga</w:t>
      </w:r>
    </w:p>
    <w:p>
      <w:r>
        <w:t>краткое содержание</w:t>
      </w:r>
    </w:p>
    <w:p>
      <w:r>
        <w:t>«Shibukawa / Ikaho Digital Member Vol. 1» NFT допускает не только преимущества в туристических объектах и ​​ресторанах, но также пользуется творческим дизайном Японии DAO.</w:t>
      </w:r>
    </w:p>
    <w:p>
      <w:r>
        <w:t>Продажи планируются начать 29 июня 2024 года, поэтому, пожалуйста, проверьте это.</w:t>
      </w:r>
    </w:p>
    <w:p>
      <w:r>
        <w:t>Если вы заинтересованы в Японии DAO, пожалуйста, следите за журналом «Япония Дао».</w:t>
      </w:r>
    </w:p>
    <w:p>
      <w:r>
        <w:t>Официальная учетная запись X: https: //twitter.com/japannftmuseum</w:t>
      </w:r>
    </w:p>
    <w:p>
      <w:r>
        <w:t>Официальный раздор: https://discord.com/invite/japandao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