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O que é a equipe de solução?</w:t>
      </w:r>
    </w:p>
    <w:p>
      <w:r>
        <w:t>Olá a todos na família Japan Dao ☆ Neste artigo, nós nos apresentaremos a "equipe de solução", que comemorou seu primeiro aniversário no outro dia.De volta às atividades da equipe e suas etapas. Digamos as experiências valiosas que você ganhou no Japão Dao, como divertido, aprendendo e fazendo amigos, e o esplendor de "Dao"! Para quem está vendo este artigo, prometemosPara apoiar atividades divertidas e confortáveis ​​do DAO com Discord, X (Twitter), etc. ♪</w:t>
      </w:r>
    </w:p>
    <w:p>
      <w:r>
        <w:drawing>
          <wp:inline xmlns:a="http://schemas.openxmlformats.org/drawingml/2006/main" xmlns:pic="http://schemas.openxmlformats.org/drawingml/2006/picture">
            <wp:extent cx="3657600" cy="200455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455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Design de Genius Daruman -San. "Eu criei um logotipo da seção da solução", "A lâmpada do logotipo é a sua imaginação", "A captura da comunidade é muito maravilhosa na lâmpada, então coloquei uma marca de voz. "Está em" S "da solução."</w:t>
      </w:r>
    </w:p>
    <w:p>
      <w:r>
        <w:t>Conteúdo de negócios básico</w:t>
      </w:r>
    </w:p>
    <w:p>
      <w:r>
        <w:t>Gerenciamento de banco de dados, criação manual, criação de blogs, cooperação de postagem de aplicativos, planejamento de eventos / suporte e suporte, implementação / agregação de questionários, criação do GPTS, Discord / X (Twitter), etc. etc. etc. etc.</w:t>
      </w:r>
    </w:p>
    <w:p>
      <w:r>
        <w:t>Você pode não estar muito familiarizado com seus ouvidos, mas a "solução" significa "solução ou resposta". Esta seção visa resolver problemas e problemas no Japão DAO de várias maneiras, como sistema, conhecer -como, conhecimento, recursos humanos etc., Analise, propor, coopere, aumente a conscientização e contribua para o gerenciamento suave do DAO.</w:t>
      </w:r>
    </w:p>
    <w:p>
      <w:r>
        <w:t>No Japão, o DAO, que continua a evoluir todos os dias, desempenha uma variedade de papéis de acordo com a ocorrência de questões e os objetivos que não têm como objetivo, e está trabalhando todos os dias para resolvê -lo e alcançar objetivos!</w:t>
      </w:r>
    </w:p>
    <w:p>
      <w:r>
        <w:t>Existem muitos papéis e cooperação com outros departamentos, e eles também entendem o status e as características de cada departamento e desempenham um papel em apoiá -los para que possam promover suavemente suas atividades.</w:t>
      </w:r>
    </w:p>
    <w:p>
      <w:r>
        <w:t>Introdução de membros</w:t>
      </w:r>
    </w:p>
    <w:p>
      <w:r>
        <w:t>Líder (diretor)</w:t>
      </w:r>
    </w:p>
    <w:p>
      <w:r>
        <w:t>Chuva (@rain_nft)</w:t>
      </w:r>
    </w:p>
    <w:p>
      <w:r>
        <w:drawing>
          <wp:inline xmlns:a="http://schemas.openxmlformats.org/drawingml/2006/main" xmlns:pic="http://schemas.openxmlformats.org/drawingml/2006/picture">
            <wp:extent cx="3657600" cy="3685467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8546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Torre de comando da equipe</w:t>
      </w:r>
    </w:p>
    <w:p>
      <w:r>
        <w:t>Ele está totalmente comprometido com a atividade da DAO desde a criação do Japão Dao, não apenas fazendo várias propostas que levam ao desenvolvimento de Dao com sua rica imaginação e ambicioso, mas também contribuindo para a produção de histórias de Amato. A atitude foi avaliada e foiselecionado como uma posição -chave chamada "Solutioner".</w:t>
      </w:r>
    </w:p>
    <w:p>
      <w:r>
        <w:t>Após o estabelecimento da equipe de solução, além do gerenciamento e operação do departamento, ele será responsável por uma ampla variedade de tarefas, incluindo cooperação e coordenação com outros departamentos, criando e gerenciando bancos de dados que fazem pleno uso de noção eplanejando um planejamento de eventos. Ele foi reconhecido por suas realizações e foi selecionado como membro da pouca "equipe de gerenciamento".</w:t>
      </w:r>
    </w:p>
    <w:p>
      <w:r>
        <w:t>O fundador Yuda -San é um campo de perspectiva caloroso e amigável, uma postura que é indispensável para ser boa, com pensamento flexível, o melhor, o julgamento e a proposta mais curtos da época. "O Solutionador" está sempre buscando a produtividadee trabalho de alta qualidade.</w:t>
      </w:r>
    </w:p>
    <w:p>
      <w:r>
        <w:t>O nome pai dos amigos niji "goti". Professor de anime e geeks de mangá. A própria pessoa é um "tremendo homem da chuva". É também a origem da "chuva".</w:t>
      </w:r>
    </w:p>
    <w:p>
      <w:r>
        <w:t>membro</w:t>
      </w:r>
    </w:p>
    <w:p>
      <w:r>
        <w:t>Tommy (@Tommynft9413)</w:t>
      </w:r>
    </w:p>
    <w:p>
      <w:r>
        <w:drawing>
          <wp:inline xmlns:a="http://schemas.openxmlformats.org/drawingml/2006/main" xmlns:pic="http://schemas.openxmlformats.org/drawingml/2006/picture">
            <wp:extent cx="3657600" cy="36576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Cérebro da equipe</w:t>
      </w:r>
    </w:p>
    <w:p>
      <w:r>
        <w:t>Ele eliminou várias tarefas de treinamento para ingressar na equipe de solução sem dificuldade e alcançou uma conquista brilhante, como criar um fluxo de diagnóstico de projeto e usar o Bot de Questionário de Notícias cedo após ingressar, e foi nomeado "Solutioner" a uma velocidade incomum.</w:t>
      </w:r>
    </w:p>
    <w:p>
      <w:r>
        <w:t>Usuários de várias ferramentas que usam a tecnologia mais recente não apenas são bons para análise e edição de dados, mas sempre são atualizados antes do horário, como criar blogs, criar NFT Works, usar chatgpt, usar ai e desenvolver GPTs.Ele acumulou um A.Muitas conquistas.</w:t>
      </w:r>
    </w:p>
    <w:p>
      <w:r>
        <w:t>Personalidade silenciosa e gentil. É um artesão não apenas ter conhecimentos e habilidades diligentes e abundantes, mas também trabalhar com um trabalho de alta qualidade e alta qualidade com concentração incrível.Desafios com um espírito auditivo.</w:t>
      </w:r>
    </w:p>
    <w:p>
      <w:r>
        <w:t>É também um titular (CNP, LLAC, APP), possui um profundo conhecimento sobre NFT e criptografia e tem alta alfabetização.</w:t>
      </w:r>
    </w:p>
    <w:p>
      <w:r>
        <w:t>Instrutor de acampamento 🏕️</w:t>
      </w:r>
    </w:p>
    <w:p>
      <w:r>
        <w:t>membro</w:t>
      </w:r>
    </w:p>
    <w:p>
      <w:r>
        <w:t>Tyaki (@gocyxjjBaxgkuy)</w:t>
      </w:r>
    </w:p>
    <w:p>
      <w:r>
        <w:drawing>
          <wp:inline xmlns:a="http://schemas.openxmlformats.org/drawingml/2006/main" xmlns:pic="http://schemas.openxmlformats.org/drawingml/2006/picture">
            <wp:extent cx="3657600" cy="3778512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7785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Representante / artigo de fã auto -proclamado</w:t>
      </w:r>
    </w:p>
    <w:p>
      <w:r>
        <w:t>O primeiro dao que eu pertencia foi Japandao, a primeira NFT que comprei foi um passe premium, a primeira compra secundária foi a Lantern, a primeira segunda venda foi Amato, pela primeira vez que Frimin foi Amato Music NFT e, pela primeira vez, Airdroé a NFT Life Special NFT Crypto Industry.Learn Todo o conhecimento de "Japão Dao". Manual responsável pela criação manual e criação de artigos. A crença é estar próximo da ansiedade e das dificuldades do iniciante em criptografia.</w:t>
      </w:r>
    </w:p>
    <w:p>
      <w:r>
        <w:t>Apesar de seu mau conhecimento e habilidades, ele trabalha com "Japan Dao Love" como uma arma. Ele ganhou uma ótima experiência com o apoio caloroso de dois excelentes soluções. "Representante de fã do Japão do Japão auto -proclamado".</w:t>
      </w:r>
    </w:p>
    <w:p>
      <w:r>
        <w:t>Um tio curado todos os dias por gatos.</w:t>
      </w:r>
    </w:p>
    <w:p>
      <w:r>
        <w:t>https://twitter.com/goxtyxjBaxtgkuy/status/ hyperlink "https://twitter.com/goxtyxjbaxtgkuy/status/166305076784093280"163050507678409999328093280"163050767640999932840932880"163050767674099932840932807</w:t>
      </w:r>
    </w:p>
    <w:p>
      <w:r>
        <w:t>Solution Team Walk</w:t>
      </w:r>
    </w:p>
    <w:p>
      <w:r>
        <w:drawing>
          <wp:inline xmlns:a="http://schemas.openxmlformats.org/drawingml/2006/main" xmlns:pic="http://schemas.openxmlformats.org/drawingml/2006/picture">
            <wp:extent cx="3657600" cy="2036867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686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2023 anos</w:t>
      </w:r>
    </w:p>
    <w:p>
      <w:r>
        <w:t>Em janeiro</w:t>
      </w:r>
    </w:p>
    <w:p>
      <w:r>
        <w:t>A nova posição "Solutioner" e "Solutioner Division"</w:t>
      </w:r>
    </w:p>
    <w:p>
      <w:r>
        <w:t>No. 1 "Rain" se tornou "Solutioner"</w:t>
      </w:r>
    </w:p>
    <w:p>
      <w:r>
        <w:t>No. 2 "Tyaki" se tornou "Solutioner"</w:t>
      </w:r>
    </w:p>
    <w:p>
      <w:r>
        <w:t>Instalou a caixa de opinião de todos e reuniu opiniões</w:t>
      </w:r>
    </w:p>
    <w:p>
      <w:r>
        <w:t>Design de aplicativos NFTLIFE do antecessor do SmartPocket</w:t>
      </w:r>
    </w:p>
    <w:p>
      <w:r>
        <w:t>Fevereiro a março</w:t>
      </w:r>
    </w:p>
    <w:p>
      <w:r>
        <w:t>Versão no exterior da caixa de opinião (formulário do Google) e colete opiniões</w:t>
      </w:r>
    </w:p>
    <w:p>
      <w:r>
        <w:t>Implementação generativa de eventos de recrutamento de planejamento de peças NFT</w:t>
      </w:r>
    </w:p>
    <w:p>
      <w:r>
        <w:t>abril</w:t>
      </w:r>
    </w:p>
    <w:p>
      <w:r>
        <w:t>NFT Life Poster Style Ilustração NFT Catch Copy Recruitment</w:t>
      </w:r>
    </w:p>
    <w:p>
      <w:r>
        <w:t>（Nowayform）</w:t>
      </w:r>
    </w:p>
    <w:p>
      <w:r>
        <w:t>Poderia</w:t>
      </w:r>
    </w:p>
    <w:p>
      <w:r>
        <w:t>NFT Life Airdropnft 1st Amato Recruitment</w:t>
      </w:r>
    </w:p>
    <w:p>
      <w:r>
        <w:t>Manutenção de perguntas frequentes (manual publicado com imagem), Manual do Manual Premint Manual (dia, inglês, meio)</w:t>
      </w:r>
    </w:p>
    <w:p>
      <w:r>
        <w:t>Registro da equipe de tela</w:t>
      </w:r>
    </w:p>
    <w:p>
      <w:r>
        <w:t>Criando um programa de treinamento</w:t>
      </w:r>
    </w:p>
    <w:p>
      <w:r>
        <w:t>"Tommy" é bem -vindo como estagiário de solução do Kol Team Amaterasu</w:t>
      </w:r>
    </w:p>
    <w:p>
      <w:r>
        <w:t>Criando uma coleção de termos</w:t>
      </w:r>
    </w:p>
    <w:p>
      <w:r>
        <w:t>NFT Life AirDropnft 2nd Niji Catch Phrase Recruitment</w:t>
      </w:r>
    </w:p>
    <w:p>
      <w:r>
        <w:t>A marca do logotipo "Solution Team" está concluída (Daruman -San Design)</w:t>
      </w:r>
    </w:p>
    <w:p>
      <w:r>
        <w:t>28 de maio "Solution Team" lançado oficialmente como o departamento oficial</w:t>
      </w:r>
    </w:p>
    <w:p>
      <w:r>
        <w:t>Criação de fluxo de diagnóstico do projeto</w:t>
      </w:r>
    </w:p>
    <w:p>
      <w:r>
        <w:t>Junho</w:t>
      </w:r>
    </w:p>
    <w:p>
      <w:r>
        <w:t>NFT Life Manual Creation, Lançamento (dia, inglês, meio)</w:t>
      </w:r>
    </w:p>
    <w:p>
      <w:r>
        <w:t>Como "Tommy" No. 3 "Solutioner"</w:t>
      </w:r>
    </w:p>
    <w:p>
      <w:r>
        <w:t>Pesquisa sobre NFT Life Publiced ​​News (Questionnaire Bot)</w:t>
      </w:r>
    </w:p>
    <w:p>
      <w:r>
        <w:t>A chuva é concedida um rolo de "equipe de gerenciamento"</w:t>
      </w:r>
    </w:p>
    <w:p>
      <w:r>
        <w:t>Suporte ao rádio do Japão Dao, planejamento de perguntas</w:t>
      </w:r>
    </w:p>
    <w:p>
      <w:r>
        <w:t>O Conselho do Coro realizado</w:t>
      </w:r>
    </w:p>
    <w:p>
      <w:r>
        <w:t>Julho</w:t>
      </w:r>
    </w:p>
    <w:p>
      <w:r>
        <w:t>N Kore Suporte local (Configuração, vendas de produtos, etc.)</w:t>
      </w:r>
    </w:p>
    <w:p>
      <w:r>
        <w:t>NFT Life publicou agregação de dados, confirmação, correção, criação de listas, iniciando o trabalho no aplicativo</w:t>
      </w:r>
    </w:p>
    <w:p>
      <w:r>
        <w:t>NFT não inseriu suporte ao planejamento de suporte para criadores</w:t>
      </w:r>
    </w:p>
    <w:p>
      <w:r>
        <w:t>Agosto</w:t>
      </w:r>
    </w:p>
    <w:p>
      <w:r>
        <w:t>Niji Friends Picture Book Manutenção</w:t>
      </w:r>
    </w:p>
    <w:p>
      <w:r>
        <w:t>Liberação de diagnóstico do projeto</w:t>
      </w:r>
    </w:p>
    <w:p>
      <w:r>
        <w:t>NFT Life Airdropnft 2nd Kagura Catch Phrase Recruitment</w:t>
      </w:r>
    </w:p>
    <w:p>
      <w:r>
        <w:t>Setembro</w:t>
      </w:r>
    </w:p>
    <w:p>
      <w:r>
        <w:t>Implementação do Niji Friends Nome Recruitment Planning</w:t>
      </w:r>
    </w:p>
    <w:p>
      <w:r>
        <w:t>Outubro</w:t>
      </w:r>
    </w:p>
    <w:p>
      <w:r>
        <w:t>Gerenciamento de banco de dados de armazenamento de material, verificação de material, economia</w:t>
      </w:r>
    </w:p>
    <w:p>
      <w:r>
        <w:t>Japandao todos os apoiadores de projetos</w:t>
      </w:r>
    </w:p>
    <w:p>
      <w:r>
        <w:t>novembro</w:t>
      </w:r>
    </w:p>
    <w:p>
      <w:r>
        <w:t>Criação manual de login do Google SMAPKE</w:t>
      </w:r>
    </w:p>
    <w:p>
      <w:r>
        <w:t>Curso de design realizado por daruman -sensei</w:t>
      </w:r>
    </w:p>
    <w:p>
      <w:r>
        <w:t>Smartphone Add Home Manual Creation</w:t>
      </w:r>
    </w:p>
    <w:p>
      <w:r>
        <w:t>Pesquisa ChatGPT Iniciar o diagnóstico do projeto 3 Compatível com o idioma Iniciado</w:t>
      </w:r>
    </w:p>
    <w:p>
      <w:r>
        <w:t>dezembro</w:t>
      </w:r>
    </w:p>
    <w:p>
      <w:r>
        <w:t>Todos os membros Chatgpt Plus Registration</w:t>
      </w:r>
    </w:p>
    <w:p>
      <w:r>
        <w:t>Proposta de situação de coleta de Pokemy (utilização do GPT)</w:t>
      </w:r>
    </w:p>
    <w:p>
      <w:r>
        <w:t>2024 anos</w:t>
      </w:r>
    </w:p>
    <w:p>
      <w:r>
        <w:t>Janeiro</w:t>
      </w:r>
    </w:p>
    <w:p>
      <w:r>
        <w:t>Open Solution Team Blog</w:t>
      </w:r>
    </w:p>
    <w:p>
      <w:r>
        <w:t>Crie Manual Smartqueoke (Blog e Discord)</w:t>
      </w:r>
    </w:p>
    <w:p>
      <w:r>
        <w:t>Nota Criação da conta (Japandao, Smapoke)</w:t>
      </w:r>
    </w:p>
    <w:p>
      <w:r>
        <w:t>Fevereiro</w:t>
      </w:r>
    </w:p>
    <w:p>
      <w:r>
        <w:t>Crie Smartphone Appli -Manual</w:t>
      </w:r>
    </w:p>
    <w:p>
      <w:r>
        <w:t>Premint Participation -Point Giving Manual Creation</w:t>
      </w:r>
    </w:p>
    <w:p>
      <w:r>
        <w:t>Todo o suporte ao idioma para o blog Japandao</w:t>
      </w:r>
    </w:p>
    <w:p>
      <w:r>
        <w:t>Criação e publicação de artigos de notas integradas para um artigo de notas manuais</w:t>
      </w:r>
    </w:p>
    <w:p>
      <w:r>
        <w:t>Marchar</w:t>
      </w:r>
    </w:p>
    <w:p>
      <w:r>
        <w:t>Criação de DB de eventos de oferta</w:t>
      </w:r>
    </w:p>
    <w:p>
      <w:r>
        <w:t>Trabalhando no espaço de apoiadores no exterior</w:t>
      </w:r>
    </w:p>
    <w:p>
      <w:r>
        <w:t>abril</w:t>
      </w:r>
    </w:p>
    <w:p>
      <w:r>
        <w:t>Operação do fórum de publicação de artigos iniciada</w:t>
      </w:r>
    </w:p>
    <w:p>
      <w:r>
        <w:t>NOTA ANÁLISE DA ANÁLISE DA CRANÇO CRIAÇÃO NOTA ANÁLISE DE ACESS</w:t>
      </w:r>
    </w:p>
    <w:p>
      <w:r>
        <w:t>Poderia</w:t>
      </w:r>
    </w:p>
    <w:p>
      <w:r>
        <w:t>Comece a fornecer GPTs para outros departamentos</w:t>
      </w:r>
    </w:p>
    <w:p>
      <w:r>
        <w:t>Mesmo agora, estamos trabalhando em conjunto com três pessoas com base no gerenciamento preciso de tarefas do líder, e estamos realizando várias tarefas todos os dias. Enquanto valoriza a prioridade um do outro, como casa, negócios principais e hobbies, estamos ativos enquantoAproveitando -nos, utilizando as especialidades um do outro. É a melhor equipe que ama o Japão Dao com amigos !!</w:t>
      </w:r>
    </w:p>
    <w:p>
      <w:r>
        <w:t>resumo</w:t>
      </w:r>
    </w:p>
    <w:p>
      <w:r>
        <w:t>Parece há muito tempo há um ano. Estou realmente surpreso com a tremenda evolução deste mundo, ou o Japão Dao.Japan Dao é fascinado pelo Japão Dao e está conectado através do Dao, construindo um relacionamento de confiança em atividades destinadas a desenvolverDao, colaborando em equipe, e agora é um amigo importante que não tem substituição.</w:t>
      </w:r>
    </w:p>
    <w:p>
      <w:r>
        <w:t>Este mundo ainda é como um sonho. Uma vida extraordinária longe da vida cotidiana real, como o lar e os negócios principais.Aparência.</w:t>
      </w:r>
    </w:p>
    <w:p>
      <w:r>
        <w:t>Por favor, não hesite em dizer nada se pudermos ajudá -lo. Temos a melhor experiência juntos!</w:t>
      </w:r>
    </w:p>
    <w:p>
      <w:r>
        <w:t>Japão Dao é o melhor !!</w:t>
      </w:r>
    </w:p>
    <w:p>
      <w:r>
        <w:t>O financiador Yuda -San e o fundador Daruman, que criaram e derivaram este mundo maravilhoso. Os criadores do departamento editorial, incluindo o orgulho japonês do Japão, o orgulho do Japão, a capacidade da cachoeira.Separados por qualquer pessoa.</w:t>
      </w:r>
    </w:p>
    <w:p>
      <w:r>
        <w:t>Se você estiver interessado no Japão DAO, siga a conta Official X com a "Japan Dao Magazine".</w:t>
      </w:r>
    </w:p>
    <w:p>
      <w:r>
        <w:t>Conta x oficial:</w:t>
      </w:r>
    </w:p>
    <w:p>
      <w:r>
        <w:t>Japandao https://tweter.com/japandaojp</w:t>
      </w:r>
    </w:p>
    <w:p>
      <w:r>
        <w:t>Smart Pocket https://x.com/smapocke</w:t>
      </w:r>
    </w:p>
    <w:p>
      <w:r>
        <w:t>Discórdia oficial:</w:t>
      </w:r>
    </w:p>
    <w:p>
      <w:r>
        <w:t>Japandao https://discord.com/invite/invite/invite/japandoo</w:t>
      </w:r>
    </w:p>
    <w:p>
      <w:r>
        <w:t>Smart Pocket https://discord.com/invite/smartpocket</w:t>
      </w:r>
    </w:p>
    <w:p>
      <w:r>
        <w:t>公式 Linha https://page.line.me/ hyperlink "https://page.line.me/126bsagr?oat_content=url&amp;openqrmodal=true"126 hyperlink" https://page.line.me/126bsagradlink "= true "bsagr? OAT_CONTENT = URL Hyperlink" https://page.line.me/126bsagr?aat_content=url&amp;openqrmodal=true"&amp; hyperlink "https://page.linesu/126bsagratarminlink"= verdadeiro</w:t>
      </w:r>
    </w:p>
    <w:p>
      <w:r>
        <w:br/>
        <w:t xml:space="preserve">      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