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Guia de aquisição da Comunidade de Pocket Smart Pocket (ROLL)! Vamos apontar para a Supernova !!</w:t>
      </w:r>
    </w:p>
    <w:p>
      <w:r>
        <w:t>Olá a todos, no artigo anterior, introduzimos as atividades "Perguntas e respostas" e "Rumble" da comunidade Smart Pocket Discord.Você leu mais?</w:t>
      </w:r>
    </w:p>
    <w:p>
      <w:r>
        <w:t>No evento de atividade comunitária, o vencedor não apenas ganha prêmios, mas também pode obter um rolo como prova.</w:t>
      </w:r>
    </w:p>
    <w:p>
      <w:r>
        <w:t>Em seguida, apresentarei que tipo de rola para atividades comunitárias, que condições podem ser obtidas e benefícios subsequentes.</w:t>
      </w:r>
    </w:p>
    <w:p>
      <w:r>
        <w:t>No inicio</w:t>
      </w:r>
    </w:p>
    <w:p>
      <w:r>
        <w:t>A comunidade Smart Pocket foi criada em setembro de 2023.</w:t>
      </w:r>
    </w:p>
    <w:p>
      <w:r>
        <w:t>No momento do lançamento do Smapoke, eu me registrei na Premint e ganhei pontos no método Airdrop. Depois de que a atualização ganhou pontos participando do evento, facilitando a operação.</w:t>
      </w:r>
    </w:p>
    <w:p>
      <w:r>
        <w:t>No início de 2024, novas atividades e funções foram adicionadas para tornar a comunidade mais ativa.Mas em maio de 2024, foi anunciada uma nova norma de rolagem e os membros que alcançaram as condições anteriores foram capazes de re -acumular rolos dedicados novamente.</w:t>
      </w:r>
    </w:p>
    <w:p>
      <w:r>
        <w:t>O que é um rolo?</w:t>
      </w:r>
    </w:p>
    <w:p>
      <w:r>
        <w:t>A Discord possui uma variedade de funções "rolos", que fornecem acesso e funções especiais em canais específicos.</w:t>
      </w:r>
    </w:p>
    <w:p>
      <w:r>
        <w:t>A comunidade Smart Pocket possui um mecanismo que permite adquirir rolos especiais participando ativamente de atividades.</w:t>
      </w:r>
    </w:p>
    <w:p>
      <w:r>
        <w:t>Ao utilizar a função de função da discórdia, você pode promover atividades ativas enquanto fornece incentivos para os membros da comunidade.</w:t>
      </w:r>
    </w:p>
    <w:p>
      <w:r>
        <w:t>Introdução ao rolo</w:t>
      </w:r>
    </w:p>
    <w:p>
      <w:r>
        <w:t>Membro da contribuição</w:t>
      </w:r>
    </w:p>
    <w:p>
      <w:r>
        <w:t>Apresentando um papel que pode ser obtido contribuindo para a atividade da comunidade Discord.</w:t>
      </w:r>
    </w:p>
    <w:p>
      <w:r>
        <w:t>① ✅TWinkle Star🌟</w:t>
      </w:r>
    </w:p>
    <w:p>
      <w:r>
        <w:t>Prova de que atingiu o nível 10 ativamente na sala de bate -papo da comunidade Discord de bolso inteligente</w:t>
      </w:r>
    </w:p>
    <w:p>
      <w:r>
        <w:t>(Adquira 1000 pontos e Twinkle Star🌟 Ao atingir o objetivo de alcançar o nível 10)</w:t>
      </w:r>
    </w:p>
    <w:p>
      <w:r>
        <w:drawing>
          <wp:inline xmlns:a="http://schemas.openxmlformats.org/drawingml/2006/main" xmlns:pic="http://schemas.openxmlformats.org/drawingml/2006/picture">
            <wp:extent cx="3657600" cy="20562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6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Alguns são papéis que exigem a agressiva e a paciência da interação da comunidade e podem ser obtidos com relativa facilidade.canal.</w:t>
      </w:r>
    </w:p>
    <w:p>
      <w:r>
        <w:drawing>
          <wp:inline xmlns:a="http://schemas.openxmlformats.org/drawingml/2006/main" xmlns:pic="http://schemas.openxmlformats.org/drawingml/2006/picture">
            <wp:extent cx="3657600" cy="22565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565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Portanto, é uma maneira de trocar mensagens na comunidade, não apenas as salas de bate -papo em cada idioma, mas também em atividades de ronco e excitá -las.</w:t>
      </w:r>
    </w:p>
    <w:p>
      <w:r>
        <w:t>* 1: Depois de atingir a meta, envie a carteira no canal -10 de 10 pontos.</w:t>
      </w:r>
    </w:p>
    <w:p>
      <w:r>
        <w:t>* 2: Por favor, cumpra as normas da comunidade e faça comentários moderados. É proibido dizer: "Equificação, publicidade, fraude, mensagens sem sentido, violações de regras e a atmosfera da comunidade" é proibida.</w:t>
      </w:r>
    </w:p>
    <w:p>
      <w:r>
        <w:t>② ✅ Intelligence Star🌟</w:t>
      </w:r>
    </w:p>
    <w:p>
      <w:r>
        <w:t>Prova de que você será dado às perguntas e perguntas e respostas corretamente às perguntas e respostas e será selecionado como o vencedor</w:t>
      </w:r>
    </w:p>
    <w:p>
      <w:r>
        <w:t>(O vencedor vence o prêmio 10USDT e a estrela da inteligência🌟)</w:t>
      </w:r>
    </w:p>
    <w:p>
      <w:r>
        <w:t>⇨ 📖 📖 🗓 🗓 🗓 🗓 🗓 🗓 🗓 🗓 🗓 🗓 🗓 🗓</w:t>
      </w:r>
    </w:p>
    <w:p>
      <w:r>
        <w:t>Data: toda sexta -feira</w:t>
      </w:r>
    </w:p>
    <w:p>
      <w:r>
        <w:t>00 Hora: 23: 00 (JST)</w:t>
      </w:r>
    </w:p>
    <w:p>
      <w:r>
        <w:drawing>
          <wp:inline xmlns:a="http://schemas.openxmlformats.org/drawingml/2006/main" xmlns:pic="http://schemas.openxmlformats.org/drawingml/2006/picture">
            <wp:extent cx="3657600" cy="205515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51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Isso requer um nível que possa ser investigado ao longo do tempo e pode responder durante as atividades.</w:t>
      </w:r>
    </w:p>
    <w:p>
      <w:r>
        <w:t>Portanto, a dificuldade de adquirir uma função também depende da situação de cada pessoa e da atividade.</w:t>
      </w:r>
    </w:p>
    <w:p>
      <w:r>
        <w:t>Geralmente, um artigo sobre o intervalo de perguntas será publicado no dia anterior ao evento. Se você responder corretamente e ser selecionado como o vencedor, você receberá prêmios e rolos.</w:t>
      </w:r>
    </w:p>
    <w:p>
      <w:r>
        <w:t>Veja o seguinte para obter detalhes sobre atividades de perguntas e respostas.</w:t>
      </w:r>
    </w:p>
    <w:p>
      <w:r>
        <w:t>https://note.com/japandaosolution/n/nf78c58c19093</w:t>
      </w:r>
    </w:p>
    <w:p>
      <w:r>
        <w:t>③ ✅ Battle Star🌟</w:t>
      </w:r>
    </w:p>
    <w:p>
      <w:r>
        <w:t>Prova de que você será concedido ao vencedor do Rumble</w:t>
      </w:r>
    </w:p>
    <w:p>
      <w:r>
        <w:t>(O vencedor ganhou 500 pontos ou prêmios como 10 USDT e Battle Star🌟)</w:t>
      </w:r>
    </w:p>
    <w:p>
      <w:r>
        <w:t>⇨ ⚔ 🗓 🗓 🗓 🗓 🗓 🗓 🗓 🗓 🗓 🗓 🗓 🗓</w:t>
      </w:r>
    </w:p>
    <w:p>
      <w:r>
        <w:t>Data: Todo sábado, domingo</w:t>
      </w:r>
    </w:p>
    <w:p>
      <w:r>
        <w:t>00 Hora: 23: 00 (JST)</w:t>
      </w:r>
    </w:p>
    <w:p>
      <w:r>
        <w:drawing>
          <wp:inline xmlns:a="http://schemas.openxmlformats.org/drawingml/2006/main" xmlns:pic="http://schemas.openxmlformats.org/drawingml/2006/picture">
            <wp:extent cx="3657600" cy="205854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5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 partida durante a atividade é realizada automaticamente pelo sistema, e a chance de se tornar um vencedor tem sorte como uma loteria, então a dificuldade de adquirir rolos é a mais alta em três atividades e rolos muito raros.Participe muitas vezes e fique animado.</w:t>
      </w:r>
    </w:p>
    <w:p>
      <w:r>
        <w:t>Veja o seguinte para os detalhes do Rumble.</w:t>
      </w:r>
    </w:p>
    <w:p>
      <w:r>
        <w:t>https://note.com/japandaosolution/n/nc2d3ae603c8b</w:t>
      </w:r>
    </w:p>
    <w:p>
      <w:r>
        <w:t>④ ✅Supernova🌟</w:t>
      </w:r>
    </w:p>
    <w:p>
      <w:r>
        <w:t>Se você tiver todos os papéis abaixo da conquista dos três coroas, a Supernova 🌟 será concedida como um papel honorário.</w:t>
      </w:r>
    </w:p>
    <w:p>
      <w:r>
        <w:t>Twinkle Star🌟</w:t>
      </w:r>
    </w:p>
    <w:p>
      <w:r>
        <w:t>Estrela de inteligência🌟</w:t>
      </w:r>
    </w:p>
    <w:p>
      <w:r>
        <w:t>Estrela de batalha🌟</w:t>
      </w:r>
    </w:p>
    <w:p>
      <w:r>
        <w:drawing>
          <wp:inline xmlns:a="http://schemas.openxmlformats.org/drawingml/2006/main" xmlns:pic="http://schemas.openxmlformats.org/drawingml/2006/picture">
            <wp:extent cx="3657600" cy="318826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882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É um rolo muito raro, com apenas sete pessoas nos primeiros dias.</w:t>
      </w:r>
    </w:p>
    <w:p>
      <w:r>
        <w:t>Normalmente, quanto mais difícil, raro e menos membros, mais lucros e benefícios você puder aproveitar.</w:t>
      </w:r>
    </w:p>
    <w:p>
      <w:r>
        <w:t>* Aproximadamente 1 em 3.000 pessoas ganhou esse rolo enquanto o número de comunidades excede 21.000 (em junho de 2024).</w:t>
      </w:r>
    </w:p>
    <w:p>
      <w:r>
        <w:t>Membro geral</w:t>
      </w:r>
    </w:p>
    <w:p>
      <w:r>
        <w:t>Em seguida, apresentarei uma função que os membros gerais possam adquirir.</w:t>
      </w:r>
    </w:p>
    <w:p>
      <w:r>
        <w:t>✅Verify</w:t>
      </w:r>
    </w:p>
    <w:p>
      <w:r>
        <w:t>A função da comunidade será aberta após a conclusão da autenticação</w:t>
      </w:r>
    </w:p>
    <w:p>
      <w:r>
        <w:t>✅ e</w:t>
      </w:r>
    </w:p>
    <w:p>
      <w:r>
        <w:t>Prova dos primeiros participantes. O canal de aquisição OG foi fechado em 15 de novembro de 2023, para que os membros subsequentes da comunidade não possam obter o OG.</w:t>
      </w:r>
    </w:p>
    <w:p>
      <w:r>
        <w:t>✅sp Família</w:t>
      </w:r>
    </w:p>
    <w:p>
      <w:r>
        <w:t>Prova de que você ama esta comunidade</w:t>
      </w:r>
    </w:p>
    <w:p>
      <w:r>
        <w:t>✅Server Booster</w:t>
      </w:r>
    </w:p>
    <w:p>
      <w:r>
        <w:t>Melhoramento do servidor.</w:t>
      </w:r>
    </w:p>
    <w:p>
      <w:r>
        <w:t>Membro da administração</w:t>
      </w:r>
    </w:p>
    <w:p>
      <w:r>
        <w:t>Apresentando o papel da equipe de gerenciamento da comunidade.</w:t>
      </w:r>
    </w:p>
    <w:p>
      <w:r>
        <w:t>✅admin</w:t>
      </w:r>
    </w:p>
    <w:p>
      <w:r>
        <w:t>Fundador de bolso inteligente</w:t>
      </w:r>
    </w:p>
    <w:p>
      <w:r>
        <w:t>✅agent</w:t>
      </w:r>
    </w:p>
    <w:p>
      <w:r>
        <w:t>Smart Pocket No.2 Fundador Assistente</w:t>
      </w:r>
    </w:p>
    <w:p>
      <w:r>
        <w:t>✅Support</w:t>
      </w:r>
    </w:p>
    <w:p>
      <w:r>
        <w:t>Assistente do Japão Central Membro</w:t>
      </w:r>
    </w:p>
    <w:p>
      <w:r>
        <w:t>✅Eded apoiador</w:t>
      </w:r>
    </w:p>
    <w:p>
      <w:r>
        <w:t>Líder de apoiadores</w:t>
      </w:r>
    </w:p>
    <w:p>
      <w:r>
        <w:t>✅ ✅hed-Assistante Apoiador</w:t>
      </w:r>
    </w:p>
    <w:p>
      <w:r>
        <w:t>Assistente de líder</w:t>
      </w:r>
    </w:p>
    <w:p>
      <w:r>
        <w:t>Apoiador de Language</w:t>
      </w:r>
    </w:p>
    <w:p>
      <w:r>
        <w:t>Assistente de Gerenciamento de Membros Core no exterior</w:t>
      </w:r>
    </w:p>
    <w:p>
      <w:r>
        <w:t>✅Creater</w:t>
      </w:r>
    </w:p>
    <w:p>
      <w:r>
        <w:t>Criador de bolso inteligente</w:t>
      </w:r>
    </w:p>
    <w:p>
      <w:r>
        <w:t>✅Event Planner</w:t>
      </w:r>
    </w:p>
    <w:p>
      <w:r>
        <w:t>Planejamento e operação de eventos</w:t>
      </w:r>
    </w:p>
    <w:p>
      <w:r>
        <w:t>Solutioner</w:t>
      </w:r>
    </w:p>
    <w:p>
      <w:r>
        <w:t>Gerenciamento de banco de dados, criação manual de blog, cooperação de aplicativos, etc.</w:t>
      </w:r>
    </w:p>
    <w:p>
      <w:r>
        <w:t>Você pode verificar o rolo na sala de role#✅ ✅ ✅ ✅ ✅ ✅ ✅ ✅ ✅ ✅ ✅ ✅ ✅ ✅ ✅ role na smart Pocket Discord.</w:t>
      </w:r>
    </w:p>
    <w:p>
      <w:r>
        <w:drawing>
          <wp:inline xmlns:a="http://schemas.openxmlformats.org/drawingml/2006/main" xmlns:pic="http://schemas.openxmlformats.org/drawingml/2006/picture">
            <wp:extent cx="3657600" cy="249500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950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resumo</w:t>
      </w:r>
    </w:p>
    <w:p>
      <w:r>
        <w:t>Apresentando os rolos da comunidade inteligente de Discord.</w:t>
      </w:r>
    </w:p>
    <w:p>
      <w:r>
        <w:t>Além de membros gerais e equipes operacionais, os membros que participam ativamente da comunidade têm a chance de ter um papel dedicado.</w:t>
      </w:r>
    </w:p>
    <w:p>
      <w:r>
        <w:t>Com o passar do tempo, novas atividades e rolos de NFT podem ser adicionados no futuro.</w:t>
      </w:r>
    </w:p>
    <w:p>
      <w:r>
        <w:t>Continuar a participar das atividades do projeto e a aquisição desses rolos aumentará os benefícios futuros.</w:t>
      </w:r>
    </w:p>
    <w:p>
      <w:r>
        <w:t>Se você estiver interessado no Smart Pocket, siga e esquie para a "revista Smapke".</w:t>
      </w:r>
    </w:p>
    <w:p>
      <w:r>
        <w:t>Conta X Oficial: https: //twitter.com/smapocket</w:t>
      </w:r>
    </w:p>
    <w:p>
      <w:r>
        <w:t>Discord oficial: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