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que é NFT? Easy Guide que até os iniciantes podem entender</w:t>
      </w:r>
    </w:p>
    <w:p>
      <w:r>
        <w:t>Olá, a família Japan Dao ☆</w:t>
      </w:r>
    </w:p>
    <w:p>
      <w:r>
        <w:t>Desta vez, gostaria de explorar "NFT" que muitas vezes ouço recentemente, mas não entendo bem com você.</w:t>
      </w:r>
    </w:p>
    <w:p>
      <w:r>
        <w:t>Mesmo se você nunca tocou na NFT, está tudo bem.</w:t>
      </w:r>
    </w:p>
    <w:p>
      <w:r>
        <w:t>Se você ler este artigo, poderá ver o básico da NFT!</w:t>
      </w:r>
    </w:p>
    <w:p>
      <w:r>
        <w:t>Além disso, depois de conhecer o apelo da NFT, dê uma olhada no mundo do Japão Dao!</w:t>
      </w:r>
    </w:p>
    <w:p>
      <w:r>
        <w:t>https://note.com/japandaosolution/n/n68c1767971a9</w:t>
      </w:r>
    </w:p>
    <w:p>
      <w:r>
        <w:t>O que a NFT é abreviada?</w:t>
      </w:r>
    </w:p>
    <w:p>
      <w:r>
        <w:t>Primeiro de tudo, o básico do básico! NFT é uma abreviação de "token não fungível". Em japonês, é um "token uniforme". Parece um pouco difícil. Mas não se preocupe.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História simples da NFT</w:t>
      </w:r>
    </w:p>
    <w:p>
      <w:r>
        <w:t>Ano de 2014:</w:t>
      </w:r>
    </w:p>
    <w:p>
      <w:r>
        <w:t>O primeiro "Quantum" da NFT nasce</w:t>
      </w:r>
    </w:p>
    <w:p>
      <w:r>
        <w:t>2017:</w:t>
      </w:r>
    </w:p>
    <w:p>
      <w:r>
        <w:t>Cryptopunks parece mostrar o potencial da arte da NFT</w:t>
      </w:r>
    </w:p>
    <w:p>
      <w:r>
        <w:t>CryptoKitties hits, e a consciência geral da NFT aumentou</w:t>
      </w:r>
    </w:p>
    <w:p>
      <w:r>
        <w:t>2021:</w:t>
      </w:r>
    </w:p>
    <w:p>
      <w:r>
        <w:t>NFT Market cresce explosivamente</w:t>
      </w:r>
    </w:p>
    <w:p>
      <w:r>
        <w:t>O trabalho de Beeple foi concedido por cerca de 6,9 ​​bilhões de ienes, tornando -o um grande tópico</w:t>
      </w:r>
    </w:p>
    <w:p>
      <w:r>
        <w:t>Agora:</w:t>
      </w:r>
    </w:p>
    <w:p>
      <w:r>
        <w:t>Usado em vários campos, como arte, jogos, música</w:t>
      </w:r>
    </w:p>
    <w:p>
      <w:r>
        <w:t>Novas possibilidades estão explorando com a evolução da tecnologia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Recursos da NFT: um e apenas ativos digitais</w:t>
      </w:r>
    </w:p>
    <w:p>
      <w:r>
        <w:t>A maior característica da NFT é que eles são "únicos". Por exemplo, a conta de 10.000 anos é a mesma, independentemente de quem a possui. Isso é chamado de "alternativa".</w:t>
      </w:r>
    </w:p>
    <w:p>
      <w:r>
        <w:t>Por outro lado, a NFT é especial no mundo. Você pode "possuir" coisas insubstituíveis, como fotos de suas memórias e obras de arte limitadas de seus artistas favoritos no mundo digital.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Antecedentes técnicos da NFT: Poder da blockchain</w:t>
      </w:r>
    </w:p>
    <w:p>
      <w:r>
        <w:t>A NFT é baseada na tecnologia blockchain. O blockchain é uma tecnologia que distribui e preserva os dados, tornando extremamente difícil falsificar.</w:t>
      </w:r>
    </w:p>
    <w:p>
      <w:r>
        <w:t>Essas características garantem que a única natureza e propriedade das NFTs.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Utilização da NFT: arte, jogos e ...</w:t>
      </w:r>
    </w:p>
    <w:p>
      <w:r>
        <w:t>A NFT é usada em vários campos.</w:t>
      </w:r>
    </w:p>
    <w:p>
      <w:r>
        <w:t>por exemplo:</w:t>
      </w:r>
    </w:p>
    <w:p>
      <w:r>
        <w:t>Arte digital: você pode comprar obras digitais de artistas famosos como NFT.</w:t>
      </w:r>
    </w:p>
    <w:p>
      <w:r>
        <w:t>Jogo: Ao fazer itens e personagens no jogo na NFT, você pode realmente possuí -los.</w:t>
      </w:r>
    </w:p>
    <w:p>
      <w:r>
        <w:t>Música: ingressos ao vivo emitidos como NFT (Ticketnft) e forneciam acesso a fãs -apenas conteúdo na NFT</w:t>
      </w:r>
    </w:p>
    <w:p>
      <w:r>
        <w:t>Colecionável: cartões de negociação digital e itens limitados.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Valor da NFT: Por que a NFT vale?</w:t>
      </w:r>
    </w:p>
    <w:p>
      <w:r>
        <w:t>O valor da NFT vem principalmente dos seguintes fatores:</w:t>
      </w:r>
    </w:p>
    <w:p>
      <w:r>
        <w:t>Raro: o valor de ser "apenas" no mundo digital</w:t>
      </w:r>
    </w:p>
    <w:p>
      <w:r>
        <w:t>Certificação: Prova de propriedade por blockchain</w:t>
      </w:r>
    </w:p>
    <w:p>
      <w:r>
        <w:t>Comunidade: o valor da comunidade formada através da NFT</w:t>
      </w:r>
    </w:p>
    <w:p>
      <w:r>
        <w:t>Utilidade: Direitos e Funções Especiais dadas aos titulares da NFT</w:t>
      </w:r>
    </w:p>
    <w:p>
      <w:r>
        <w:t>Marca: Valor da marca de artistas e empresas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Mérito da NFT: Bom para vendedores e compradores!</w:t>
      </w:r>
    </w:p>
    <w:p>
      <w:r>
        <w:t>A NFT tem a vantagem do vendedor e do comprador.</w:t>
      </w:r>
    </w:p>
    <w:p>
      <w:r>
        <w:t>Seller:</w:t>
      </w:r>
    </w:p>
    <w:p>
      <w:r>
        <w:t>Você pode determinar diretamente o valor do seu trabalho</w:t>
      </w:r>
    </w:p>
    <w:p>
      <w:r>
        <w:t>Lucro na distribuição secundária pode ser obtido</w:t>
      </w:r>
    </w:p>
    <w:p>
      <w:r>
        <w:t>Lado do comprador:</w:t>
      </w:r>
    </w:p>
    <w:p>
      <w:r>
        <w:t>Garantido para ser real</w:t>
      </w:r>
    </w:p>
    <w:p>
      <w:r>
        <w:t>Torne -se um verdadeiro "proprietário" de ativos digitais</w:t>
      </w:r>
    </w:p>
    <w:p>
      <w:r>
        <w:t>Como comprar NFT: Fácil mesmo para iniciantes!</w:t>
      </w:r>
    </w:p>
    <w:p>
      <w:r>
        <w:t>A compra de NFT é mais fácil do que o esperado. O fluxo básico é assim:</w:t>
      </w:r>
    </w:p>
    <w:p>
      <w:r>
        <w:t>Prepare uma carteira de moeda virtual (recomendada pela Metamask)</w:t>
      </w:r>
    </w:p>
    <w:p>
      <w:r>
        <w:t>Compre moeda virtual (geralmente usa o Ethereum)</w:t>
      </w:r>
    </w:p>
    <w:p>
      <w:r>
        <w:t>Encontre a NFT que você deseja no mercado da NFT (OpenSea, etc.)</w:t>
      </w:r>
    </w:p>
    <w:p>
      <w:r>
        <w:t>Comprar!</w:t>
      </w:r>
    </w:p>
    <w:p>
      <w:r>
        <w:t>No entanto, é recomendável que você comece com uma pequena quantidade pela primeira vez.</w:t>
      </w:r>
    </w:p>
    <w:p>
      <w:r>
        <w:t>Pontos a serem observados: a NFT também tem armadilhas</w:t>
      </w:r>
    </w:p>
    <w:p>
      <w:r>
        <w:t>A NFT tem muitas possibilidades, mas também há pontos a serem observados:</w:t>
      </w:r>
    </w:p>
    <w:p>
      <w:r>
        <w:t>As flutuações de preços podem ser graves</w:t>
      </w:r>
    </w:p>
    <w:p>
      <w:r>
        <w:t>Você precisa ter cuidado com fraude e falso</w:t>
      </w:r>
    </w:p>
    <w:p>
      <w:r>
        <w:t>Algumas pessoas estão preocupadas com o impacto no meio ambiente</w:t>
      </w:r>
    </w:p>
    <w:p>
      <w:r>
        <w:t>Depois de entender esses riscos, é importante se divertir e sabiamente com a NFT.</w:t>
      </w:r>
    </w:p>
    <w:p>
      <w:r>
        <w:t>Perspectivas futuras da NFT: potencial adicional</w:t>
      </w:r>
    </w:p>
    <w:p>
      <w:r>
        <w:t>O mundo da NFT está evoluindo todos os dias. Como esperado no futuro:</w:t>
      </w:r>
    </w:p>
    <w:p>
      <w:r>
        <w:t>Cooperação entre ativos do mundo real e NFT (por exemplo, NFT para direitos imobiliários)</w:t>
      </w:r>
    </w:p>
    <w:p>
      <w:r>
        <w:t>Expandindo a utilização em metades</w:t>
      </w:r>
    </w:p>
    <w:p>
      <w:r>
        <w:t>Desenvolvimento de métodos de criação de NFT mais ecológicos</w:t>
      </w:r>
    </w:p>
    <w:p>
      <w:r>
        <w:t>Aparência de novos modelos de negócios utilizando a NFT</w:t>
      </w:r>
    </w:p>
    <w:p>
      <w:r>
        <w:t>Glossário: Termos principais relacionados à NFT</w:t>
      </w:r>
    </w:p>
    <w:p>
      <w:r>
        <w:t>Mint: Criar e emitir ativos digitais como NFTs no blockchain</w:t>
      </w:r>
    </w:p>
    <w:p>
      <w:r>
        <w:t>Taxa de gás: taxas para negociar em blockchain</w:t>
      </w:r>
    </w:p>
    <w:p>
      <w:r>
        <w:t>Carteira: carteira para armazenar moeda virtual e NFT</w:t>
      </w:r>
    </w:p>
    <w:p>
      <w:r>
        <w:t>PFP (imagem do perfil): NFT usada como imagens de perfil SNS</w:t>
      </w:r>
    </w:p>
    <w:p>
      <w:r>
        <w:t>SBT (token de alma ligado): NFT que não pode ser transferida ou compra e venda</w:t>
      </w:r>
    </w:p>
    <w:p>
      <w:r>
        <w:t>resumo</w:t>
      </w:r>
    </w:p>
    <w:p>
      <w:r>
        <w:t>A NFT é uma tecnologia inovadora que traz o conceito de "uniformidade" e "propriedade" no mundo digital.art, música, jogos ... usados ​​em vários campos para criar novas possibilidades.</w:t>
      </w:r>
    </w:p>
    <w:p>
      <w:r>
        <w:t>Pode parecer difícil no começo, mas se você aprofundar seu entendimento passo a passo, certamente encontrará uma nova diversão.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Fórmula Instagram: https://www.instagram.com/japannftmuseum/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