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"O cartão de membro digital de Shibukawa / Ikaho, vol.1", será vendido em 29 de junho de 2024!</w:t>
      </w:r>
    </w:p>
    <w:p>
      <w:r>
        <w:t>Olá, esta família Japan Dao!</w:t>
      </w:r>
    </w:p>
    <w:p>
      <w:r>
        <w:t>Desta vez, entregaremos as grandes notícias especiais para você.</w:t>
      </w:r>
    </w:p>
    <w:p>
      <w:r>
        <w:t>A Associação de Turismo de Shibukawa Ikaho Onsen e a Covex Co., Ltd. participarão do projeto local, e o mundo será transmitido ao mundo à atratividade de Ikaho Onsen, Prefeitura de Gunma.</w:t>
      </w:r>
    </w:p>
    <w:p>
      <w:r>
        <w:t>Como parte disso, a NFT "Shibukawa / Ikaho Digital Membership" aparecerá! O Japão Dao está encarregado desse design de caracteres da NFT.</w:t>
      </w:r>
    </w:p>
    <w:p>
      <w:r>
        <w:t>visão geral</w:t>
      </w:r>
    </w:p>
    <w:p>
      <w:r>
        <w:t>"A NFT de Membro Digital SHIBUKAWA / IKAHO VOL. 1" NFT pode receber vários benefícios, como descontos nas taxas de banho para o Bath Ikaho Open -Air, apresentando -se em instalações turísticas e restaurantes em Ikaho Onsen.</w:t>
      </w:r>
    </w:p>
    <w:p>
      <w:r>
        <w:t>A plataforma "Dosi" do Line Next será vendida.</w:t>
      </w:r>
    </w:p>
    <w:p>
      <w:r>
        <w:drawing>
          <wp:inline xmlns:a="http://schemas.openxmlformats.org/drawingml/2006/main" xmlns:pic="http://schemas.openxmlformats.org/drawingml/2006/picture">
            <wp:extent cx="3657600" cy="19019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19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Além disso, o design do personagem usa três caracteres aparecendo no popular projeto Japan Dao "Kagura".</w:t>
      </w:r>
    </w:p>
    <w:p>
      <w:r>
        <w:t>Se você quiser saber mais sobre Kagura ou pela primeira vez, consulte este artigo.</w:t>
      </w:r>
    </w:p>
    <w:p>
      <w:r>
        <w:t>https://note.com/japandaosolution/n/na2004b0b81ab</w:t>
      </w:r>
    </w:p>
    <w:p>
      <w:r>
        <w:t>https://note.com/japandaosolution/n/n14402a810a8e</w:t>
      </w:r>
    </w:p>
    <w:p>
      <w:r>
        <w:t>Antecedentes da colaboração com a Associação de Turismo de Ikaho Onsen</w:t>
      </w:r>
    </w:p>
    <w:p>
      <w:r>
        <w:t>Ikaho Onsen é um dos principais pontos turísticos do Japão, com bom acesso da área metropolitana de Tóquio.</w:t>
      </w:r>
    </w:p>
    <w:p>
      <w:r>
        <w:t>O Japão Dao trabalha com a Associação de Turismo de Ikaho Onsen para revitalizar a região para maximizar o apelo da região.</w:t>
      </w:r>
    </w:p>
    <w:p>
      <w:r>
        <w:t>Clique aqui para a conta X Oficial da Shibukawa Ikaho Onsen Tourism Association</w:t>
      </w:r>
    </w:p>
    <w:p>
      <w:r>
        <w:t>https://twitter.com/ikahoonnsenn</w:t>
      </w:r>
    </w:p>
    <w:p>
      <w:r>
        <w:drawing>
          <wp:inline xmlns:a="http://schemas.openxmlformats.org/drawingml/2006/main" xmlns:pic="http://schemas.openxmlformats.org/drawingml/2006/picture">
            <wp:extent cx="3657600" cy="25014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14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SOBRE SOBRE SHIBUKAWA / IKAHO DIGITAL MEMBRO</w:t>
      </w:r>
    </w:p>
    <w:p>
      <w:r>
        <w:t>Cometo de vendas: sábado, 29 de junho de 2024 12:00</w:t>
      </w:r>
    </w:p>
    <w:p>
      <w:r>
        <w:t>Fim da venda: 12:00 segunda -feira, 30 de setembro de 2024</w:t>
      </w:r>
    </w:p>
    <w:p>
      <w:r>
        <w:t>Preço: US $ 12 (cerca de 1.900 ienes)</w:t>
      </w:r>
    </w:p>
    <w:p>
      <w:r>
        <w:t>Canal de vendas: comércio digital "Dosi"</w:t>
      </w:r>
    </w:p>
    <w:p>
      <w:r>
        <w:t>Vendas: 300 peças limitadas</w:t>
      </w:r>
    </w:p>
    <w:p>
      <w:r>
        <w:t>Design: Vendido aleatoriamente de 3 tipos de padrões (um ponto com número de série)</w:t>
      </w:r>
    </w:p>
    <w:p>
      <w:r>
        <w:drawing>
          <wp:inline xmlns:a="http://schemas.openxmlformats.org/drawingml/2006/main" xmlns:pic="http://schemas.openxmlformats.org/drawingml/2006/picture">
            <wp:extent cx="3657600" cy="10685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Clique aqui para o link da página de compra</w:t>
      </w:r>
    </w:p>
    <w:p>
      <w:r>
        <w:t>https://market.store.dosi.world/ja-JP/1st_sale/sales/40318/</w:t>
      </w:r>
    </w:p>
    <w:p>
      <w:r>
        <w:t>Instalações e benefícios parceiros</w:t>
      </w:r>
    </w:p>
    <w:p>
      <w:r>
        <w:t>Ao apresentar o "cartão de associação digital de Shibukawa / Ikaho", você pode receber benefícios em várias instalações na área de Ikaho Onsen.</w:t>
      </w:r>
    </w:p>
    <w:p>
      <w:r>
        <w:t>As instalações afiliadas incluem Ikaho Ryoko, Yumeji Takehisa Ikaho Memorial, Hara Museum Arc, Cafe, General Store e Bathing Instalações.</w:t>
      </w:r>
    </w:p>
    <w:p>
      <w:r>
        <w:t>Você pode verificar os detalhes dos benefícios e a lista de instalações afiliadas do link abaixo.</w:t>
      </w:r>
    </w:p>
    <w:p>
      <w:r>
        <w:t>https://www.google.com/maps/d/edit?mid=1LINMrLa6cHlL1hEaEbnnWYt5NvWhCQo&amp;usp=sharing</w:t>
      </w:r>
    </w:p>
    <w:p>
      <w:r>
        <w:t>* Os benefícios estão sujeitos a alterações sem aviso prévio.</w:t>
      </w:r>
    </w:p>
    <w:p>
      <w:r>
        <w:t>* O período de uso de benefícios está agendado para 15 de julho de 2024 a 31 de dezembro de 2024. Novos benefícios serão fornecidos após 2025.</w:t>
      </w:r>
    </w:p>
    <w:p>
      <w:r>
        <w:t>* Os benefícios podem ser usados ​​apenas uma vez por instalação durante o período acima. O mesmo é verdadeiro se você tiver vários cartões de associação.</w:t>
      </w:r>
    </w:p>
    <w:p>
      <w:r>
        <w:t>Como usar "Certificado de associação digital Shibukawa / Ikaho"</w:t>
      </w:r>
    </w:p>
    <w:p>
      <w:r>
        <w:t>Compramos "Cartão de Associação Digital Shibukawa / Ikaho" em Dosi.</w:t>
      </w:r>
    </w:p>
    <w:p>
      <w:r>
        <w:t>Leia o código QR instalado na instalação afiliada no seu smartphone.</w:t>
      </w:r>
    </w:p>
    <w:p>
      <w:r>
        <w:t>Apresente a tela do smartphone para a equipe da instalação.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Você pode receber facilmente benefícios!</w:t>
      </w:r>
    </w:p>
    <w:p>
      <w:r>
        <w:t>O que é Dosi?</w:t>
      </w:r>
    </w:p>
    <w:p>
      <w:r>
        <w:t>A DOSI é um mercado global que pode negociar facilmente itens digitais valiosos.</w:t>
      </w:r>
    </w:p>
    <w:p>
      <w:r>
        <w:t>Fácil de fazer login com uma conta de linha ou conta SNS</w:t>
      </w:r>
    </w:p>
    <w:p>
      <w:r>
        <w:t>Você pode comprar itens usando um cartão de crédito ou pagamento de linha</w:t>
      </w:r>
    </w:p>
    <w:p>
      <w:r>
        <w:t>Você pode negociar não apenas no Japão, mas também por marcas globais</w:t>
      </w:r>
    </w:p>
    <w:p>
      <w:r>
        <w:t>Como abrir uma conta "dosi"</w:t>
      </w:r>
    </w:p>
    <w:p>
      <w:r>
        <w:t>https://dosi-jp.landpress.line.me/userguide_account</w:t>
      </w:r>
    </w:p>
    <w:p>
      <w:r>
        <w:t>Como comprar NFT</w:t>
      </w:r>
    </w:p>
    <w:p>
      <w:r>
        <w:t>https://dosi-jp.landpress.line.me/userguide_purchase</w:t>
      </w:r>
    </w:p>
    <w:p>
      <w:r>
        <w:t>New development of Amakomi (manga)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"Ikaho Onsen Extra" será lançado para o Amakomi na série!</w:t>
      </w:r>
    </w:p>
    <w:p>
      <w:r>
        <w:t>"Amakomi" é uma série de mangá de quatro quadros muito popular em junho de 2024 e foi serializada até o episódio 26.</w:t>
      </w:r>
    </w:p>
    <w:p>
      <w:r>
        <w:t>Na edição extra de Ikaho Onsen, uma cena em que você pode aproveitar a cidade das ilhas e os pães de primavera quente dos pontos turísticos serão desenhados.</w:t>
      </w:r>
    </w:p>
    <w:p>
      <w:r>
        <w:t>O mangá na serialização pode ser lido gratuitamente a partir daqui.</w:t>
      </w:r>
    </w:p>
    <w:p>
      <w:r>
        <w:t>https://amato-official.com/manga</w:t>
      </w:r>
    </w:p>
    <w:p>
      <w:r>
        <w:t>resumo</w:t>
      </w:r>
    </w:p>
    <w:p>
      <w:r>
        <w:t>"A NFT de Membro Digital de Shibukawa / Ikaho permite não apenas benefícios em instalações turísticas e restaurantes, mas também gosta do design criativo do Japão Dao.</w:t>
      </w:r>
    </w:p>
    <w:p>
      <w:r>
        <w:t>As vendas estão programadas para começar em 29 de junho de 2024, por isso, confira.</w:t>
      </w:r>
    </w:p>
    <w:p>
      <w:r>
        <w:t>Se você estiver interessado no Japão Dao, siga e esquie para a "Japan Dao Magazine".</w:t>
      </w:r>
    </w:p>
    <w:p>
      <w:r>
        <w:t>Conta X Oficial: https: //twitter.com/japannftmuseum</w:t>
      </w:r>
    </w:p>
    <w:p>
      <w:r>
        <w:t>Discord oficial: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