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تیم راه حل چیست؟</w:t>
      </w:r>
    </w:p>
    <w:p>
      <w:r>
        <w:t>سلام به همه در خانواده ژاپن دائو ☆ در این مقاله ، ما شما را "تیم راه حل" معرفی خواهیم کرد ، که اولین سالگرد خود را روز دیگر جشن می گیرد. علاوه بر معرفی اعضای تیم که عاشق "ژاپن دائو" هستند ، ما نگاه خواهیم کردبازگشت به فعالیت های تیم و قدم های او. ما تجربیات ارزشمندی را که از طریق ژاپن به دست آورده اید ، مانند تفریح ​​، یادگیری و دوست داشتن ، و شکوه "دائو" برای شما خواهیم گفت! برای کسانی که این مقاله را مشاهده می کنند ، قول می دهیمبرای حمایت از فعالیتهای سرگرم کننده و راحت DAO با Discord ، X (توییتر) و غیره</w:t>
      </w:r>
    </w:p>
    <w:p>
      <w:r>
        <w:drawing>
          <wp:inline xmlns:a="http://schemas.openxmlformats.org/drawingml/2006/main" xmlns:pic="http://schemas.openxmlformats.org/drawingml/2006/picture">
            <wp:extent cx="3657600" cy="200455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45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طراحی نبوغ درومان -سان. "من یک آرم از بخش راه حل ایجاد کردم ،" "لامپ نور آرم تخیل شماست" ، "گرفتن از جامعه در لامپ بسیار شگفت انگیز است ، بنابراین من یک علامت صوتی قرار داده ام. "در" S "راه حل است."</w:t>
      </w:r>
    </w:p>
    <w:p>
      <w:r>
        <w:t>محتوای اصلی تجارت</w:t>
      </w:r>
    </w:p>
    <w:p>
      <w:r>
        <w:t>مدیریت بانک اطلاعاتی ، ایجاد دستی ، ایجاد وبلاگ ، برنامه های ارسال برنامه ، برنامه ریزی / برگزاری رویداد / برگزاری و پشتیبانی ، اجرای پرسشنامه / جمع آوری ، ایجاد GPTS ، Discord / X (توییتر) ، و غیره ، و غیره ، و غیره.</w:t>
      </w:r>
    </w:p>
    <w:p>
      <w:r>
        <w:t>ممکن است شما با گوش های خود خیلی آشنا نباشید ، اما "راه حل" به معنای "راه حل یا پاسخ" است. این بخش با هدف حل مسائل و مشکلات در ژاپن DAO به طرق مختلف مانند سیستم ، دانستن -چگونه ، دانش ، منابع انسانی و غیره است.، تجزیه و تحلیل ، پیشنهاد ، همکاری ، افزایش آگاهی و کمک به مدیریت صاف DAO.</w:t>
      </w:r>
    </w:p>
    <w:p>
      <w:r>
        <w:t>در ژاپن دائو ، که هر روز به تکامل خود ادامه می دهد ، با توجه به وقوع موضوعات و اهدافی که هدف آنها نیست ، نقش های مختلفی را ایفا می کند و هر روز برای حل آن و رسیدن به اهداف کار می کند!</w:t>
      </w:r>
    </w:p>
    <w:p>
      <w:r>
        <w:t>نقش ها و همکاری های زیادی با سایر بخش ها وجود دارد ، و آنها همچنین وضعیت و ویژگی های هر بخش را درک می کنند و در حمایت از آنها نقش ایفا می کنند تا بتوانند به راحتی فعالیت خود را ارتقا دهند.</w:t>
      </w:r>
    </w:p>
    <w:p>
      <w:r>
        <w:t>معرفی اعضا</w:t>
      </w:r>
    </w:p>
    <w:p>
      <w:r>
        <w:t>رهبر (مدیر)</w:t>
      </w:r>
    </w:p>
    <w:p>
      <w:r>
        <w:t>باران (rain_nft)</w:t>
      </w:r>
    </w:p>
    <w:p>
      <w:r>
        <w:drawing>
          <wp:inline xmlns:a="http://schemas.openxmlformats.org/drawingml/2006/main" xmlns:pic="http://schemas.openxmlformats.org/drawingml/2006/picture">
            <wp:extent cx="3657600" cy="368546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4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برج فرماندهی تیم</w:t>
      </w:r>
    </w:p>
    <w:p>
      <w:r>
        <w:t>از زمان ایجاد DAO ژاپن کاملاً متعهد به فعالیت DAO بوده است ، نه تنها پیشنهادات مختلفی را ارائه می دهد که منجر به توسعه دائو با تصور غنی و جاه طلبانه آن می شود ، بلکه به تولید داستانهای آماتو نیز کمک می کند. نگرش ارزیابی شد و بودبه عنوان یک موقعیت کلیدی به نام "Soluterer" انتخاب شده است.</w:t>
      </w:r>
    </w:p>
    <w:p>
      <w:r>
        <w:t>پس از تأسیس تیم راه حل ، علاوه بر مدیریت و بهره برداری از بخش ، وی مسئولیت طیف گسترده ای از وظایف از جمله همکاری و هماهنگی با سایر بخش ها ، ایجاد و مدیریت بانکهای اطلاعاتی را که استفاده کامل از مفهوم را انجام می دهد ، خواهد بودبرنامه ریزی برای برنامه ریزی رویداد. وی به دلیل دستاوردهای خود شناخته شده است و به عنوان عضو معدود "تیم مدیریت" انتخاب شده است.</w:t>
      </w:r>
    </w:p>
    <w:p>
      <w:r>
        <w:t>بنیانگذار Yuda -san یک میدان دیدگاه گرم و دوستانه و گسترده است ، وضعیتی که خوب است ، با تفکر انعطاف پذیر ، بهترین ، کوتاهترین قضاوت و پیشنهاد در آن زمان ضروری است.。 "Solutioner" همیشه دنبال کردن بهره وری استو کار با کیفیت بالا</w:t>
      </w:r>
    </w:p>
    <w:p>
      <w:r>
        <w:t>نام پدر و مادر دوستان نیجی "goti" .professor انیمه و مانگا گیک. این شخص خود "مرد باران فوق العاده ای" است. این همچنین منشأ "باران" است.</w:t>
      </w:r>
    </w:p>
    <w:p>
      <w:r>
        <w:t>عضو</w:t>
      </w:r>
    </w:p>
    <w:p>
      <w:r>
        <w:t>تامی (@tommynft9413)</w:t>
      </w:r>
    </w:p>
    <w:p>
      <w:r>
        <w:drawing>
          <wp:inline xmlns:a="http://schemas.openxmlformats.org/drawingml/2006/main" xmlns:pic="http://schemas.openxmlformats.org/drawingml/2006/picture">
            <wp:extent cx="36576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مغز تیم</w:t>
      </w:r>
    </w:p>
    <w:p>
      <w:r>
        <w:t>وی کارهای مختلف تمرینی را برای پیوستن به تیم راه حل بدون مشکل پاک کرده و به یک دستاورد درخشان مانند ایجاد جریان تشخیص پروژه و استفاده از پرسشنامه خبری در اوایل پس از پیوستن دست یافته است و با سرعت غیرمعمول "راه حل" منصوب شده است.</w:t>
      </w:r>
    </w:p>
    <w:p>
      <w:r>
        <w:t>کاربران ابزارهای مختلف با استفاده از جدیدترین فناوری نه تنها برای تجزیه و تحلیل داده ها و ویرایش ها مفید هستند ، بلکه همیشه پیش از زمانها به روز می شوند ، مانند ایجاد وبلاگ ، ایجاد کارهای NFT ، استفاده از ChatGPT ، استفاده از AI و توسعه GPTS.heدستاوردهای زیادی</w:t>
      </w:r>
    </w:p>
    <w:p>
      <w:r>
        <w:t>شخصیتی ساکت و ملایم. این یک صنعتگر است که نه تنها دانش و مهارت های کوشا و فراوانی داشته باشد ، بلکه با یک کار با کیفیت بالا و با کیفیت بالا با تمرکز شگفت انگیز کار می کند. "فرزند فناوری پیشرفته" ، جایی که می توانید از جدید لذت ببریدبا روحیه شنوایی چالش می کند.</w:t>
      </w:r>
    </w:p>
    <w:p>
      <w:r>
        <w:t>همچنین دارنده دارنده دارنده (CNP ، LLAC ، برنامه) ، دانش عمیقی در مورد NFT و رمزنگاری دارد و سواد بالایی دارد.</w:t>
      </w:r>
    </w:p>
    <w:p>
      <w:r>
        <w:t>مربی کمپ 🏕</w:t>
      </w:r>
    </w:p>
    <w:p>
      <w:r>
        <w:t>عضو</w:t>
      </w:r>
    </w:p>
    <w:p>
      <w:r>
        <w:t>Tyaki (gocyxjjbaxgkuy)</w:t>
      </w:r>
    </w:p>
    <w:p>
      <w:r>
        <w:drawing>
          <wp:inline xmlns:a="http://schemas.openxmlformats.org/drawingml/2006/main" xmlns:pic="http://schemas.openxmlformats.org/drawingml/2006/picture">
            <wp:extent cx="3657600" cy="37785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7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نماینده / مقاله طرفداران خود اعلام شده</w:t>
      </w:r>
    </w:p>
    <w:p>
      <w:r>
        <w:t>اولین DAO که متعلق به آن بود Japandao بود ، اولین NFT که من خریداری کردم یک پاس برتر بود ، اولین خرید ثانویه Lantern بود ، اولین فروش دوم Amato بود ، برای اولین بار Frimin Amato Music NFT بود و برای اولین بار Airdroآیا NFT Life Special NFT Crypto Industry است. تمام دانش از "ژاپن دائو" را به عهده دارد.</w:t>
      </w:r>
    </w:p>
    <w:p>
      <w:r>
        <w:t>علی رغم دانش و مهارت های ضعیف خود ، او با "ژاپن دائو عشق" به عنوان سلاح همکاری می کند. او با پشتیبانی گرم از دو راه حل عالی تجربه خوبی کسب کرده است. "نماینده هواداران DAO ژاپن خود اعلام شده".</w:t>
      </w:r>
    </w:p>
    <w:p>
      <w:r>
        <w:t>دایی که هر روز توسط گربه ها بهبود می یابد.</w:t>
      </w:r>
    </w:p>
    <w:p>
      <w:r>
        <w:t>https://twitter.com/goxtyxjbaxtgkuy/status/ hyperlink "https://twitter.com/goxtyxjbaxtgkuy/status/166305076784093280"16630507678409993280</w:t>
      </w:r>
    </w:p>
    <w:p>
      <w:r>
        <w:t>راه حل تیم راه رفتن</w:t>
      </w:r>
    </w:p>
    <w:p>
      <w:r>
        <w:drawing>
          <wp:inline xmlns:a="http://schemas.openxmlformats.org/drawingml/2006/main" xmlns:pic="http://schemas.openxmlformats.org/drawingml/2006/picture">
            <wp:extent cx="3657600" cy="203686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68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2023 سال</w:t>
      </w:r>
    </w:p>
    <w:p>
      <w:r>
        <w:t>در ژانویه</w:t>
      </w:r>
    </w:p>
    <w:p>
      <w:r>
        <w:t>موقعیت جدید "راه حل" و "بخش حل کننده"</w:t>
      </w:r>
    </w:p>
    <w:p>
      <w:r>
        <w:t>شماره 1 "باران" "راه حل" شد</w:t>
      </w:r>
    </w:p>
    <w:p>
      <w:r>
        <w:t>شماره 2 "Tyaki" "راه حل" شد</w:t>
      </w:r>
    </w:p>
    <w:p>
      <w:r>
        <w:t>جعبه نظر همه را نصب کرده و نظرات را جمع آوری کنید</w:t>
      </w:r>
    </w:p>
    <w:p>
      <w:r>
        <w:t>سلف SmartPocket طراحی برنامه NFTLife</w:t>
      </w:r>
    </w:p>
    <w:p>
      <w:r>
        <w:t>فوریه تا مارس</w:t>
      </w:r>
    </w:p>
    <w:p>
      <w:r>
        <w:t>نسخه خارج از کشور جعبه نظر (فرم Google) و جمع آوری نظرات</w:t>
      </w:r>
    </w:p>
    <w:p>
      <w:r>
        <w:t>اجرای برنامه های استخدامی قطعات NFT اجرای برنامه استخدام</w:t>
      </w:r>
    </w:p>
    <w:p>
      <w:r>
        <w:t>ماه آوریل</w:t>
      </w:r>
    </w:p>
    <w:p>
      <w:r>
        <w:t>NFT Life Poster Style Illication Nft Catch Copy استخدام</w:t>
      </w:r>
    </w:p>
    <w:p>
      <w:r>
        <w:t>（nowayform</w:t>
      </w:r>
    </w:p>
    <w:p>
      <w:r>
        <w:t>ممکن است</w:t>
      </w:r>
    </w:p>
    <w:p>
      <w:r>
        <w:t>NFT Life Airdropnft اول استخدام آماتو</w:t>
      </w:r>
    </w:p>
    <w:p>
      <w:r>
        <w:t>تعمیر و نگهداری سؤالات متداول (دفترچه راهنما با تصویر) ، کتابچه راهنمای دستی Airdrop (روز ، انگلیسی ، میانه)</w:t>
      </w:r>
    </w:p>
    <w:p>
      <w:r>
        <w:t>ثبت نام تیم Canva</w:t>
      </w:r>
    </w:p>
    <w:p>
      <w:r>
        <w:t>ایجاد یک برنامه آموزشی</w:t>
      </w:r>
    </w:p>
    <w:p>
      <w:r>
        <w:t>"تامی" به عنوان کارآموز راه حل از تیم KOL Amaterasu مورد استقبال قرار می گیرد</w:t>
      </w:r>
    </w:p>
    <w:p>
      <w:r>
        <w:t>ایجاد مجموعه ای از اصطلاحات</w:t>
      </w:r>
    </w:p>
    <w:p>
      <w:r>
        <w:t>NFT Life Airdropnft 2nd Niji Catch Phrase استخدام</w:t>
      </w:r>
    </w:p>
    <w:p>
      <w:r>
        <w:t>علامت آرم "Solution Team" به پایان رسیده است (Daruman -San Design)</w:t>
      </w:r>
    </w:p>
    <w:p>
      <w:r>
        <w:t>28 مه "تیم راه حل" رسماً به عنوان بخش رسمی راه اندازی شد</w:t>
      </w:r>
    </w:p>
    <w:p>
      <w:r>
        <w:t>تشخیص پروژه ایجاد جریان</w:t>
      </w:r>
    </w:p>
    <w:p>
      <w:r>
        <w:t>ژوئن</w:t>
      </w:r>
    </w:p>
    <w:p>
      <w:r>
        <w:t>NFT Life Creation ، انتشار (روز ، انگلیسی ، میانه)</w:t>
      </w:r>
    </w:p>
    <w:p>
      <w:r>
        <w:t>به عنوان "تامی" شماره 3 "راه حل"</w:t>
      </w:r>
    </w:p>
    <w:p>
      <w:r>
        <w:t>نظرسنجی در مورد اخبار منتشر شده NFT (BOT پرسشنامه)</w:t>
      </w:r>
    </w:p>
    <w:p>
      <w:r>
        <w:t>باران به باران "تیم مدیریت" اعطا می شود</w:t>
      </w:r>
    </w:p>
    <w:p>
      <w:r>
        <w:t>پشتیبانی رادیو DAO ژاپن ، برنامه ریزی مسابقه</w:t>
      </w:r>
    </w:p>
    <w:p>
      <w:r>
        <w:t>شورای گروه کر برگزار شد</w:t>
      </w:r>
    </w:p>
    <w:p>
      <w:r>
        <w:t>جولای</w:t>
      </w:r>
    </w:p>
    <w:p>
      <w:r>
        <w:t>N Kore پشتیبانی محلی (تنظیم ، فروش محصول و غیره)</w:t>
      </w:r>
    </w:p>
    <w:p>
      <w:r>
        <w:t>NFT Life منتشر شده جمع آوری داده های جمع آوری ، تأیید ، تصحیح ، ایجاد لیست ها ، شروع کار در برنامه</w:t>
      </w:r>
    </w:p>
    <w:p>
      <w:r>
        <w:t>NFT پشتیبانی از برنامه ریزی پشتیبانی خالق وارد نشده است</w:t>
      </w:r>
    </w:p>
    <w:p>
      <w:r>
        <w:t>اوت</w:t>
      </w:r>
    </w:p>
    <w:p>
      <w:r>
        <w:t>تعمیر و نگهداری کتاب دوستان Niji</w:t>
      </w:r>
    </w:p>
    <w:p>
      <w:r>
        <w:t>انتشار تشخیص پروژه</w:t>
      </w:r>
    </w:p>
    <w:p>
      <w:r>
        <w:t>NFT Life Airdropnft 2nd Kagura Catch Phrase استخدام</w:t>
      </w:r>
    </w:p>
    <w:p>
      <w:r>
        <w:t>سپتامبر</w:t>
      </w:r>
    </w:p>
    <w:p>
      <w:r>
        <w:t>اجرای برنامه استخدام نام دوستان نیجی</w:t>
      </w:r>
    </w:p>
    <w:p>
      <w:r>
        <w:t>اکتبر</w:t>
      </w:r>
    </w:p>
    <w:p>
      <w:r>
        <w:t>مدیریت مواد ذخیره سازی DB ، بررسی مواد ، پس انداز</w:t>
      </w:r>
    </w:p>
    <w:p>
      <w:r>
        <w:t>japandao همه حامیان پروژه</w:t>
      </w:r>
    </w:p>
    <w:p>
      <w:r>
        <w:t>ماه نوامبر</w:t>
      </w:r>
    </w:p>
    <w:p>
      <w:r>
        <w:t>Smapke Google Login Manual ایجاد</w:t>
      </w:r>
    </w:p>
    <w:p>
      <w:r>
        <w:t>دوره طراحی که توسط Daruman -Sensei برگزار می شود</w:t>
      </w:r>
    </w:p>
    <w:p>
      <w:r>
        <w:t>تلفن هوشمند ایجاد دستی خانگی را اضافه کنید</w:t>
      </w:r>
    </w:p>
    <w:p>
      <w:r>
        <w:t>تحقیق چتپپ شروع به تشخیص پروژه 3 زبان سازگار با زبان آغاز شده است</w:t>
      </w:r>
    </w:p>
    <w:p>
      <w:r>
        <w:t>دسامبر</w:t>
      </w:r>
    </w:p>
    <w:p>
      <w:r>
        <w:t>همه اعضا ثبت نام chatgpt به علاوه</w:t>
      </w:r>
    </w:p>
    <w:p>
      <w:r>
        <w:t>پیشنهاد وضعیت جمع آوری Pokemy (استفاده از GPT)</w:t>
      </w:r>
    </w:p>
    <w:p>
      <w:r>
        <w:t>2024 سال</w:t>
      </w:r>
    </w:p>
    <w:p>
      <w:r>
        <w:t>ژانویه</w:t>
      </w:r>
    </w:p>
    <w:p>
      <w:r>
        <w:t>وبلاگ تیم راه حل افتتاح شد</w:t>
      </w:r>
    </w:p>
    <w:p>
      <w:r>
        <w:t>ایجاد کتابچه راهنمای SmartQuoke (وبلاگ و اختلاف)</w:t>
      </w:r>
    </w:p>
    <w:p>
      <w:r>
        <w:t>توجه به ایجاد حساب (Japandao ، Smapoke)</w:t>
      </w:r>
    </w:p>
    <w:p>
      <w:r>
        <w:t>فوریه</w:t>
      </w:r>
    </w:p>
    <w:p>
      <w:r>
        <w:t>ایجاد تلفن هوشمند Appli -manual</w:t>
      </w:r>
    </w:p>
    <w:p>
      <w:r>
        <w:t>مشارکت Premint -ایجاد دستی ایجاد دستی</w:t>
      </w:r>
    </w:p>
    <w:p>
      <w:r>
        <w:t>تمام پشتیبانی زبانی از وبلاگ Japandao</w:t>
      </w:r>
    </w:p>
    <w:p>
      <w:r>
        <w:t>یادداشت یکپارچه ایجاد مقاله و انتشار به یک مقاله یادداشت دستی</w:t>
      </w:r>
    </w:p>
    <w:p>
      <w:r>
        <w:t>مارس</w:t>
      </w:r>
    </w:p>
    <w:p>
      <w:r>
        <w:t>Giveaway Event DB ایجاد</w:t>
      </w:r>
    </w:p>
    <w:p>
      <w:r>
        <w:t>کار روی فضای حامی خارج از کشور</w:t>
      </w:r>
    </w:p>
    <w:p>
      <w:r>
        <w:t>ماه آوریل</w:t>
      </w:r>
    </w:p>
    <w:p>
      <w:r>
        <w:t>عملیات انجمن ارسال مقاله آغاز شد</w:t>
      </w:r>
    </w:p>
    <w:p>
      <w:r>
        <w:t>توجه داشته باشید تجزیه و تحلیل صفحه گسترده تجزیه و تحلیل نمره دسترسی</w:t>
      </w:r>
    </w:p>
    <w:p>
      <w:r>
        <w:t>ممکن است</w:t>
      </w:r>
    </w:p>
    <w:p>
      <w:r>
        <w:t>شروع به تهیه GPT به سایر بخش ها</w:t>
      </w:r>
    </w:p>
    <w:p>
      <w:r>
        <w:t>حتی اکنون ، ما بر اساس مدیریت دقیق وظیفه رهبر با سه نفر همکاری می کنیم و هر روز کارهای مختلفی را انجام می دهیم. در عین حال اولویت یکدیگر را ارزیابی می کنیم ، مانند خانه ، تجارت اصلی و سرگرمی ها ، ما در حالی که فعال بوده ایماز خودمان لذت می بریم ، از تخصص های یکدیگر استفاده می کنیم. این بهترین تیمی است که عاشق ژاپن دائو با دوستان است !!</w:t>
      </w:r>
    </w:p>
    <w:p>
      <w:r>
        <w:t>خلاصه</w:t>
      </w:r>
    </w:p>
    <w:p>
      <w:r>
        <w:t>این مانند مدتها پیش یک سال پیش احساس می شود. من واقعاً از تکامل فوق العاده این جهان غافلگیر شده ام ، یا ژاپن Dao.japan مجذوب ژاپن دائو است و از طریق DAO به هم وصل می شود و در فعالیت هایی با هدف توسعه یک رابطه قابل اعتماد ایجاد می کنددائو ، به عنوان یک تیم همکاری می کند و اکنون دوست مهمی است که هیچ جایگزینی ندارد.</w:t>
      </w:r>
    </w:p>
    <w:p>
      <w:r>
        <w:t>این جهان هنوز مانند یک رویا است. یک زندگی خارق العاده به دور از زندگی روزمره واقعی مانند خانه و تجارت اصلی. این زندگی خارق العاده بسیار راحت است. این واقعاً با ارزش است که آنها به یکدیگر احترام می گذارند ، صرف نظر از وضعیت ، جنسیت ، سن و سن آنهاظاهر. یک خود جدید که می توانید فقط در این جهان ملاقات کنید. آنچه می توانید انجام دهید فقط در این جهان گسترش یافته است. این واقعاً سرگرم کننده و سرگرم کننده است.</w:t>
      </w:r>
    </w:p>
    <w:p>
      <w:r>
        <w:t>لطفاً اگر می توانیم به شما کمک کنیم ، از گفتن چیزی دریغ نکنید.</w:t>
      </w:r>
    </w:p>
    <w:p>
      <w:r>
        <w:t>ژاپن دائو بهترین است !!</w:t>
      </w:r>
    </w:p>
    <w:p>
      <w:r>
        <w:t>سرمایه گذار Yuda -san و بنیانگذار Daruman که این دنیای شگفت انگیز را ایجاد و به دست آورد. سازندگان بخش تحریریه ، از جمله غرور ژاپنی ژاپن ، غرور ژاپن ، ظرفیت آبشار.جدا شده توسط هر کسی. علاوه بر این ، من می خواهم از همه مدیریت DAO ژاپن و خانواده DAO ژاپن تشکر کنم. ما مشتاقانه منتظر حمایت مداوم شما از "تیم راه حل" هستیم.</w:t>
      </w:r>
    </w:p>
    <w:p>
      <w:r>
        <w:t>اگر به DAO ژاپن علاقه دارید ، لطفاً حساب رسمی X را با "مجله ژاپن دائو" دنبال کنید.</w:t>
      </w:r>
    </w:p>
    <w:p>
      <w:r>
        <w:t>حساب رسمی X:</w:t>
      </w:r>
    </w:p>
    <w:p>
      <w:r>
        <w:t>japandao https://tweter.com/japandaojp</w:t>
      </w:r>
    </w:p>
    <w:p>
      <w:r>
        <w:t>جیب هوشمند https://x.com/smapocke</w:t>
      </w:r>
    </w:p>
    <w:p>
      <w:r>
        <w:t>اختلاف نظر رسمی:</w:t>
      </w:r>
    </w:p>
    <w:p>
      <w:r>
        <w:t>japandao https://discord.com/invite/invite/invite/japandoo</w:t>
      </w:r>
    </w:p>
    <w:p>
      <w:r>
        <w:t>جیب هوشمند https://discord.com/invite/smartpocket</w:t>
      </w:r>
    </w:p>
    <w:p>
      <w:r>
        <w:t>公式 خط https://page.line.me/ hyperlink "https://page.line.me/126bsagr؟at_content=url&amp;openqrmodal=true"126 hyperlink" https://page.me/126bsagr126bsagr؟at_contalurlurlurlurlurlurlurlurluryqu= true "bsagr؟ oat_content = url hyperlink" https://page.line.me/126bsagr؟aoT_Content=url&amp;openqrmodal=true"&amp; hyperlink "https://page.me/126bsagr؟aot_contententalewaleurlewopleurlewopenalkrulecontentalremodalyqurlyralqrrue= درست است</w:t>
      </w:r>
    </w:p>
    <w:p>
      <w:r>
        <w:br/>
        <w:t xml:space="preserve"> 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