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راهنمای کسب نقش جامعه جیب هوشمند (ROLL)! بیایید هدف خود را برای Supernova انجام دهیم !!</w:t>
      </w:r>
    </w:p>
    <w:p>
      <w:r>
        <w:t>سلام به همه ، در مقاله قبلی ، ما فعالیت های "پرسش و پاسخ" و "رامبل" جامعه Smart Pocket Discord را معرفی کردیم.دیگر آن را خوانده اید؟</w:t>
      </w:r>
    </w:p>
    <w:p>
      <w:r>
        <w:t>در رویداد فعالیت جامعه ، برنده نه تنها جوایز برنده می شود ، بلکه می تواند به عنوان یک اثبات نیز به دست آورد.</w:t>
      </w:r>
    </w:p>
    <w:p>
      <w:r>
        <w:t>در مرحله بعد ، من چه نوع رول برای فعالیت های جامعه ، چه شرایطی را می توان به دست آورد و مزایای بعدی را معرفی می کنم.</w:t>
      </w:r>
    </w:p>
    <w:p>
      <w:r>
        <w:t>در آغاز</w:t>
      </w:r>
    </w:p>
    <w:p>
      <w:r>
        <w:t>جامعه جیب هوشمند در سپتامبر 2023 تأسیس شد.</w:t>
      </w:r>
    </w:p>
    <w:p>
      <w:r>
        <w:t>در زمان راه اندازی Smapoke ، من در Premint ثبت نام کردم و در روش AirDrop امتیاز کسب کردم. پس از آن ، این به روزرسانی با شرکت در این رویداد امتیازاتی کسب کرده است و عملکرد آن را آسان تر می کند.</w:t>
      </w:r>
    </w:p>
    <w:p>
      <w:r>
        <w:t>در ابتدای سال 2024 ، فعالیت ها و کارکردهای جدید اضافه شده است تا جامعه فعال تر شود. به عنوان مثال ، بررسی سطح ، رامبل ، پرسش و پاسخ و غیرهاما در ماه مه سال 2024 ، یک هنجار جدید اعلام شد و اعضایی که به شرایط قبلی دست یافته بودند ، توانستند دوباره رول های اختصاصی را مجدداً مورد استفاده قرار دهند.</w:t>
      </w:r>
    </w:p>
    <w:p>
      <w:r>
        <w:t>رول چیست؟</w:t>
      </w:r>
    </w:p>
    <w:p>
      <w:r>
        <w:t>Discord انواع مختلفی از توابع "رول" را دارد که به کانال های خاص دسترسی و عملکردهای ویژه ای می دهد.</w:t>
      </w:r>
    </w:p>
    <w:p>
      <w:r>
        <w:t>جامعه Smart Pocket مکانیسمی دارد که به شما امکان می دهد با شرکت فعال در فعالیت ها ، رول های ویژه ای کسب کنید.</w:t>
      </w:r>
    </w:p>
    <w:p>
      <w:r>
        <w:t>با استفاده از عملکرد نقش Discord ، می توانید ضمن ایجاد انگیزه برای اعضای جامعه ، فعالیت های فعال را ارتقا دهید.</w:t>
      </w:r>
    </w:p>
    <w:p>
      <w:r>
        <w:t>معرفی</w:t>
      </w:r>
    </w:p>
    <w:p>
      <w:r>
        <w:t>عضو مشارکت</w:t>
      </w:r>
    </w:p>
    <w:p>
      <w:r>
        <w:t>معرفی نقشی که با کمک به فعالیت جامعه اختلاف نظر می توان به دست آورد.</w:t>
      </w:r>
    </w:p>
    <w:p>
      <w:r>
        <w:t>① ✅ twinkle star🌟</w:t>
      </w:r>
    </w:p>
    <w:p>
      <w:r>
        <w:t>اثبات این که آن را به طور فعال در اتاق چت جامعه Discord از جیب هوشمند به سطح 10 رسیده است</w:t>
      </w:r>
    </w:p>
    <w:p>
      <w:r>
        <w:t>(هنگام دستیابی به هدف دستیابی به سطح 10 1000 امتیاز و Twink Star🌟 کسب کنید)</w:t>
      </w:r>
    </w:p>
    <w:p>
      <w:r>
        <w:drawing>
          <wp:inline xmlns:a="http://schemas.openxmlformats.org/drawingml/2006/main" xmlns:pic="http://schemas.openxmlformats.org/drawingml/2006/picture">
            <wp:extent cx="3657600" cy="205625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62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برخی از نقش هایی هستند که نیاز به تهاجمی و صبر تعامل جامعه دارند و می توانند نسبتاً به راحتی به دست بیایند. از آنجاکانال</w:t>
      </w:r>
    </w:p>
    <w:p>
      <w:r>
        <w:drawing>
          <wp:inline xmlns:a="http://schemas.openxmlformats.org/drawingml/2006/main" xmlns:pic="http://schemas.openxmlformats.org/drawingml/2006/picture">
            <wp:extent cx="3657600" cy="225656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565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بنابراین ، این یکی از راه های تبادل پیام در جامعه است ، نه تنها اتاق های چت در هر زبان بلکه در فعالیت های رامبل و تحریک آنها.</w:t>
      </w:r>
    </w:p>
    <w:p>
      <w:r>
        <w:t>* 1: پس از رسیدن به هدف ، کیف پول را در کانال -سطح 10 ارسال کنید .1000 امتیاز ارسال می شود. (کیف پول باید اولین ورود به سیستم Smart Pocket را تکمیل کند)</w:t>
      </w:r>
    </w:p>
    <w:p>
      <w:r>
        <w:t>* 2: لطفا با هنجارهای جامعه مطابقت داشته باشید و اظهارات متوسط ​​را بیان کنید. این ممنوع است که بگوید "تسویه حساب ، تبلیغات ، کلاهبرداری ، پیام های بی معنی ، نقض قوانین و جو جامعه" ممنوع است.</w:t>
      </w:r>
    </w:p>
    <w:p>
      <w:r>
        <w:t>② ✅ star star intelligence</w:t>
      </w:r>
    </w:p>
    <w:p>
      <w:r>
        <w:t>اثبات این که به شما به طور صحیح به فعالیت پرسش و پاسخ داده می شود و به عنوان برنده انتخاب می شود</w:t>
      </w:r>
    </w:p>
    <w:p>
      <w:r>
        <w:t>(برنده برنده جایزه 10USDT و ستاره اطلاعاتی)</w:t>
      </w:r>
    </w:p>
    <w:p>
      <w:r>
        <w:t>⇨ 📖 📖 🗓 🗓 🗓 🗓 🗓 🗓 🗓 🗓 🗓 🗓 🗓 🗓 🗓</w:t>
      </w:r>
    </w:p>
    <w:p>
      <w:r>
        <w:t>تاریخ: هر جمعه</w:t>
      </w:r>
    </w:p>
    <w:p>
      <w:r>
        <w:t>00 زمان: 23: 00 (JST)</w:t>
      </w:r>
    </w:p>
    <w:p>
      <w:r>
        <w:drawing>
          <wp:inline xmlns:a="http://schemas.openxmlformats.org/drawingml/2006/main" xmlns:pic="http://schemas.openxmlformats.org/drawingml/2006/picture">
            <wp:extent cx="3657600" cy="2055154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515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این امر به سطحی نیاز دارد که با گذشت زمان قابل بررسی باشد و می تواند در طول فعالیت ها به آن پاسخ دهد. Difficulty به محتوای سؤالات ، درک پروژه ، میزان یادگیری و غیره بستگی دارد.</w:t>
      </w:r>
    </w:p>
    <w:p>
      <w:r>
        <w:t>بنابراین ، دشواری دستیابی به نقش نیز به وضعیت هر شخص و فعالیت بستگی دارد. اگر به طور جدی شرکت کنید ، معمولاً می توانید به راحتی آن را بدست آورید ، اما با گذشت زمان ، این رول ها ممکن است محدود باشند.</w:t>
      </w:r>
    </w:p>
    <w:p>
      <w:r>
        <w:t>معمولاً مقاله ای در مورد محدوده سؤال روز قبل از این رویداد منتشر می شود. اگر به درستی پاسخ دهید و به عنوان برنده انتخاب شوید ، به شما جوایز و رول اهدا می شود.</w:t>
      </w:r>
    </w:p>
    <w:p>
      <w:r>
        <w:t>برای جزئیات بیشتر در مورد فعالیت های پرسش و پاسخ به موارد زیر مراجعه کنید.</w:t>
      </w:r>
    </w:p>
    <w:p>
      <w:r>
        <w:t>https://note.com/japandaosolution/n/nf78c58c19093</w:t>
      </w:r>
    </w:p>
    <w:p>
      <w:r>
        <w:t>③ ✅ battle star🌟</w:t>
      </w:r>
    </w:p>
    <w:p>
      <w:r>
        <w:t>اثبات این که شما را در رامبل به برنده اهدا خواهید کرد</w:t>
      </w:r>
    </w:p>
    <w:p>
      <w:r>
        <w:t>(برنده 500 امتیاز یا جوایز مانند 10 USDT و Battle Star🌟 کسب کرد)</w:t>
      </w:r>
    </w:p>
    <w:p>
      <w:r>
        <w:t>⇨ ⚔ 🗓 🗓 🗓 🗓 🗓 🗓 🗓 🗓 🗓 🗓 🗓 🗓 🗓</w:t>
      </w:r>
    </w:p>
    <w:p>
      <w:r>
        <w:t>تاریخ: هر شنبه ، یکشنبه</w:t>
      </w:r>
    </w:p>
    <w:p>
      <w:r>
        <w:t>00 زمان: 23: 00 (JST)</w:t>
      </w:r>
    </w:p>
    <w:p>
      <w:r>
        <w:drawing>
          <wp:inline xmlns:a="http://schemas.openxmlformats.org/drawingml/2006/main" xmlns:pic="http://schemas.openxmlformats.org/drawingml/2006/picture">
            <wp:extent cx="3657600" cy="2058549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854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مسابقه در طول فعالیت به طور خودکار توسط سیستم انجام می شود و شانس برنده شدن مانند یک قرعه کشی خوش شانس است ، بنابراین دشواری دستیابی به رول ها بالاترین در سه فعالیت و بسیار نادر است.بارها شرکت کنید و هیجان زده شوید.</w:t>
      </w:r>
    </w:p>
    <w:p>
      <w:r>
        <w:t>موارد زیر را برای جزئیات رامبل مشاهده کنید.</w:t>
      </w:r>
    </w:p>
    <w:p>
      <w:r>
        <w:t>https://note.com/japandaosolution/n/nc2d3ae603c8b</w:t>
      </w:r>
    </w:p>
    <w:p>
      <w:r>
        <w:t>④ ✅supernova🌟</w:t>
      </w:r>
    </w:p>
    <w:p>
      <w:r>
        <w:t>اگر تمام نقش های زیر سه دستاورد تاج داشته باشید ، Supernova به عنوان یک نقش افتخاری اهدا می شود.</w:t>
      </w:r>
    </w:p>
    <w:p>
      <w:r>
        <w:t>چشمک زن است</w:t>
      </w:r>
    </w:p>
    <w:p>
      <w:r>
        <w:t>ستاره اطلاعاتی</w:t>
      </w:r>
    </w:p>
    <w:p>
      <w:r>
        <w:t>نبرد ستاره 🌟</w:t>
      </w:r>
    </w:p>
    <w:p>
      <w:r>
        <w:drawing>
          <wp:inline xmlns:a="http://schemas.openxmlformats.org/drawingml/2006/main" xmlns:pic="http://schemas.openxmlformats.org/drawingml/2006/picture">
            <wp:extent cx="3657600" cy="3188262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18826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این یک رول بسیار نادر است که در روزهای اولیه تنها هفت نفر است.</w:t>
      </w:r>
    </w:p>
    <w:p>
      <w:r>
        <w:t>به طور معمول ، هرچه اعضای آن دشوارتر ، نادر و کمتر باشد ، سود و مزایایی بیشتر می توانید از آن لذت ببرید.</w:t>
      </w:r>
    </w:p>
    <w:p>
      <w:r>
        <w:t>* تقریباً 1 از 3000 نفر این رول را به دست آورده اند در حالی که تعداد جوامع از 21000 نفر فراتر می رود (از ژوئن 2024).</w:t>
      </w:r>
    </w:p>
    <w:p>
      <w:r>
        <w:t>عضو عمومی</w:t>
      </w:r>
    </w:p>
    <w:p>
      <w:r>
        <w:t>در مرحله بعد ، من نقشی را که اعضای عمومی می توانند به دست آورند ، معرفی می کنم.</w:t>
      </w:r>
    </w:p>
    <w:p>
      <w:r>
        <w:t>✅ حداکثر رساندن</w:t>
      </w:r>
    </w:p>
    <w:p>
      <w:r>
        <w:t>عملکرد جامعه پس از اتمام تأیید اعتبار باز خواهد شد</w:t>
      </w:r>
    </w:p>
    <w:p>
      <w:r>
        <w:t>✅ و</w:t>
      </w:r>
    </w:p>
    <w:p>
      <w:r>
        <w:t>اثبات شرکت کنندگان در اوایل. کانال OG Acquisition در 15 نوامبر 2023 بسته شد ، بنابراین اعضای جامعه بعدی نمی توانند OG را بدست آورند.</w:t>
      </w:r>
    </w:p>
    <w:p>
      <w:r>
        <w:t>خانواده</w:t>
      </w:r>
    </w:p>
    <w:p>
      <w:r>
        <w:t>اثبات این که شما این جامعه را دوست دارید</w:t>
      </w:r>
    </w:p>
    <w:p>
      <w:r>
        <w:t>- تقویت کننده</w:t>
      </w:r>
    </w:p>
    <w:p>
      <w:r>
        <w:t>بهبود سرور. مزایای گروه تازه بهبود یافته سرور انتخاب شده را از طریق افزایش سرور هر ماه (ممکن است به اشتراک پرداخت شده نیاز داشته باشد).</w:t>
      </w:r>
    </w:p>
    <w:p>
      <w:r>
        <w:t>عضو مدیریت</w:t>
      </w:r>
    </w:p>
    <w:p>
      <w:r>
        <w:t>معرفی نقش تیم مدیریت جامعه.</w:t>
      </w:r>
    </w:p>
    <w:p>
      <w:r>
        <w:t>✅dmin</w:t>
      </w:r>
    </w:p>
    <w:p>
      <w:r>
        <w:t>بنیانگذار جیب هوشمند</w:t>
      </w:r>
    </w:p>
    <w:p>
      <w:r>
        <w:t>عامل</w:t>
      </w:r>
    </w:p>
    <w:p>
      <w:r>
        <w:t>دستیار بنیانگذار شماره 2 جیب هوشمند</w:t>
      </w:r>
    </w:p>
    <w:p>
      <w:r>
        <w:t>- پشتیبانی</w:t>
      </w:r>
    </w:p>
    <w:p>
      <w:r>
        <w:t>دستیار عضو اصلی ژاپن</w:t>
      </w:r>
    </w:p>
    <w:p>
      <w:r>
        <w:t>حامی HED</w:t>
      </w:r>
    </w:p>
    <w:p>
      <w:r>
        <w:t>رهبر حامی</w:t>
      </w:r>
    </w:p>
    <w:p>
      <w:r>
        <w:t>حامی کمک کننده</w:t>
      </w:r>
    </w:p>
    <w:p>
      <w:r>
        <w:t>رهبر</w:t>
      </w:r>
    </w:p>
    <w:p>
      <w:r>
        <w:t>حامی زبان</w:t>
      </w:r>
    </w:p>
    <w:p>
      <w:r>
        <w:t>دستیار مدیریت عضو اصلی خارج از کشور</w:t>
      </w:r>
    </w:p>
    <w:p>
      <w:r>
        <w:t>-</w:t>
      </w:r>
    </w:p>
    <w:p>
      <w:r>
        <w:t>خالق جیب هوشمند</w:t>
      </w:r>
    </w:p>
    <w:p>
      <w:r>
        <w:t>✅ برنامه ریز</w:t>
      </w:r>
    </w:p>
    <w:p>
      <w:r>
        <w:t>برنامه ریزی و بهره برداری رویداد</w:t>
      </w:r>
    </w:p>
    <w:p>
      <w:r>
        <w:t>حل کننده</w:t>
      </w:r>
    </w:p>
    <w:p>
      <w:r>
        <w:t>مدیریت بانک اطلاعاتی ، ایجاد وبلاگ دستی ، همکاری برنامه ها و غیره</w:t>
      </w:r>
    </w:p>
    <w:p>
      <w:r>
        <w:t>می توانید رول را در اتاق#✅role در Discord Smart Pocket بررسی کنید.</w:t>
      </w:r>
    </w:p>
    <w:p>
      <w:r>
        <w:drawing>
          <wp:inline xmlns:a="http://schemas.openxmlformats.org/drawingml/2006/main" xmlns:pic="http://schemas.openxmlformats.org/drawingml/2006/picture">
            <wp:extent cx="3657600" cy="2495006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9500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خلاصه</w:t>
      </w:r>
    </w:p>
    <w:p>
      <w:r>
        <w:t>معرفی رول های جامعه Smart Pocket Discord.</w:t>
      </w:r>
    </w:p>
    <w:p>
      <w:r>
        <w:t>علاوه بر اعضای عمومی و تیم های عامل ، اعضایی که به طور فعال در جامعه شرکت می کنند ، فرصتی برای به دست آوردن نقش اختصاصی دارند.</w:t>
      </w:r>
    </w:p>
    <w:p>
      <w:r>
        <w:t>با گذشت زمان ، فعالیت های جدید و رول های NFT ممکن است در آینده اضافه شود.</w:t>
      </w:r>
    </w:p>
    <w:p>
      <w:r>
        <w:t>ادامه شرکت در فعالیت های پروژه و دستیابی به این رول ها مزایای آینده را افزایش می دهد.</w:t>
      </w:r>
    </w:p>
    <w:p>
      <w:r>
        <w:t>اگر به Smart Pocket علاقه دارید ، لطفاً "مجله Smapke" را دنبال کنید و اسکی کنید.</w:t>
      </w:r>
    </w:p>
    <w:p>
      <w:r>
        <w:t>حساب X رسمی: https: //twitter.com/smapocket</w:t>
      </w:r>
    </w:p>
    <w:p>
      <w:r>
        <w:t>اختلاف نظر رسمی: https: //discord.com/invite/smartpocket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