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NFT چیست؟ راهنمای آسان که حتی مبتدیان می توانند درک کنند</w:t>
      </w:r>
    </w:p>
    <w:p>
      <w:r>
        <w:t>سلام به خانواده ژاپن دائو</w:t>
      </w:r>
    </w:p>
    <w:p>
      <w:r>
        <w:t>این بار ، من می خواهم "NFT" را که اخیراً می شنوم کشف کنم اما با شما خوب نمی فهمم.</w:t>
      </w:r>
    </w:p>
    <w:p>
      <w:r>
        <w:t>حتی اگر هرگز NFT را لمس نکرده اید ، اشکالی ندارد.</w:t>
      </w:r>
    </w:p>
    <w:p>
      <w:r>
        <w:t>اگر این مقاله را بخوانید ، می توانید اصول اولیه NFT را ببینید!</w:t>
      </w:r>
    </w:p>
    <w:p>
      <w:r>
        <w:t>علاوه بر این ، پس از دانستن جذابیت NFT ، لطفاً به دنیای ژاپن دائو نگاهی بیندازید!</w:t>
      </w:r>
    </w:p>
    <w:p>
      <w:r>
        <w:t>https://note.com/japandaosolution/n/n68c1767971a9</w:t>
      </w:r>
    </w:p>
    <w:p>
      <w:r>
        <w:t>NFT مختصر چیست؟</w:t>
      </w:r>
    </w:p>
    <w:p>
      <w:r>
        <w:t>اول از همه ، اساسی اصول اولیه! NFT مخفف "نشانه غیر قابل قربانی" است. در ژاپنی ، این یک "یک یکنواخت" است. این کمی دشوار به نظر می رسد. اما نگران نباشید.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تاریخ ساده NFT</w:t>
      </w:r>
    </w:p>
    <w:p>
      <w:r>
        <w:t>سال 2014:</w:t>
      </w:r>
    </w:p>
    <w:p>
      <w:r>
        <w:t>اولین NFT "کوانتوم" متولد می شود</w:t>
      </w:r>
    </w:p>
    <w:p>
      <w:r>
        <w:t>2017:</w:t>
      </w:r>
    </w:p>
    <w:p>
      <w:r>
        <w:t>به نظر می رسد Cryptopunks پتانسیل هنر NFT را نشان می دهد</w:t>
      </w:r>
    </w:p>
    <w:p>
      <w:r>
        <w:t>Cryptokitties بازدید می کند ، و آگاهی عمومی NFT افزایش یافته است</w:t>
      </w:r>
    </w:p>
    <w:p>
      <w:r>
        <w:t>2021:</w:t>
      </w:r>
    </w:p>
    <w:p>
      <w:r>
        <w:t>بازار NFT به طور انفجاری رشد می کند</w:t>
      </w:r>
    </w:p>
    <w:p>
      <w:r>
        <w:t>کار Beeple برای حدود 6.9 میلیارد ین اهدا شد و آن را به یک موضوع بزرگ تبدیل کرد</w:t>
      </w:r>
    </w:p>
    <w:p>
      <w:r>
        <w:t>اکنون:</w:t>
      </w:r>
    </w:p>
    <w:p>
      <w:r>
        <w:t>در زمینه های مختلف مانند هنر ، بازی ، موسیقی استفاده می شود</w:t>
      </w:r>
    </w:p>
    <w:p>
      <w:r>
        <w:t>امکانات جدید در حال بررسی با تکامل فناوری است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ویژگی های NFT: یک و تنها دارایی های دیجیتال</w:t>
      </w:r>
    </w:p>
    <w:p>
      <w:r>
        <w:t>بزرگترین ویژگی NFT این است که آنها "منحصر به فرد" هستند. به عنوان مثال ، لایحه 10،000 -yen بدون توجه به چه کسی آن را دارد. این "جایگزین" نامیده می شود.</w:t>
      </w:r>
    </w:p>
    <w:p>
      <w:r>
        <w:t>از طرف دیگر ، NFT یک چیز ویژه در جهان است. شما می توانید چیزهای غیر قابل جبران ، مانند عکس های خاطرات خود و آثار هنری محدود هنرمندان مورد علاقه خود را در دنیای دیجیتال "" داشته باشید.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زمینه فنی NFT: قدرت blockchain</w:t>
      </w:r>
    </w:p>
    <w:p>
      <w:r>
        <w:t>NFT مبتنی بر فناوری blockchain است. blockchain یک فناوری است که داده ها را توزیع و حفظ می کند و جعل آن را بسیار دشوار می کند.</w:t>
      </w:r>
    </w:p>
    <w:p>
      <w:r>
        <w:t>این ویژگی ها تنها ماهیت و مالکیت NFT را تضمین می کند. بسیاری از NFT ها بر روی blockchain به نام Ethereum ایجاد می شوند ، اما می توانید NFT را با سایر blockchain ایجاد کنید.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استفاده از NFT: هنر ، بازی ها و ...</w:t>
      </w:r>
    </w:p>
    <w:p>
      <w:r>
        <w:t>NFT در زمینه های مختلف استفاده می شود.</w:t>
      </w:r>
    </w:p>
    <w:p>
      <w:r>
        <w:t>مثلا:</w:t>
      </w:r>
    </w:p>
    <w:p>
      <w:r>
        <w:t>هنر دیجیتال: شما می توانید آثار دیجیتالی هنرمندان مشهور را به عنوان NFT خریداری کنید.</w:t>
      </w:r>
    </w:p>
    <w:p>
      <w:r>
        <w:t>بازی: با ساختن موارد و شخصیت های موجود در بازی به NFT ، واقعاً می توانید آنها را در اختیار داشته باشید.</w:t>
      </w:r>
    </w:p>
    <w:p>
      <w:r>
        <w:t>موسیقی: بلیط های زنده به عنوان NFT (Ticketnft) صادر شده و دسترسی به محتوای فن در NFT را فراهم می کند</w:t>
      </w:r>
    </w:p>
    <w:p>
      <w:r>
        <w:t>قابل جمع آوری: کارتهای معاملاتی دیجیتال و موارد محدود.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ارزش NFT: چرا NFT ارزش دارد؟</w:t>
      </w:r>
    </w:p>
    <w:p>
      <w:r>
        <w:t>مقدار NFT عمدتا از عوامل زیر ناشی می شود:</w:t>
      </w:r>
    </w:p>
    <w:p>
      <w:r>
        <w:t>نادر: ارزش "فقط" در دنیای دیجیتال</w:t>
      </w:r>
    </w:p>
    <w:p>
      <w:r>
        <w:t>صدور گواهینامه: اثبات مالکیت توسط blockchain</w:t>
      </w:r>
    </w:p>
    <w:p>
      <w:r>
        <w:t>جامعه: ارزش جامعه از طریق NFT شکل گرفته است</w:t>
      </w:r>
    </w:p>
    <w:p>
      <w:r>
        <w:t>ابزار: حقوق و کارکردهای ویژه ای که به دارندگان NFT داده می شود</w:t>
      </w:r>
    </w:p>
    <w:p>
      <w:r>
        <w:t>برند: ارزش برند هنرمندان و شرکت ها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NFT شایستگی: هم برای فروشندگان و هم برای خریداران خوب است!</w:t>
      </w:r>
    </w:p>
    <w:p>
      <w:r>
        <w:t>NFT مزیت فروشنده و خریدار را دارد.</w:t>
      </w:r>
    </w:p>
    <w:p>
      <w:r>
        <w:t>فروشنده:</w:t>
      </w:r>
    </w:p>
    <w:p>
      <w:r>
        <w:t>شما می توانید به طور مستقیم ارزش کار خود را تعیین کنید</w:t>
      </w:r>
    </w:p>
    <w:p>
      <w:r>
        <w:t>سود در توزیع ثانویه ممکن است بدست آید</w:t>
      </w:r>
    </w:p>
    <w:p>
      <w:r>
        <w:t>طرف خریدار:</w:t>
      </w:r>
    </w:p>
    <w:p>
      <w:r>
        <w:t>تضمین شده واقعی است</w:t>
      </w:r>
    </w:p>
    <w:p>
      <w:r>
        <w:t>به یک "مالک" واقعی دارایی های دیجیتال تبدیل شوید</w:t>
      </w:r>
    </w:p>
    <w:p>
      <w:r>
        <w:t>نحوه خرید NFT: آسان حتی برای مبتدیان!</w:t>
      </w:r>
    </w:p>
    <w:p>
      <w:r>
        <w:t>خرید NFT آسانتر از حد انتظار است. جریان اساسی مانند این است:</w:t>
      </w:r>
    </w:p>
    <w:p>
      <w:r>
        <w:t>تهیه یک کیف پول ارز مجازی (توصیه شده توسط Metamask)</w:t>
      </w:r>
    </w:p>
    <w:p>
      <w:r>
        <w:t>خرید ارز مجازی (اغلب از اتریوم استفاده کنید)</w:t>
      </w:r>
    </w:p>
    <w:p>
      <w:r>
        <w:t>NFT مورد نظر خود را در NFT Market Market (OpenSea و غیره) پیدا کنید</w:t>
      </w:r>
    </w:p>
    <w:p>
      <w:r>
        <w:t>خرید!</w:t>
      </w:r>
    </w:p>
    <w:p>
      <w:r>
        <w:t>با این حال ، توصیه می شود برای اولین بار با مقدار کمی شروع کنید.</w:t>
      </w:r>
    </w:p>
    <w:p>
      <w:r>
        <w:t>نکته ای که باید توجه داشته باشید: NFT همچنین دارای مشکلات است</w:t>
      </w:r>
    </w:p>
    <w:p>
      <w:r>
        <w:t>NFT امکانات زیادی دارد ، اما نکاتی نیز وجود دارد که باید توجه داشته باشید:</w:t>
      </w:r>
    </w:p>
    <w:p>
      <w:r>
        <w:t>نوسانات قیمت ممکن است شدید باشد</w:t>
      </w:r>
    </w:p>
    <w:p>
      <w:r>
        <w:t>شما باید در مورد کلاهبرداری و جعلی مراقب باشید</w:t>
      </w:r>
    </w:p>
    <w:p>
      <w:r>
        <w:t>برخی از افراد نگران تأثیر محیط هستند</w:t>
      </w:r>
    </w:p>
    <w:p>
      <w:r>
        <w:t>پس از درک این خطرات ، سرگرمی و عاقلانه با NFT مهم است.</w:t>
      </w:r>
    </w:p>
    <w:p>
      <w:r>
        <w:t>چشم انداز آینده NFT: پتانسیل بیشتر</w:t>
      </w:r>
    </w:p>
    <w:p>
      <w:r>
        <w:t>دنیای NFT هر روز در حال تحول است. در آینده انتظار می رود:</w:t>
      </w:r>
    </w:p>
    <w:p>
      <w:r>
        <w:t>همکاری بین دارایی های دنیای واقعی و NFT (به عنوان مثال ، NFT برای حقوق املاک و مستغلات)</w:t>
      </w:r>
    </w:p>
    <w:p>
      <w:r>
        <w:t>گسترش استفاده در متاور</w:t>
      </w:r>
    </w:p>
    <w:p>
      <w:r>
        <w:t>توسعه روشهای ایجاد NFT سازگار با محیط زیست بیشتر</w:t>
      </w:r>
    </w:p>
    <w:p>
      <w:r>
        <w:t>ظاهر مدلهای تجاری جدید با استفاده از NFT</w:t>
      </w:r>
    </w:p>
    <w:p>
      <w:r>
        <w:t>واژه نامه: اصطلاحات اصلی مرتبط با NFT</w:t>
      </w:r>
    </w:p>
    <w:p>
      <w:r>
        <w:t>نعناع: دارایی های دیجیتالی را به عنوان NFT در blockchain ایجاد و صادر کنید</w:t>
      </w:r>
    </w:p>
    <w:p>
      <w:r>
        <w:t>هزینه بنزین: هزینه تجارت در blockchain</w:t>
      </w:r>
    </w:p>
    <w:p>
      <w:r>
        <w:t>کیف پول: کیف پول برای ذخیره ارز مجازی و NFT</w:t>
      </w:r>
    </w:p>
    <w:p>
      <w:r>
        <w:t>PFP (تصویر پروفایل): NFT به عنوان تصاویر پروفایل SNS استفاده می شود</w:t>
      </w:r>
    </w:p>
    <w:p>
      <w:r>
        <w:t>SBT (Soul Bound Token): NFT که قابل انتقال یا خرید و فروش نیست</w:t>
      </w:r>
    </w:p>
    <w:p>
      <w:r>
        <w:t>خلاصه</w:t>
      </w:r>
    </w:p>
    <w:p>
      <w:r>
        <w:t>NFT یک فناوری نوآورانه است که مفهوم "یکنواختی" و "مالکیت" را در دنیای دیجیتال به ارمغان می آورد. ART ، موسیقی ، بازی ها ... در زمینه های مختلف برای ایجاد امکانات جدید استفاده می شود.</w:t>
      </w:r>
    </w:p>
    <w:p>
      <w:r>
        <w:t>ممکن است در ابتدا دشوار به نظر برسد ، اما اگر درک خود را گام به گام عمیق تر کنید ، مطمئناً سرگرمی جدیدی پیدا خواهید کرد.</w:t>
      </w:r>
    </w:p>
    <w:p>
      <w:r>
        <w:t>اگر به DAO ژاپن علاقه دارید ، لطفاً "مجله ژاپن دائو" را دنبال کنید و اسکی کنید.</w:t>
      </w:r>
    </w:p>
    <w:p>
      <w:r>
        <w:t>حساب X رسمی: https: //twitter.com/japannftmuseum</w:t>
      </w:r>
    </w:p>
    <w:p>
      <w:r>
        <w:t>اختلاف نظر رسمی: https://discord.com/invite/japandao</w:t>
      </w:r>
    </w:p>
    <w:p>
      <w:r>
        <w:t>فرمول اینستاگرام: https://www.instagram.com/japannftmuseum/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