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"کارت عضو دیجیتال Shibukawa / Ikaho Vol.1" در 29 ژوئن 2024 فروخته می شود!</w:t>
      </w:r>
    </w:p>
    <w:p>
      <w:r>
        <w:t>سلام ، این خانواده ژاپن دائو!</w:t>
      </w:r>
    </w:p>
    <w:p>
      <w:r>
        <w:t>این بار اخبار بزرگ ویژه را برای شما ارائه خواهیم داد.</w:t>
      </w:r>
    </w:p>
    <w:p>
      <w:r>
        <w:t>انجمن گردشگری Shibukawa Ikaho Onsen و شرکت محدب ، آموزشی ویبولیتین در پروژه محلی شرکت می کنند و جهان به جذابیت Ikaho Onsen ، بخشدار Gunma به جهان منتقل می شود.</w:t>
      </w:r>
    </w:p>
    <w:p>
      <w:r>
        <w:t>به عنوان بخشی از آن ، "کارت عضویت Shibukawa / Ikaho" NFT ظاهر می شود! ژاپن DAO مسئول این طراحی شخصیت NFT است.</w:t>
      </w:r>
    </w:p>
    <w:p>
      <w:r>
        <w:t>بررسی اجمالی</w:t>
      </w:r>
    </w:p>
    <w:p>
      <w:r>
        <w:t>"Shibukawa / Ikaho Digital Member Card Vol 1" NFT می تواند با ارائه در امکانات گردشگری و رستوران ها در Ikaho Onsen ، مزایای مختلفی از جمله تخفیف در هزینه های حمام برای Ikaho Open -Air Bath دریافت کند.</w:t>
      </w:r>
    </w:p>
    <w:p>
      <w:r>
        <w:t>پلت فرم "Dosi" خط Next فروخته می شود.</w:t>
      </w:r>
    </w:p>
    <w:p>
      <w:r>
        <w:drawing>
          <wp:inline xmlns:a="http://schemas.openxmlformats.org/drawingml/2006/main" xmlns:pic="http://schemas.openxmlformats.org/drawingml/2006/picture">
            <wp:extent cx="3657600" cy="1901952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0195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علاوه بر این ، طراحی کاراکتر از سه کاراکتر ظاهر شده در پروژه محبوب ژاپن DAO "Kagura" استفاده می کند.</w:t>
      </w:r>
    </w:p>
    <w:p>
      <w:r>
        <w:t>اگر می خواهید در مورد Kagura یا برای اولین بار اطلاعات بیشتری کسب کنید ، لطفاً این مقاله را ببینید.</w:t>
      </w:r>
    </w:p>
    <w:p>
      <w:r>
        <w:t>https://note.com/japandaosolution/n/na2004b0b81ab</w:t>
      </w:r>
    </w:p>
    <w:p>
      <w:r>
        <w:t>https://note.com/japandaosolution/n/n14402a810a8e</w:t>
      </w:r>
    </w:p>
    <w:p>
      <w:r>
        <w:t>سابقه همکاری با انجمن گردشگری Ikaho Onsen</w:t>
      </w:r>
    </w:p>
    <w:p>
      <w:r>
        <w:t>Ikaho Onsen یکی از نقاط دیدنی پیشرو ژاپن با دسترسی خوب از منطقه کلانشهر توکیو است. شهر Shibukawa در حال ارتقاء گشت و گذار در دگرگونی دیجیتال (DX) است و برای گشت و گذار با استفاده از NFT مناسب است.</w:t>
      </w:r>
    </w:p>
    <w:p>
      <w:r>
        <w:t>ژاپن دائو با انجمن گردشگری ایکاهو برای احیای منطقه برای به حداکثر رساندن جذابیت منطقه همکاری می کند.</w:t>
      </w:r>
    </w:p>
    <w:p>
      <w:r>
        <w:t>اینجا را کلیک کنید تا گزارش رسمی X از انجمن گردشگری Shibukawa Ikaho Onsen</w:t>
      </w:r>
    </w:p>
    <w:p>
      <w:r>
        <w:t>https://twitter.com/ikahoonnsenn</w:t>
      </w:r>
    </w:p>
    <w:p>
      <w:r>
        <w:drawing>
          <wp:inline xmlns:a="http://schemas.openxmlformats.org/drawingml/2006/main" xmlns:pic="http://schemas.openxmlformats.org/drawingml/2006/picture">
            <wp:extent cx="3657600" cy="2501431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50143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درباره اطلاعات فروش کارت عضو دیجیتال Shibukawa / Ikaho</w:t>
      </w:r>
    </w:p>
    <w:p>
      <w:r>
        <w:t>شروع فروش: شنبه ، 29 ژوئن ، 2024 12:00</w:t>
      </w:r>
    </w:p>
    <w:p>
      <w:r>
        <w:t>پایان فروش: 12:00 دوشنبه ، 30 سپتامبر 2024</w:t>
      </w:r>
    </w:p>
    <w:p>
      <w:r>
        <w:t>قیمت: 12 دلار (حدود 1900 ین)</w:t>
      </w:r>
    </w:p>
    <w:p>
      <w:r>
        <w:t>کانال فروش: تجارت دیجیتال "Dosi"</w:t>
      </w:r>
    </w:p>
    <w:p>
      <w:r>
        <w:t>فروش: 300 قطعه محدود</w:t>
      </w:r>
    </w:p>
    <w:p>
      <w:r>
        <w:t>طراحی: به طور تصادفی از 3 نوع الگوی (یک نقطه با شماره سریال) فروخته می شود</w:t>
      </w:r>
    </w:p>
    <w:p>
      <w:r>
        <w:drawing>
          <wp:inline xmlns:a="http://schemas.openxmlformats.org/drawingml/2006/main" xmlns:pic="http://schemas.openxmlformats.org/drawingml/2006/picture">
            <wp:extent cx="3657600" cy="1068512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06851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برای پیوند صفحه خرید اینجا را کلیک کنید</w:t>
      </w:r>
    </w:p>
    <w:p>
      <w:r>
        <w:t>https://market.store.dosi.world/ja-JP/1st_sale/sales/40318/</w:t>
      </w:r>
    </w:p>
    <w:p>
      <w:r>
        <w:t>امکانات و مزایای شریک</w:t>
      </w:r>
    </w:p>
    <w:p>
      <w:r>
        <w:t>با ارائه "کارت عضویت دیجیتال Shibukawa / Ikaho" ، می توانید مزایایی را در امکانات مختلف در منطقه Ikaho Onsen دریافت کنید. حقایق شامل هزینه های حمام ، تخفیف در هزینه های پذیرش ، تخفیف ها و هدایا در رستوران ها است.</w:t>
      </w:r>
    </w:p>
    <w:p>
      <w:r>
        <w:t>امکانات وابسته شامل Ikaho Ryoko ، Yumeji Takehisa Ikaho ، یادبود موزه هارا ، کافه ، فروشگاه عمومی و امکانات حمام کردن است.</w:t>
      </w:r>
    </w:p>
    <w:p>
      <w:r>
        <w:t>می توانید جزئیات مزایا و لیست امکانات وابسته را از لینک زیر بررسی کنید.</w:t>
      </w:r>
    </w:p>
    <w:p>
      <w:r>
        <w:t>https://www.google.com/maps/d/edit?mid=1LINMrLa6cHlL1hEaEbnnWYt5NvWhCQo&amp;usp=sharing</w:t>
      </w:r>
    </w:p>
    <w:p>
      <w:r>
        <w:t>* مزایا بدون اطلاع قبلی در معرض تغییر است.</w:t>
      </w:r>
    </w:p>
    <w:p>
      <w:r>
        <w:t>* دوره استفاده از مزایا برای 15 ژوئیه 2024 تا 31 دسامبر 2024 برنامه ریزی شده است. مزایا پس از سال 2025 داده می شود.</w:t>
      </w:r>
    </w:p>
    <w:p>
      <w:r>
        <w:t>* مزایا را می توان فقط یک بار در هر تسهیلات در دوره فوق استفاده کرد. اگر چندین کارت عضویت دارید نیز صادق است.</w:t>
      </w:r>
    </w:p>
    <w:p>
      <w:r>
        <w:t>نحوه استفاده از "گواهی عضویت دیجیتال Shibukawa / Ikaho"</w:t>
      </w:r>
    </w:p>
    <w:p>
      <w:r>
        <w:t>ما "کارت عضویت دیجیتال Shibukawa / Ikaho" را در Dosi خریداری می کنیم.</w:t>
      </w:r>
    </w:p>
    <w:p>
      <w:r>
        <w:t>کد QR نصب شده در تسهیلات وابسته را در تلفن هوشمند خود بخوانید.</w:t>
      </w:r>
    </w:p>
    <w:p>
      <w:r>
        <w:t>صفحه تلفن هوشمند را به کارکنان تسهیلات ارائه دهید.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به راحتی می توانید مزایا دریافت کنید!</w:t>
      </w:r>
    </w:p>
    <w:p>
      <w:r>
        <w:t>دوزی چیست؟</w:t>
      </w:r>
    </w:p>
    <w:p>
      <w:r>
        <w:t>Dosi یک بازار جهانی است که می تواند به راحتی کالاهای دیجیتالی با ارزش را تجارت کند.</w:t>
      </w:r>
    </w:p>
    <w:p>
      <w:r>
        <w:t>ورود به سیستم با یک حساب خط یا حساب SNS آسان است</w:t>
      </w:r>
    </w:p>
    <w:p>
      <w:r>
        <w:t>می توانید مواردی را با استفاده از کارت اعتباری یا پرداخت خط خریداری کنید</w:t>
      </w:r>
    </w:p>
    <w:p>
      <w:r>
        <w:t>شما می توانید نه تنها در ژاپن بلکه برای مارک های جهانی نیز تجارت کنید</w:t>
      </w:r>
    </w:p>
    <w:p>
      <w:r>
        <w:t>نحوه باز کردن یک حساب "dosi"</w:t>
      </w:r>
    </w:p>
    <w:p>
      <w:r>
        <w:t>https://dosi-jp.landpress.line.me/userguide_account</w:t>
      </w:r>
    </w:p>
    <w:p>
      <w:r>
        <w:t>نحوه خرید NFT</w:t>
      </w:r>
    </w:p>
    <w:p>
      <w:r>
        <w:t>https://dosi-jp.landpress.line.me/userguide_purchase</w:t>
      </w:r>
    </w:p>
    <w:p>
      <w:r>
        <w:t>New development of Amakomi (manga)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"Ikaho Onsen Extra" در این سریال به Amakomi منتشر می شود!</w:t>
      </w:r>
    </w:p>
    <w:p>
      <w:r>
        <w:t>"Amakomi" یک سری مانگا چهار قاب بسیار محبوب در ژوئن سال 2024 است و تا قسمت 26 سریال شده است.</w:t>
      </w:r>
    </w:p>
    <w:p>
      <w:r>
        <w:t>در نسخه اضافی Ikaho Onsen ، صحنه ای که می توانید از شهر جزایر لذت ببرید و نان های گرم بهار از نقاط دیدنی ترسیم می شوند.</w:t>
      </w:r>
    </w:p>
    <w:p>
      <w:r>
        <w:t>مانگا موجود در سریال سازی را می توان به صورت رایگان از اینجا خواند.</w:t>
      </w:r>
    </w:p>
    <w:p>
      <w:r>
        <w:t>https://amato-official.com/manga</w:t>
      </w:r>
    </w:p>
    <w:p>
      <w:r>
        <w:t>خلاصه</w:t>
      </w:r>
    </w:p>
    <w:p>
      <w:r>
        <w:t>NFT "Shibukawa / Ikaho Digital Digital Vol 1" NFT نه تنها در امکانات توریستی و رستوران ها مزایایی را فراهم می کند ، بلکه از طراحی خلاقانه ژاپن نیز لذت می برد.</w:t>
      </w:r>
    </w:p>
    <w:p>
      <w:r>
        <w:t>قرار است فروش از 29 ژوئن 2024 آغاز شود ، بنابراین لطفاً آن را بررسی کنید.</w:t>
      </w:r>
    </w:p>
    <w:p>
      <w:r>
        <w:t>اگر به DAO ژاپن علاقه دارید ، لطفاً "مجله ژاپن دائو" را دنبال کنید و اسکی کنید.</w:t>
      </w:r>
    </w:p>
    <w:p>
      <w:r>
        <w:t>حساب X رسمی: https: //twitter.com/japannftmuseum</w:t>
      </w:r>
    </w:p>
    <w:p>
      <w:r>
        <w:t>اختلاف نظر رسمی: https://discord.com/invite/japandao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