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NFT는 무엇입니까? 초보자조차도 이해할 수있는 쉬운 가이드</w:t>
      </w:r>
    </w:p>
    <w:p>
      <w:r>
        <w:t>안녕하세요 일본 Dao 가족 da</w:t>
      </w:r>
    </w:p>
    <w:p>
      <w:r>
        <w:t>이번에는 최근에 자주 듣는 "NFT"를 탐색하고 싶습니다. 그러나 나는 당신과 잘 이해하지 못합니다.</w:t>
      </w:r>
    </w:p>
    <w:p>
      <w:r>
        <w:t>NFT를 만지지 않았더라도 괜찮습니다.</w:t>
      </w:r>
    </w:p>
    <w:p>
      <w:r>
        <w:t>이 기사를 읽으면 NFT의 기본 사항을 볼 수 있습니다!</w:t>
      </w:r>
    </w:p>
    <w:p>
      <w:r>
        <w:t>또한 NFT의 매력을 알게 된 후 일본의 세계를 살펴보십시오!</w:t>
      </w:r>
    </w:p>
    <w:p>
      <w:r>
        <w:t>https://note.com/japandaosolution/n/n68c1767971a9</w:t>
      </w:r>
    </w:p>
    <w:p>
      <w:r>
        <w:t>NFT 약어는 무엇입니까?</w:t>
      </w:r>
    </w:p>
    <w:p>
      <w:r>
        <w:t>우선, 기본 사항의 기본은 "비전 할 수없는 토큰"의 약어입니다. 일본어는 "균일 한 토큰"입니다. 조금 어려워 보이지만 걱정하지 마십시오.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NFT의 간단한 역사</w:t>
      </w:r>
    </w:p>
    <w:p>
      <w:r>
        <w:t>2014 년 :</w:t>
      </w:r>
    </w:p>
    <w:p>
      <w:r>
        <w:t>첫 번째 NFT "Quantum"이 탄생합니다</w:t>
      </w:r>
    </w:p>
    <w:p>
      <w:r>
        <w:t>2017 년</w:t>
      </w:r>
    </w:p>
    <w:p>
      <w:r>
        <w:t>암호 펑크는 NFT 아트의 잠재력을 보여주는 것으로 보입니다</w:t>
      </w:r>
    </w:p>
    <w:p>
      <w:r>
        <w:t>cryptokitties hits와 NFT에 대한 일반적인 인식이 증가했습니다.</w:t>
      </w:r>
    </w:p>
    <w:p>
      <w:r>
        <w:t>2021 :</w:t>
      </w:r>
    </w:p>
    <w:p>
      <w:r>
        <w:t>NFT 시장은 폭발적으로 성장합니다</w:t>
      </w:r>
    </w:p>
    <w:p>
      <w:r>
        <w:t>Beeple의 작품은 약 69 억 엔으로 수여되어 큰 주제입니다.</w:t>
      </w:r>
    </w:p>
    <w:p>
      <w:r>
        <w:t>지금:</w:t>
      </w:r>
    </w:p>
    <w:p>
      <w:r>
        <w:t>예술, 게임, 음악과 같은 다양한 분야에서 사용</w:t>
      </w:r>
    </w:p>
    <w:p>
      <w:r>
        <w:t>기술의 진화로 새로운 가능성이 탐구되고 있습니다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기능 : 하나의 유일한 디지털 자산</w:t>
      </w:r>
    </w:p>
    <w:p>
      <w:r>
        <w:t>NFT의 가장 큰 특징은 "고유 한"이라는 것입니다. 예를 들어, 10,000 -Yen Bill은 누가 가지고 있더라도 동일합니다.이를 "대체"라고합니다.</w:t>
      </w:r>
    </w:p>
    <w:p>
      <w:r>
        <w:t>다른 한편으로, NFT는 세계에서 특별한 것입니다. 당신은 당신의 추억 사진과 디지털 세계에서 좋아하는 아티스트의 제한된 예술 작품과 같이 대체 할 수없는 것들을 "소유 할 수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NFT의 기술적 배경 : 블록 체인의 힘</w:t>
      </w:r>
    </w:p>
    <w:p>
      <w:r>
        <w:t>NFT는 블록 체인 기술을 기반으로합니다. 블록 체인은 데이터를 배포하고 보존하는 기술로 위조하기가 매우 어렵습니다.</w:t>
      </w:r>
    </w:p>
    <w:p>
      <w:r>
        <w:t>이 특성은 NFT의 유일한 특성과 소유권을 보장합니다. Many NFT는 Ethereum이라는 블록 체인에 생성되지만 다른 블록 체인과 함께 NFT를 만들 수도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NFT의 활용 : 예술, 게임 및 ...</w:t>
      </w:r>
    </w:p>
    <w:p>
      <w:r>
        <w:t>NFT는 다양한 분야에서 사용됩니다.</w:t>
      </w:r>
    </w:p>
    <w:p>
      <w:r>
        <w:t>예를 들어:</w:t>
      </w:r>
    </w:p>
    <w:p>
      <w:r>
        <w:t>디지털 아트 : NFT로 유명한 아티스트의 디지털 작품을 구입할 수 있습니다.</w:t>
      </w:r>
    </w:p>
    <w:p>
      <w:r>
        <w:t>게임 : 게임의 항목과 캐릭터를 NFT로 만들면 실제로 소유 할 수 있습니다.</w:t>
      </w:r>
    </w:p>
    <w:p>
      <w:r>
        <w:t>음악 : NFT (TicketNFT)로 라이브 티켓을 발행하고 팬에 대한 액세스 제공 -NFT의 콘텐츠 만 제공했습니다.</w:t>
      </w:r>
    </w:p>
    <w:p>
      <w:r>
        <w:t>수집 가능 : 디지털 거래 카드 및 제한된 품목.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가치 : NFT의 가치가있는 이유는 무엇입니까?</w:t>
      </w:r>
    </w:p>
    <w:p>
      <w:r>
        <w:t>NFT의 가치는 주로 다음 요인에서 비롯됩니다.</w:t>
      </w:r>
    </w:p>
    <w:p>
      <w:r>
        <w:t>희귀 : 디지털 세계에서 "만"의 가치</w:t>
      </w:r>
    </w:p>
    <w:p>
      <w:r>
        <w:t>인증 : 블록 체인에 의한 소유권 증명</w:t>
      </w:r>
    </w:p>
    <w:p>
      <w:r>
        <w:t>커뮤니티 : NFT를 통해 형성된 커뮤니티의 가치</w:t>
      </w:r>
    </w:p>
    <w:p>
      <w:r>
        <w:t>유틸리티 : NFT 소지자에게 제공되는 특별 권리 및 기능</w:t>
      </w:r>
    </w:p>
    <w:p>
      <w:r>
        <w:t>브랜드 : 아티스트와 회사의 브랜드 가치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 장점 : 판매자와 구매자 모두에게 좋습니다!</w:t>
      </w:r>
    </w:p>
    <w:p>
      <w:r>
        <w:t>NFT는 판매자와 구매자 모두의 장점이 있습니다.</w:t>
      </w:r>
    </w:p>
    <w:p>
      <w:r>
        <w:t>파는 사람:</w:t>
      </w:r>
    </w:p>
    <w:p>
      <w:r>
        <w:t>작업 가치를 직접 결정할 수 있습니다</w:t>
      </w:r>
    </w:p>
    <w:p>
      <w:r>
        <w:t>2 차 분포의 이익을 얻을 수 있습니다</w:t>
      </w:r>
    </w:p>
    <w:p>
      <w:r>
        <w:t>구매자 측 :</w:t>
      </w:r>
    </w:p>
    <w:p>
      <w:r>
        <w:t>진짜 보장</w:t>
      </w:r>
    </w:p>
    <w:p>
      <w:r>
        <w:t>디지털 자산의 진정한 "소유자"가 되십시오</w:t>
      </w:r>
    </w:p>
    <w:p>
      <w:r>
        <w:t>NFT를 구매하는 방법 : 초보자에게도 쉽습니다!</w:t>
      </w:r>
    </w:p>
    <w:p>
      <w:r>
        <w:t>NFT를 구매하는 것은 예상보다 쉽습니다. 기본 흐름은 다음과 같습니다.</w:t>
      </w:r>
    </w:p>
    <w:p>
      <w:r>
        <w:t>가상 통화 지갑 준비 (메타 마스크 권장)</w:t>
      </w:r>
    </w:p>
    <w:p>
      <w:r>
        <w:t>가상 통화 구매 (종종 이더 리움 사용)</w:t>
      </w:r>
    </w:p>
    <w:p>
      <w:r>
        <w:t>NFT 마켓 플레이스 (Opensea 등)에서 원하는 NFT를 찾으십시오.</w:t>
      </w:r>
    </w:p>
    <w:p>
      <w:r>
        <w:t>구입하다!</w:t>
      </w:r>
    </w:p>
    <w:p>
      <w:r>
        <w:t>그러나 처음으로 소량으로 시작하는 것이 좋습니다.</w:t>
      </w:r>
    </w:p>
    <w:p>
      <w:r>
        <w:t>주목할 점 : NFT에는 함정도 있습니다</w:t>
      </w:r>
    </w:p>
    <w:p>
      <w:r>
        <w:t>NFT에는 많은 가능성이 있지만 주목할 사항도 있습니다.</w:t>
      </w:r>
    </w:p>
    <w:p>
      <w:r>
        <w:t>가격 변동은 심각 할 수 있습니다</w:t>
      </w:r>
    </w:p>
    <w:p>
      <w:r>
        <w:t>사기와 가짜에주의해야합니다</w:t>
      </w:r>
    </w:p>
    <w:p>
      <w:r>
        <w:t>어떤 사람들은 환경에 미치는 영향에 대해 우려하고 있습니다.</w:t>
      </w:r>
    </w:p>
    <w:p>
      <w:r>
        <w:t>이러한 위험을 이해 한 후에는 NFT와 함께 재미 있고 현명하게 갖는 것이 중요합니다.</w:t>
      </w:r>
    </w:p>
    <w:p>
      <w:r>
        <w:t>NFT의 미래 전망 : 추가 잠재력</w:t>
      </w:r>
    </w:p>
    <w:p>
      <w:r>
        <w:t>NFT 세계는 매일 진화하고 있습니다.</w:t>
      </w:r>
    </w:p>
    <w:p>
      <w:r>
        <w:t>실제 자산과 NFT 간의 협력 (예 : 부동산 권리를위한 NFT)</w:t>
      </w:r>
    </w:p>
    <w:p>
      <w:r>
        <w:t>메타 버버의 활용 확장</w:t>
      </w:r>
    </w:p>
    <w:p>
      <w:r>
        <w:t>보다 환경 친화적 인 NFT 제작 방법의 개발</w:t>
      </w:r>
    </w:p>
    <w:p>
      <w:r>
        <w:t>NFT를 사용하여 새로운 비즈니스 모델의 출현</w:t>
      </w:r>
    </w:p>
    <w:p>
      <w:r>
        <w:t>용어집 : NFT 관련 주요 용어</w:t>
      </w:r>
    </w:p>
    <w:p>
      <w:r>
        <w:t>민트 : 블록 체인에서 NFT로 디지털 자산을 만들고 발행</w:t>
      </w:r>
    </w:p>
    <w:p>
      <w:r>
        <w:t>가스 수수료 : 블록 체인 거래 수수료</w:t>
      </w:r>
    </w:p>
    <w:p>
      <w:r>
        <w:t>지갑 : 가상 통화 및 NFT를 저장하는 지갑</w:t>
      </w:r>
    </w:p>
    <w:p>
      <w:r>
        <w:t>PFP (프로필 사진) : SNS 프로필 이미지로 사용되는 NFT</w:t>
      </w:r>
    </w:p>
    <w:p>
      <w:r>
        <w:t>SBT (Soul Bound Token) : 양도하거나 구매 및 판매 할 수없는 NFT</w:t>
      </w:r>
    </w:p>
    <w:p>
      <w:r>
        <w:t>요약</w:t>
      </w:r>
    </w:p>
    <w:p>
      <w:r>
        <w:t>NFT는 디지털 세계에서 "균일 성"과 "소유권"이라는 개념을 제공하는 혁신적인 기술입니다. ART, MUSIC, GAMES ... 다양한 분야에서 사용하여 새로운 가능성을 창출합니다.</w:t>
      </w:r>
    </w:p>
    <w:p>
      <w:r>
        <w:t>처음에는 어려워 보일지 모르지만, 이해를 단계별로 심화 시키면 반드시 새로운 재미를 찾을 것입니다.</w:t>
      </w:r>
    </w:p>
    <w:p>
      <w:r>
        <w:t>일본 DAO에 관심이 있으시면 "Japan Dao Magazine"을 팔로우하여 스키를 타십시오.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p>
      <w:r>
        <w:t>Formula Instagram : https://www.instagram.com/japannftmuseum/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