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Cos'è il team di soluzione?</w:t>
      </w:r>
    </w:p>
    <w:p>
      <w:r>
        <w:t>Ciao a tutti nella famiglia Japan Dao ☆ In questo articolo, ti presenteremo il "team di soluzioni", che ha celebrato il suo primo anniversario l'altro giorno.Di nuovo sulle attività della squadra e sui suoi passi. Ti diremo le preziose esperienze che hai guadagnato attraverso il Giappone Dao, come divertimento, apprendimento e fare amicizia e lo splendore di "Dao"! Per coloro che stanno guardando questo articolo, promettiamoPer supportare attività DAO divertenti e confortevoli con Discord, X (Twitter), ecc. ♪</w:t>
      </w:r>
    </w:p>
    <w:p>
      <w:r>
        <w:drawing>
          <wp:inline xmlns:a="http://schemas.openxmlformats.org/drawingml/2006/main" xmlns:pic="http://schemas.openxmlformats.org/drawingml/2006/picture">
            <wp:extent cx="3657600" cy="2004554"/>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04554"/>
                    </a:xfrm>
                    <a:prstGeom prst="rect"/>
                  </pic:spPr>
                </pic:pic>
              </a:graphicData>
            </a:graphic>
          </wp:inline>
        </w:drawing>
      </w:r>
    </w:p>
    <w:p>
      <w:r>
        <w:t>Progettazione del genio daruman -san. "Ho creato un logo della sezione Soluzione", "La lampadina del logo è la tua immaginazione", "Il calcio della comunità è molto meraviglioso nella lampadina, quindi ho messo un segno vocale. "È in" S "."</w:t>
      </w:r>
    </w:p>
    <w:p>
      <w:r>
        <w:t>Contenuti aziendali di base</w:t>
      </w:r>
    </w:p>
    <w:p>
      <w:r>
        <w:t>Gestione del database, creazione manuale, creazione di blog, cooperazione per la pubblicazione delle applicazioni, pianificazione / detenzione e supporto degli eventi, implementazione del questionario / aggregazione, creazione di GPTS, discordia / x (twitter), ecc., Ecc., Ecc. Ecc.</w:t>
      </w:r>
    </w:p>
    <w:p>
      <w:r>
        <w:t>Potresti non avere molta familiarità con le tue orecchie, ma "soluzione" significa "soluzione o risposta". Questa sezione mira a risolvere problemi e problemi in Giappone DAO in vari modi come sistema, know -come, conoscenza, risorse umane, ecc., Analizzare, proporre, collaborare, sensibilizzare e contribuire alla regolare gestione del DAO.</w:t>
      </w:r>
    </w:p>
    <w:p>
      <w:r>
        <w:t>In Giappone DAO, che continua a evolversi ogni giorno, svolge una varietà di ruoli in base al verificarsi di problemi e agli obiettivi che non sono rivolti e lavora ogni giorno per risolverlo e raggiungere gli obiettivi!</w:t>
      </w:r>
    </w:p>
    <w:p>
      <w:r>
        <w:t>Ci sono molti ruoli e cooperazione con altri dipartimenti e comprendono anche lo status e le caratteristiche di ciascun dipartimento e svolgono un ruolo nel supportarli in modo che possano promuovere senza problemi le loro attività.</w:t>
      </w:r>
    </w:p>
    <w:p>
      <w:r>
        <w:t>Introduzione dei membri</w:t>
      </w:r>
    </w:p>
    <w:p>
      <w:r>
        <w:t>Leader (direttore)</w:t>
      </w:r>
    </w:p>
    <w:p>
      <w:r>
        <w:t>Rain (@rain_nft)</w:t>
      </w:r>
    </w:p>
    <w:p>
      <w:r>
        <w:drawing>
          <wp:inline xmlns:a="http://schemas.openxmlformats.org/drawingml/2006/main" xmlns:pic="http://schemas.openxmlformats.org/drawingml/2006/picture">
            <wp:extent cx="3657600" cy="3685467"/>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85467"/>
                    </a:xfrm>
                    <a:prstGeom prst="rect"/>
                  </pic:spPr>
                </pic:pic>
              </a:graphicData>
            </a:graphic>
          </wp:inline>
        </w:drawing>
      </w:r>
    </w:p>
    <w:p>
      <w:r>
        <w:t>Torre di comando della squadra</w:t>
      </w:r>
    </w:p>
    <w:p>
      <w:r>
        <w:t>È stato pienamente impegnato nell'attività di DAO dalla creazione di DAO Giappone, non solo facendo varie proposte che portano allo sviluppo di DAO con la sua ricca immaginazione e ambiziosità, ma contribuendo anche alla produzione di storie di Amato. È stato valutato ed è stato valutatoSelezionato come una posizione chiave chiamata "Soluzione".</w:t>
      </w:r>
    </w:p>
    <w:p>
      <w:r>
        <w:t>Dopo l'istituzione del team di soluzioni, oltre alla direzione e al funzionamento del dipartimento, sarà responsabile di un'ampia varietà di attività, tra cui la cooperazione e il coordinamento con altri dipartimenti, creando e gestendo database che fanno pieno uso della nozione ePianificazione di una pianificazione di eventi. È stato riconosciuto per i suoi risultati ed è stato selezionato come membro dei pochi "team di gestione".</w:t>
      </w:r>
    </w:p>
    <w:p>
      <w:r>
        <w:t>La fondatrice Yuda -San è un campo di prospettiva caldo e cordiale, ampio, una postura indispensabile per stare bene, con pensiero flessibile, il migliore, il giudizio più breve e la proposta in quel momento .。 "Il solutore" persegue sempre la produttivitàe lavoro di alta qualità.</w:t>
      </w:r>
    </w:p>
    <w:p>
      <w:r>
        <w:t>Il nome genitore degli amici di Niji "Goti". Professore di anime e geek manga. La persona stessa è un "tremendo uomo di pioggia". È anche l'origine della "pioggia".</w:t>
      </w:r>
    </w:p>
    <w:p>
      <w:r>
        <w:t>membro</w:t>
      </w:r>
    </w:p>
    <w:p>
      <w:r>
        <w:t>Tommy (@Tommynft9413)</w:t>
      </w:r>
    </w:p>
    <w:p>
      <w:r>
        <w:drawing>
          <wp:inline xmlns:a="http://schemas.openxmlformats.org/drawingml/2006/main" xmlns:pic="http://schemas.openxmlformats.org/drawingml/2006/picture">
            <wp:extent cx="3657600" cy="36576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57600"/>
                    </a:xfrm>
                    <a:prstGeom prst="rect"/>
                  </pic:spPr>
                </pic:pic>
              </a:graphicData>
            </a:graphic>
          </wp:inline>
        </w:drawing>
      </w:r>
    </w:p>
    <w:p>
      <w:r>
        <w:t>Il cervello della squadra</w:t>
      </w:r>
    </w:p>
    <w:p>
      <w:r>
        <w:t>Ha eliminato vari compiti di allenamento per l'adesione al team di soluzione senza difficoltà e ha ottenuto un risultato brillante, come la creazione di un flusso di diagnosi di progetto e l'utilizzo del questionario di notizie presto dopo l'adesione, ed è stato nominato "soluter" a una velocità insolita.</w:t>
      </w:r>
    </w:p>
    <w:p>
      <w:r>
        <w:t>Gli utenti di vari strumenti che utilizzano la tecnologia più recenti non solo sono utili per l'analisi e l'editing dei dati, ma vengono sempre aggiornati in anticipo sui tempi, come la creazione di blog, la creazione di lavori NFT, l'uso di CHATGPT, l'uso dell'IA e lo sviluppo di GPTS.HE ha accumulato Amolti risultati.</w:t>
      </w:r>
    </w:p>
    <w:p>
      <w:r>
        <w:t>Personalità silenziosa e delicata. È un artigiano non solo avere conoscenze e abilità diligenti e abbondanti, ma anche lavorare con un lavoro di alta qualità e di alta qualità con una concentrazione straordinaria. Il "figlio della tecnologia avanzata", dove puoi goderti nuovosfide con uno spirito uditivo.</w:t>
      </w:r>
    </w:p>
    <w:p>
      <w:r>
        <w:t>È anche un detentore del titolare (CNP, LLAC, APP), ha una profonda conoscenza di NFT e Crypto e ha un'alta alfabetizzazione.</w:t>
      </w:r>
    </w:p>
    <w:p>
      <w:r>
        <w:t>Istruttore del campo 🏕️</w:t>
      </w:r>
    </w:p>
    <w:p>
      <w:r>
        <w:t>membro</w:t>
      </w:r>
    </w:p>
    <w:p>
      <w:r>
        <w:t>Tyaki (@gocyxjjbaxgkuy)</w:t>
      </w:r>
    </w:p>
    <w:p>
      <w:r>
        <w:drawing>
          <wp:inline xmlns:a="http://schemas.openxmlformats.org/drawingml/2006/main" xmlns:pic="http://schemas.openxmlformats.org/drawingml/2006/picture">
            <wp:extent cx="3657600" cy="3778512"/>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778512"/>
                    </a:xfrm>
                    <a:prstGeom prst="rect"/>
                  </pic:spPr>
                </pic:pic>
              </a:graphicData>
            </a:graphic>
          </wp:inline>
        </w:drawing>
      </w:r>
    </w:p>
    <w:p>
      <w:r>
        <w:t>Rappresentante / articolo dei fan auto -pronunciati</w:t>
      </w:r>
    </w:p>
    <w:p>
      <w:r>
        <w:t>Il primo Dao a cui appartenevo fu Japandao, il primo NFT che ho acquistato fu un pass premium, il primo acquisto secondario fu Lantern, il primo secondo vendita fu Amatoè l'industria NFT NFT SPECIAL NFT. Lei tutte le conoscenze da "Japan Dao". Mainosamente responsabile della creazione manuale e della creazione di articoli.</w:t>
      </w:r>
    </w:p>
    <w:p>
      <w:r>
        <w:t>Nonostante le sue scarse conoscenze e abilità, lavora con "Japan Dao Love" come arma. Ha acquisito una grande esperienza con un caloroso supporto da due eccellenti soluzioni. "Rappresentante di fan del Giappone Dao".</w:t>
      </w:r>
    </w:p>
    <w:p>
      <w:r>
        <w:t>Uno zio guarito ogni giorno dai gatti.</w:t>
      </w:r>
    </w:p>
    <w:p>
      <w:r>
        <w:t>https://twitter.com/goxtyxjbaxtgkuy/status/ hyperlink "https://twitter.com/goxtyxjbaxtgkuy/status/1663050767840993280"166305076784093280</w:t>
      </w:r>
    </w:p>
    <w:p>
      <w:r>
        <w:t>Soluzione Team Walk</w:t>
      </w:r>
    </w:p>
    <w:p>
      <w:r>
        <w:drawing>
          <wp:inline xmlns:a="http://schemas.openxmlformats.org/drawingml/2006/main" xmlns:pic="http://schemas.openxmlformats.org/drawingml/2006/picture">
            <wp:extent cx="3657600" cy="203686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6867"/>
                    </a:xfrm>
                    <a:prstGeom prst="rect"/>
                  </pic:spPr>
                </pic:pic>
              </a:graphicData>
            </a:graphic>
          </wp:inline>
        </w:drawing>
      </w:r>
    </w:p>
    <w:p>
      <w:r>
        <w:t>2023 anni</w:t>
      </w:r>
    </w:p>
    <w:p>
      <w:r>
        <w:t>A gennaio</w:t>
      </w:r>
    </w:p>
    <w:p>
      <w:r>
        <w:t>La nuova posizione "Soltificer" e "Soluzione divisione"</w:t>
      </w:r>
    </w:p>
    <w:p>
      <w:r>
        <w:t>N. 1 "Rain" è diventato "Soltirer"</w:t>
      </w:r>
    </w:p>
    <w:p>
      <w:r>
        <w:t>Il n. 2 "Tyaki" è diventato "Soluzione"</w:t>
      </w:r>
    </w:p>
    <w:p>
      <w:r>
        <w:t>Installato la scatola di opinioni di tutti e raccogli opinioni</w:t>
      </w:r>
    </w:p>
    <w:p>
      <w:r>
        <w:t>Predecessor Nftlife Design di SmartPocket</w:t>
      </w:r>
    </w:p>
    <w:p>
      <w:r>
        <w:t>Febbraio a marzo</w:t>
      </w:r>
    </w:p>
    <w:p>
      <w:r>
        <w:t>Versione all'estero dell'opinione (modulo di Google) e raccogliere opinioni</w:t>
      </w:r>
    </w:p>
    <w:p>
      <w:r>
        <w:t>Implementazione dell'evento di reclutamento di ricchetti di pianificazione NFT Generative NFT</w:t>
      </w:r>
    </w:p>
    <w:p>
      <w:r>
        <w:t>aprile</w:t>
      </w:r>
    </w:p>
    <w:p>
      <w:r>
        <w:t>NFT Life Poster Style Illustration NFT Catch Copy Recruitment</w:t>
      </w:r>
    </w:p>
    <w:p>
      <w:r>
        <w:t>（NowayForm）</w:t>
      </w:r>
    </w:p>
    <w:p>
      <w:r>
        <w:t>Maggio</w:t>
      </w:r>
    </w:p>
    <w:p>
      <w:r>
        <w:t>NFT Life AirDropnft 1st Recruitment</w:t>
      </w:r>
    </w:p>
    <w:p>
      <w:r>
        <w:t>MANUTENZIONE FAQ (manuale pubblicato con immagine), manuale di AirDrop Premint (giorno, inglese, medio)</w:t>
      </w:r>
    </w:p>
    <w:p>
      <w:r>
        <w:t>Registrazione del team Canva</w:t>
      </w:r>
    </w:p>
    <w:p>
      <w:r>
        <w:t>Creare un programma di formazione</w:t>
      </w:r>
    </w:p>
    <w:p>
      <w:r>
        <w:t>"Tommy" è accolto come tirocinante Solister del team Kol Amaterasu</w:t>
      </w:r>
    </w:p>
    <w:p>
      <w:r>
        <w:t>Creazione di una raccolta di termini</w:t>
      </w:r>
    </w:p>
    <w:p>
      <w:r>
        <w:t>NFT Life AirDropnft 2nd Niji Catch Frase Recruitment</w:t>
      </w:r>
    </w:p>
    <w:p>
      <w:r>
        <w:t>Il logo "Solution Team" Mark è completato (Daruman -San Design)</w:t>
      </w:r>
    </w:p>
    <w:p>
      <w:r>
        <w:t>28 maggio "Solution Team" lanciato ufficialmente come dipartimento ufficiale</w:t>
      </w:r>
    </w:p>
    <w:p>
      <w:r>
        <w:t>Creazione del flusso di diagnosi del progetto</w:t>
      </w:r>
    </w:p>
    <w:p>
      <w:r>
        <w:t>Giugno</w:t>
      </w:r>
    </w:p>
    <w:p>
      <w:r>
        <w:t>NFT Life Manual Creation, Release (Day, English, Middle)</w:t>
      </w:r>
    </w:p>
    <w:p>
      <w:r>
        <w:t>Come "Tommy" n. 3 "Soltir"</w:t>
      </w:r>
    </w:p>
    <w:p>
      <w:r>
        <w:t>Survey on NFT Life pubblicato News (questionario bot)</w:t>
      </w:r>
    </w:p>
    <w:p>
      <w:r>
        <w:t>La pioggia è concessa un tiro "management team"</w:t>
      </w:r>
    </w:p>
    <w:p>
      <w:r>
        <w:t>Supporto radiofonico Japan Dao, pianificazione del quiz</w:t>
      </w:r>
    </w:p>
    <w:p>
      <w:r>
        <w:t>Il consiglio del coro detenuto</w:t>
      </w:r>
    </w:p>
    <w:p>
      <w:r>
        <w:t>Luglio</w:t>
      </w:r>
    </w:p>
    <w:p>
      <w:r>
        <w:t>N kore supporto locale (impostazione, vendite di prodotti, ecc.)</w:t>
      </w:r>
    </w:p>
    <w:p>
      <w:r>
        <w:t>NFT Life ha pubblicato l'aggregazione dei dati di raccolta, conferma, correzione, creazione di elenchi, avvio di lavori nell'app</w:t>
      </w:r>
    </w:p>
    <w:p>
      <w:r>
        <w:t>NFT NON INSERATO IL SUPPORTO CREATORE Supporto</w:t>
      </w:r>
    </w:p>
    <w:p>
      <w:r>
        <w:t>agosto</w:t>
      </w:r>
    </w:p>
    <w:p>
      <w:r>
        <w:t>Niji Friends Picture Book Manutenzione</w:t>
      </w:r>
    </w:p>
    <w:p>
      <w:r>
        <w:t>Rilascio di diagnosi del progetto</w:t>
      </w:r>
    </w:p>
    <w:p>
      <w:r>
        <w:t>NFT Life AirDropnft 2nd Kagura Catch Frase Recruitment</w:t>
      </w:r>
    </w:p>
    <w:p>
      <w:r>
        <w:t>settembre</w:t>
      </w:r>
    </w:p>
    <w:p>
      <w:r>
        <w:t>Implementazione della pianificazione del reclutamento dei nomi degli amici Niji</w:t>
      </w:r>
    </w:p>
    <w:p>
      <w:r>
        <w:t>ottobre</w:t>
      </w:r>
    </w:p>
    <w:p>
      <w:r>
        <w:t>Conservazione dei materiali Gestione DB, controllo del materiale, risparmio</w:t>
      </w:r>
    </w:p>
    <w:p>
      <w:r>
        <w:t>Japandao tutti i sostenitori dei progetti</w:t>
      </w:r>
    </w:p>
    <w:p>
      <w:r>
        <w:t>novembre</w:t>
      </w:r>
    </w:p>
    <w:p>
      <w:r>
        <w:t>Creazione manuale di accesso di Smapke Google</w:t>
      </w:r>
    </w:p>
    <w:p>
      <w:r>
        <w:t>Corso di design tenuto da Daruman -Sensei</w:t>
      </w:r>
    </w:p>
    <w:p>
      <w:r>
        <w:t>Smartphone Aggiungi la creazione del manuale domestico</w:t>
      </w:r>
    </w:p>
    <w:p>
      <w:r>
        <w:t>CHATGPT Research Avvia Diagnosi del progetto 3 Compatibile in linguaggio avviato</w:t>
      </w:r>
    </w:p>
    <w:p>
      <w:r>
        <w:t>Dicembre</w:t>
      </w:r>
    </w:p>
    <w:p>
      <w:r>
        <w:t>Tutti i membri Chatgpt Plus Registration</w:t>
      </w:r>
    </w:p>
    <w:p>
      <w:r>
        <w:t>Proposta di situazione di raccolta Pokemy (utilizzo di GPT)</w:t>
      </w:r>
    </w:p>
    <w:p>
      <w:r>
        <w:t>2024 anni</w:t>
      </w:r>
    </w:p>
    <w:p>
      <w:r>
        <w:t>Gennaio</w:t>
      </w:r>
    </w:p>
    <w:p>
      <w:r>
        <w:t>Blog del team di soluzione aperta</w:t>
      </w:r>
    </w:p>
    <w:p>
      <w:r>
        <w:t>Crea manuale SmartQueoke (blog e discordia)</w:t>
      </w:r>
    </w:p>
    <w:p>
      <w:r>
        <w:t>Nota Account Creation (Japandao, Smapoke)</w:t>
      </w:r>
    </w:p>
    <w:p>
      <w:r>
        <w:t>Febbraio</w:t>
      </w:r>
    </w:p>
    <w:p>
      <w:r>
        <w:t>Crea smartphone Appli -manual</w:t>
      </w:r>
    </w:p>
    <w:p>
      <w:r>
        <w:t>Partecipazione Premint -Point Dare Creazione manuale</w:t>
      </w:r>
    </w:p>
    <w:p>
      <w:r>
        <w:t>Tutto il supporto linguistico per il blog Japandao</w:t>
      </w:r>
    </w:p>
    <w:p>
      <w:r>
        <w:t>Creazione e pubblicazione degli articoli di nota integrata a un articolo di nota manuale</w:t>
      </w:r>
    </w:p>
    <w:p>
      <w:r>
        <w:t>Marzo</w:t>
      </w:r>
    </w:p>
    <w:p>
      <w:r>
        <w:t>Evento omaggio DB Creazione</w:t>
      </w:r>
    </w:p>
    <w:p>
      <w:r>
        <w:t>Lavorare su uno spazio sostenitore all'estero</w:t>
      </w:r>
    </w:p>
    <w:p>
      <w:r>
        <w:t>aprile</w:t>
      </w:r>
    </w:p>
    <w:p>
      <w:r>
        <w:t>Operazione del forum di pubblicazione dell'articolo è iniziata</w:t>
      </w:r>
    </w:p>
    <w:p>
      <w:r>
        <w:t>Nota Analisi Foglio di calcolo Creazione Nota Accesso SCOPO ANALISI</w:t>
      </w:r>
    </w:p>
    <w:p>
      <w:r>
        <w:t>Maggio</w:t>
      </w:r>
    </w:p>
    <w:p>
      <w:r>
        <w:t>Inizia a fornire GPT ad altri dipartimenti</w:t>
      </w:r>
    </w:p>
    <w:p>
      <w:r>
        <w:t>Anche ora, stiamo lavorando insieme a tre persone in base all'accurata gestione delle attività del leader e stiamo svolgendo vari compiti ogni giorno. Mentre variamo la priorità reciproca, come la casa, le attività principali e gli hobby, siamo stati attivi mentre siamo stati attiviDivertiti a noi stessi, utilizzando le reciproche specialità. È la migliore squadra che ama il Giappone dao con gli amici !!</w:t>
      </w:r>
    </w:p>
    <w:p>
      <w:r>
        <w:t>riepilogo</w:t>
      </w:r>
    </w:p>
    <w:p>
      <w:r>
        <w:t>Sembra molto tempo fa un anno fa. Sono davvero sorpreso dall'enorme evoluzione di questo mondo, o dal giapponese Dao.Japan Dao è affascinato dal giapponeDao, collaborando in squadra, ed è ora un amico importante che non ha sostituzione.</w:t>
      </w:r>
    </w:p>
    <w:p>
      <w:r>
        <w:t>Questo mondo è ancora come un sogno. Una vita straordinaria lontana dalla vera vita quotidiana come la casa e l'attività principale. Questa vita straordinaria è molto comoda. È davvero prezioso che si rispettano a vicenda, indipendentemente dal loro status, sesso, età eAspetto. Un nuovo io che puoi incontrare solo in questo mondo. Ciò che puoi fare è diffondersi solo in questo mondo. È davvero divertente e divertente.</w:t>
      </w:r>
    </w:p>
    <w:p>
      <w:r>
        <w:t>Per favore, non esitare a dire nulla se possiamo aiutarti. Fai la migliore esperienza insieme!</w:t>
      </w:r>
    </w:p>
    <w:p>
      <w:r>
        <w:t>Giappone Dao è il migliore !!</w:t>
      </w:r>
    </w:p>
    <w:p>
      <w:r>
        <w:t>Il finanziatore Yuda -San e il fondatore Daruman che ha creato e derivato questo meraviglioso mondo. I creatori del dipartimento editoriale, incluso l'orgoglio giapponese del Giappone, l'orgoglio del Giappone, la capacità della cascata. Mod Kyon, un dio della salvezza che non èseparati da chiunque.</w:t>
      </w:r>
    </w:p>
    <w:p>
      <w:r>
        <w:t>Se sei interessato al Giappone DAO, segui l'account ufficiale X con "Japan Dao Magazine".</w:t>
      </w:r>
    </w:p>
    <w:p>
      <w:r>
        <w:t>Account X ufficiale:</w:t>
      </w:r>
    </w:p>
    <w:p>
      <w:r>
        <w:t>Japandao https://tweter.com/japandaojp</w:t>
      </w:r>
    </w:p>
    <w:p>
      <w:r>
        <w:t>Smart Pocket https://x.com/smapocke</w:t>
      </w:r>
    </w:p>
    <w:p>
      <w:r>
        <w:t>Discord ufficiale:</w:t>
      </w:r>
    </w:p>
    <w:p>
      <w:r>
        <w:t>Japandao https://discord.com/invite/invite/invite/japandoo</w:t>
      </w:r>
    </w:p>
    <w:p>
      <w:r>
        <w:t>Smart Pocket https://discord.com/invite/smartpocket</w:t>
      </w:r>
    </w:p>
    <w:p>
      <w:r>
        <w:t>公式 riga https://page.line.me/ hyperlink "https://page.line.me/126bsagr?oat_content=urll&amp;openqrmodal&gt;= vero "bsagr? oat_content = url hyperlink" https://page.line.me/126bsagr?oat_content=urlg&amp;openqrmodal=true"&amp; hyperlink "https:/page.me.me/126bsagr?= vero</w:t>
      </w:r>
    </w:p>
    <w:p>
      <w:r>
        <w:br/>
        <w:t xml:space="preserve">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