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Smart Pocket Community Role (ROLL) Guida di acquisizione! Miriamo alla Supernova !!</w:t>
      </w:r>
    </w:p>
    <w:p>
      <w:r>
        <w:t>Ciao a tutti, nell'articolo precedente, abbiamo introdotto le attività "Domande e risposte" e "rumble" della comunità Smart Pocket Discord.L'hai letto più?</w:t>
      </w:r>
    </w:p>
    <w:p>
      <w:r>
        <w:t>All'evento di attività della comunità, il vincitore non solo vince premi, ma può anche ottenere un tiro come prova.</w:t>
      </w:r>
    </w:p>
    <w:p>
      <w:r>
        <w:t>Successivamente, introdurrò il tipo di tiri per le attività della comunità, quali condizioni possono essere ottenute e successivi benefici.</w:t>
      </w:r>
    </w:p>
    <w:p>
      <w:r>
        <w:t>All'inizio</w:t>
      </w:r>
    </w:p>
    <w:p>
      <w:r>
        <w:t>La comunità Smart Pocket è stata fondata nel settembre 2023.</w:t>
      </w:r>
    </w:p>
    <w:p>
      <w:r>
        <w:t>Al momento del lancio di Smapoke, mi sono registrato in Premint e ho guadagnato punti nel metodo AirDrop. Dopo che l'aggiornamento ha guadagnato punti partecipando all'evento, rendendo più facile l'operazione.</w:t>
      </w:r>
    </w:p>
    <w:p>
      <w:r>
        <w:t>All'inizio del 2024, sono state aggiunte nuove attività e funzioni per rendere la comunità più attiva. Ad esempio, check a livello, rombo, domande e risposte, ecc. In primo luogo, i premi sono stati in grado di vincere quando le condizioni sono state raggiunte,Ma nel maggio 2024 fu annunciata una nuova norma di rollio e i membri che avevano raggiunto le condizioni precedenti erano in grado di ri -acquisire i rotoli dedicati.</w:t>
      </w:r>
    </w:p>
    <w:p>
      <w:r>
        <w:t>Cos'è un tiro?</w:t>
      </w:r>
    </w:p>
    <w:p>
      <w:r>
        <w:t>Discord ha una varietà di funzioni di "rotoli", che danno accesso e funzioni speciali su canali specifici.</w:t>
      </w:r>
    </w:p>
    <w:p>
      <w:r>
        <w:t>La comunità Smart Pocket ha un meccanismo che ti consente di acquisire rotoli speciali partecipando attivamente alle attività.</w:t>
      </w:r>
    </w:p>
    <w:p>
      <w:r>
        <w:t>Utilizzando la funzione del ruolo della discordia, è possibile promuovere attività attive fornendo incentivi per i membri della comunità.</w:t>
      </w:r>
    </w:p>
    <w:p>
      <w:r>
        <w:t>Roll Introduzione</w:t>
      </w:r>
    </w:p>
    <w:p>
      <w:r>
        <w:t>Membro del contributo</w:t>
      </w:r>
    </w:p>
    <w:p>
      <w:r>
        <w:t>Introduzione di un ruolo che può essere ottenuto contribuendo all'attività della comunità discord.</w:t>
      </w:r>
    </w:p>
    <w:p>
      <w:r>
        <w:t>① ✅ Ttwinkle Star🌟</w:t>
      </w:r>
    </w:p>
    <w:p>
      <w:r>
        <w:t>Prova che ha raggiunto il livello 10 attivamente nella chat room della community di Discord di Smart Pocket</w:t>
      </w:r>
    </w:p>
    <w:p>
      <w:r>
        <w:t>(Acquisisci 1000 punti e Twinkle Star🌟 quando si raggiunge l'obiettivo di raggiungere il livello 10)</w:t>
      </w:r>
    </w:p>
    <w:p>
      <w:r>
        <w:drawing>
          <wp:inline xmlns:a="http://schemas.openxmlformats.org/drawingml/2006/main" xmlns:pic="http://schemas.openxmlformats.org/drawingml/2006/picture">
            <wp:extent cx="3657600" cy="20562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6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Alcuni sono ruoli che richiedono l'aggressiva e la pazienza dell'interazione della comunità e possono essere ottenuti in modo relativamente facilmente.canale.</w:t>
      </w:r>
    </w:p>
    <w:p>
      <w:r>
        <w:drawing>
          <wp:inline xmlns:a="http://schemas.openxmlformats.org/drawingml/2006/main" xmlns:pic="http://schemas.openxmlformats.org/drawingml/2006/picture">
            <wp:extent cx="3657600" cy="22565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565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Pertanto, è un modo per scambiare i messaggi nella comunità, non solo le chat room in ogni lingua, ma anche le attività di rumble ed eccitarli.</w:t>
      </w:r>
    </w:p>
    <w:p>
      <w:r>
        <w:t>* 1: dopo aver raggiunto l'obiettivo, inviare il portafoglio sul canale -level -10.1000 punti verranno inviati. (Il portafoglio deve completare il primo accesso dell'app Smart Pocket)</w:t>
      </w:r>
    </w:p>
    <w:p>
      <w:r>
        <w:t>* 2: Si prega di rispettare le norme della comunità e fare commenti moderati. È vietato dire "Equazione, pubblicità, frode, messaggi insignificanti, violazioni delle regole e l'atmosfera della comunità".</w:t>
      </w:r>
    </w:p>
    <w:p>
      <w:r>
        <w:t>② ✅intelligence Star🌟</w:t>
      </w:r>
    </w:p>
    <w:p>
      <w:r>
        <w:t>Prova che verrai assegnato all'attività di domande e risposte correttamente alle domande e risposte ed essere selezionato come vincitore</w:t>
      </w:r>
    </w:p>
    <w:p>
      <w:r>
        <w:t>(Il vincitore vince il premio 10usdt e la star dell'intelligence🌟)</w:t>
      </w:r>
    </w:p>
    <w:p>
      <w:r>
        <w:t>⇨ 📖 📖 🗓 🗓 🗓 🗓 🗓 🗓 🗓 🗓 🗓 🗓 🗓 🗓</w:t>
      </w:r>
    </w:p>
    <w:p>
      <w:r>
        <w:t>Data: ogni venerdì</w:t>
      </w:r>
    </w:p>
    <w:p>
      <w:r>
        <w:t>00 Tempo: 23: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515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51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Ciò richiede un livello che può essere studiato nel tempo e può rispondere durante le attività. Difficale dipende dal contenuto delle domande, dalla comprensione del progetto, dal grado di apprendimento, ecc.</w:t>
      </w:r>
    </w:p>
    <w:p>
      <w:r>
        <w:t>Pertanto, la difficoltà di acquisire un ruolo dipende anche dalla situazione di ogni persona e dell'attività. Se partecipi seriamente, di solito puoi ottenerlo facilmente, ma nel tempo questi tiri possono essere limitati.</w:t>
      </w:r>
    </w:p>
    <w:p>
      <w:r>
        <w:t>Di solito, un articolo sulla gamma di domande verrà pubblicato il giorno prima dell'evento. Se rispondi correttamente e sarai selezionato come vincitore, ti verranno assegnati premi e rotoli.</w:t>
      </w:r>
    </w:p>
    <w:p>
      <w:r>
        <w:t>Vedere quanto segue per i dettagli sulle attività di domande e risposte.</w:t>
      </w:r>
    </w:p>
    <w:p>
      <w:r>
        <w:t>https://note.com/japandaosolution/n/nf78c58c19093</w:t>
      </w:r>
    </w:p>
    <w:p>
      <w:r>
        <w:t>③ ✅ BATTLE STAR🌟</w:t>
      </w:r>
    </w:p>
    <w:p>
      <w:r>
        <w:t>Prova che verrai assegnato al vincitore a Rumble</w:t>
      </w:r>
    </w:p>
    <w:p>
      <w:r>
        <w:t>(Il vincitore ha vinto 500 punti o premi come 10 USDT e Battle Star🌟)</w:t>
      </w:r>
    </w:p>
    <w:p>
      <w:r>
        <w:t>⇨ ⚔ 🗓 🗓 🗓 🗓 🗓 🗓 🗓 🗓 🗓 🗓 🗓 🗓</w:t>
      </w:r>
    </w:p>
    <w:p>
      <w:r>
        <w:t>Data: ogni sabato, domenica</w:t>
      </w:r>
    </w:p>
    <w:p>
      <w:r>
        <w:t>00 Tempo: 23: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854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5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La partita durante l'attività viene eseguita automaticamente dal sistema e la possibilità di diventare un vincitore è fortunata come una lotteria, quindi la difficoltà di acquisire i rotoli è la più alta in tre attività e i tiri molto rari. Se hai l'opportunità,Partecipa molte volte e eccitati.</w:t>
      </w:r>
    </w:p>
    <w:p>
      <w:r>
        <w:t>Vedi quanto segue per i dettagli di Rumble.</w:t>
      </w:r>
    </w:p>
    <w:p>
      <w:r>
        <w:t>https://note.com/japandaosolution/n/nc2d3ae603c8b</w:t>
      </w:r>
    </w:p>
    <w:p>
      <w:r>
        <w:t>④ ✅supernova🌟</w:t>
      </w:r>
    </w:p>
    <w:p>
      <w:r>
        <w:t>Se hai tutti i ruoli al di sotto dei tre risultati della corona, Supernova 🌟 verrà assegnato come un ruolo onorario.</w:t>
      </w:r>
    </w:p>
    <w:p>
      <w:r>
        <w:t>Twinkle Star🌟</w:t>
      </w:r>
    </w:p>
    <w:p>
      <w:r>
        <w:t>Star dell'intelligence🌟</w:t>
      </w:r>
    </w:p>
    <w:p>
      <w:r>
        <w:t>Battle Star🌟</w:t>
      </w:r>
    </w:p>
    <w:p>
      <w:r>
        <w:drawing>
          <wp:inline xmlns:a="http://schemas.openxmlformats.org/drawingml/2006/main" xmlns:pic="http://schemas.openxmlformats.org/drawingml/2006/picture">
            <wp:extent cx="3657600" cy="31882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882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È un tiro molto raro con solo sette persone nei primi giorni.</w:t>
      </w:r>
    </w:p>
    <w:p>
      <w:r>
        <w:t>Normalmente, più difficili, rari e meno membri, più profitti e benefici che puoi godere.</w:t>
      </w:r>
    </w:p>
    <w:p>
      <w:r>
        <w:t>* Circa 1 su 3.000 persone hanno guadagnato questo tiro mentre il numero di comunità supera i 21.000 (a partire dal giugno 2024).</w:t>
      </w:r>
    </w:p>
    <w:p>
      <w:r>
        <w:t>Membro generale</w:t>
      </w:r>
    </w:p>
    <w:p>
      <w:r>
        <w:t>Successivamente, introdurrò un ruolo che i membri generali possono acquisire.</w:t>
      </w:r>
    </w:p>
    <w:p>
      <w:r>
        <w:t>✅ Verifica</w:t>
      </w:r>
    </w:p>
    <w:p>
      <w:r>
        <w:t>La funzione della comunità verrà aperta dopo il completamento dell'autenticazione</w:t>
      </w:r>
    </w:p>
    <w:p>
      <w:r>
        <w:t>✅ e</w:t>
      </w:r>
    </w:p>
    <w:p>
      <w:r>
        <w:t>Prova dei primi partecipanti. Il canale OG di acquisizione è stato chiuso il 15 novembre 2023, quindi i successivi membri della comunità non possono ottenere l'OG.</w:t>
      </w:r>
    </w:p>
    <w:p>
      <w:r>
        <w:t>✅sp Family</w:t>
      </w:r>
    </w:p>
    <w:p>
      <w:r>
        <w:t>Prova che ami questa comunità</w:t>
      </w:r>
    </w:p>
    <w:p>
      <w:r>
        <w:t>✅server booster</w:t>
      </w:r>
    </w:p>
    <w:p>
      <w:r>
        <w:t>Server Improvement.Onblocca i vantaggi di gruppo appena migliorati del server selezionato tramite la spinta del server ogni mese (può richiedere un abbonamento a pagamento).</w:t>
      </w:r>
    </w:p>
    <w:p>
      <w:r>
        <w:t>Membro di gestione</w:t>
      </w:r>
    </w:p>
    <w:p>
      <w:r>
        <w:t>Presentazione del ruolo del team di gestione della comunità.</w:t>
      </w:r>
    </w:p>
    <w:p>
      <w:r>
        <w:t>✅Admin</w:t>
      </w:r>
    </w:p>
    <w:p>
      <w:r>
        <w:t>Fondatore di Pocket Smart</w:t>
      </w:r>
    </w:p>
    <w:p>
      <w:r>
        <w:t>✅agent</w:t>
      </w:r>
    </w:p>
    <w:p>
      <w:r>
        <w:t>Smart Pocket No.2 Fondatore Assistente</w:t>
      </w:r>
    </w:p>
    <w:p>
      <w:r>
        <w:t>✅support</w:t>
      </w:r>
    </w:p>
    <w:p>
      <w:r>
        <w:t>Assistente del membro del Core del Giappone</w:t>
      </w:r>
    </w:p>
    <w:p>
      <w:r>
        <w:t>✅Hed Supporter</w:t>
      </w:r>
    </w:p>
    <w:p>
      <w:r>
        <w:t>Leader di sostenitore</w:t>
      </w:r>
    </w:p>
    <w:p>
      <w:r>
        <w:t>Sostenitore assistente</w:t>
      </w:r>
    </w:p>
    <w:p>
      <w:r>
        <w:t>Assistente leader</w:t>
      </w:r>
    </w:p>
    <w:p>
      <w:r>
        <w:t>✅ sostenitore del linguaggio</w:t>
      </w:r>
    </w:p>
    <w:p>
      <w:r>
        <w:t>Assistente di gestione dei membri core d'oltremare</w:t>
      </w:r>
    </w:p>
    <w:p>
      <w:r>
        <w:t>✅Creater</w:t>
      </w:r>
    </w:p>
    <w:p>
      <w:r>
        <w:t>Smart Pocket Creator</w:t>
      </w:r>
    </w:p>
    <w:p>
      <w:r>
        <w:t>✅Event Planner</w:t>
      </w:r>
    </w:p>
    <w:p>
      <w:r>
        <w:t>Pianificazione e funzionamento degli eventi</w:t>
      </w:r>
    </w:p>
    <w:p>
      <w:r>
        <w:t>✅solutioner</w:t>
      </w:r>
    </w:p>
    <w:p>
      <w:r>
        <w:t>Gestione del database, creazione di blog manuali, cooperazione delle applicazioni, ecc.</w:t>
      </w:r>
    </w:p>
    <w:p>
      <w:r>
        <w:t>Puoi controllare il rotolo nella stanza#✅role nella discordia tascabile.</w:t>
      </w:r>
    </w:p>
    <w:p>
      <w:r>
        <w:drawing>
          <wp:inline xmlns:a="http://schemas.openxmlformats.org/drawingml/2006/main" xmlns:pic="http://schemas.openxmlformats.org/drawingml/2006/picture">
            <wp:extent cx="3657600" cy="249500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50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riepilogo</w:t>
      </w:r>
    </w:p>
    <w:p>
      <w:r>
        <w:t>Presentazione dei rotoli della comunità Smart Pocket Discord.</w:t>
      </w:r>
    </w:p>
    <w:p>
      <w:r>
        <w:t>Oltre ai membri generali e ai team operativi, i membri che partecipano attivamente alla comunità hanno la possibilità di ottenere un ruolo dedicato.</w:t>
      </w:r>
    </w:p>
    <w:p>
      <w:r>
        <w:t>Col passare del tempo, in futuro potrebbero essere aggiunte nuove attività e rotoli NFT.</w:t>
      </w:r>
    </w:p>
    <w:p>
      <w:r>
        <w:t>Continuare a partecipare alle attività del progetto e l'acquisizione di questi tiri aumenterà i benefici futuri.</w:t>
      </w:r>
    </w:p>
    <w:p>
      <w:r>
        <w:t>Se sei interessato a Smart Pocket, segui e sciare per "Smapke Magazine".</w:t>
      </w:r>
    </w:p>
    <w:p>
      <w:r>
        <w:t>Account ufficiale X: https: //twitter.com/smapocket</w:t>
      </w:r>
    </w:p>
    <w:p>
      <w:r>
        <w:t>Discord ufficiale: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