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Qual è la guida facile che anche i principianti possono capire</w:t>
      </w:r>
    </w:p>
    <w:p>
      <w:r>
        <w:t>Ciao la famiglia Japan Dao ☆</w:t>
      </w:r>
    </w:p>
    <w:p>
      <w:r>
        <w:t>Questa volta, vorrei esplorare "NFT" che sento spesso di recente, ma non capisco bene con te.</w:t>
      </w:r>
    </w:p>
    <w:p>
      <w:r>
        <w:t>Anche se non hai mai toccato NFT, va bene.</w:t>
      </w:r>
    </w:p>
    <w:p>
      <w:r>
        <w:t>Se leggi questo articolo, puoi vedere le basi di NFT!</w:t>
      </w:r>
    </w:p>
    <w:p>
      <w:r>
        <w:t>Inoltre, dopo aver conosciuto il fascino di NFT, dai un'occhiata al mondo del Giappone Dao!</w:t>
      </w:r>
    </w:p>
    <w:p>
      <w:r>
        <w:t>https://note.com/japandaosolution/n/n68c1767971a9</w:t>
      </w:r>
    </w:p>
    <w:p>
      <w:r>
        <w:t>Cosa è abbreviato NFT?</w:t>
      </w:r>
    </w:p>
    <w:p>
      <w:r>
        <w:t>Prima di tutto, la base delle basi! NFT è un'abbreviazione per il "token non fungibile". In giapponese, è un "token uniforme". Sembra un po 'difficile. Ma non preoccuparti.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La semplice storia di NFT</w:t>
      </w:r>
    </w:p>
    <w:p>
      <w:r>
        <w:t>Anno 2014:</w:t>
      </w:r>
    </w:p>
    <w:p>
      <w:r>
        <w:t>Il primo NFT "Quantum" è nato</w:t>
      </w:r>
    </w:p>
    <w:p>
      <w:r>
        <w:t>2017:</w:t>
      </w:r>
    </w:p>
    <w:p>
      <w:r>
        <w:t>I criptopunchi sembrano mostrare il potenziale dell'arte NFT</w:t>
      </w:r>
    </w:p>
    <w:p>
      <w:r>
        <w:t>Colpisce le criptokitties e la consapevolezza generale di NFT è aumentata</w:t>
      </w:r>
    </w:p>
    <w:p>
      <w:r>
        <w:t>2021:</w:t>
      </w:r>
    </w:p>
    <w:p>
      <w:r>
        <w:t>Il mercato NFT cresce esplosivo</w:t>
      </w:r>
    </w:p>
    <w:p>
      <w:r>
        <w:t>Il lavoro del segnale acustico è stato assegnato per circa 6,9 miliardi di yen, rendendolo un grande argomento</w:t>
      </w:r>
    </w:p>
    <w:p>
      <w:r>
        <w:t>Ora:</w:t>
      </w:r>
    </w:p>
    <w:p>
      <w:r>
        <w:t>Utilizzato in vari campi come arte, giochi, musica</w:t>
      </w:r>
    </w:p>
    <w:p>
      <w:r>
        <w:t>Nuove possibilità stanno esplorando con l'evoluzione della tecnologia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Caratteristiche NFT: un solo e solo risorse digitali</w:t>
      </w:r>
    </w:p>
    <w:p>
      <w:r>
        <w:t>La più grande caratteristica di NFT è che sono "unici". Ad esempio, il conto di 10.000 anni è lo stesso, indipendentemente da chi lo ha. Questo si chiama "alternativa".</w:t>
      </w:r>
    </w:p>
    <w:p>
      <w:r>
        <w:t>D'altra parte, NFT è speciale al mondo. Puoi "possedere" cose insostituibili, come le foto dei tuoi ricordi e le opere limitate dei tuoi artisti preferiti nel mondo digitale.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Background tecnico di NFT: Potenza della blockchain</w:t>
      </w:r>
    </w:p>
    <w:p>
      <w:r>
        <w:t>NFT si basa sulla tecnologia blockchain. La blockchain è una tecnologia che distribuisce e conserva i dati, rendendo estremamente difficile falsificare.</w:t>
      </w:r>
    </w:p>
    <w:p>
      <w:r>
        <w:t>Queste caratteristiche garantiscono che l'unica natura e proprietà degli NFT NFT.Many sono creati sulla blockchain chiamata Ethereum, ma puoi anche creare NFT con altre blockchain.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Utilizzo di NFT: arte, giochi e ...</w:t>
      </w:r>
    </w:p>
    <w:p>
      <w:r>
        <w:t>NFT è usato in vari campi.</w:t>
      </w:r>
    </w:p>
    <w:p>
      <w:r>
        <w:t>Per esempio:</w:t>
      </w:r>
    </w:p>
    <w:p>
      <w:r>
        <w:t>Arte digitale: puoi acquistare opere digitali di artisti famosi come NFT.</w:t>
      </w:r>
    </w:p>
    <w:p>
      <w:r>
        <w:t>Gioco: trasformando oggetti e personaggi nel gioco in NFT, puoi davvero possederli.</w:t>
      </w:r>
    </w:p>
    <w:p>
      <w:r>
        <w:t>Musica: biglietti in diretta emessa come NFT (Ticketnft) e ha fornito l'accesso ai contenuti di fan in NFT</w:t>
      </w:r>
    </w:p>
    <w:p>
      <w:r>
        <w:t>Collezionabile: carte commerciali digitali e articoli limitati.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Valore NFT: perché vale la pena NFT?</w:t>
      </w:r>
    </w:p>
    <w:p>
      <w:r>
        <w:t>Il valore di NFT deriva principalmente dai seguenti fattori:</w:t>
      </w:r>
    </w:p>
    <w:p>
      <w:r>
        <w:t>Raro: il valore di essere "solo" nel mondo digitale</w:t>
      </w:r>
    </w:p>
    <w:p>
      <w:r>
        <w:t>Certificazione: prova di proprietà di Blockchain</w:t>
      </w:r>
    </w:p>
    <w:p>
      <w:r>
        <w:t>Comunità: il valore della comunità formata tramite NFT</w:t>
      </w:r>
    </w:p>
    <w:p>
      <w:r>
        <w:t>Utilità: diritti speciali e funzioni fornite ai titolari di NFT</w:t>
      </w:r>
    </w:p>
    <w:p>
      <w:r>
        <w:t>Marchio: valore del marchio di artisti e aziende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Merit: buono sia per i venditori che per gli acquirenti!</w:t>
      </w:r>
    </w:p>
    <w:p>
      <w:r>
        <w:t>NFT ha il vantaggio sia del venditore che dell'acquirente.</w:t>
      </w:r>
    </w:p>
    <w:p>
      <w:r>
        <w:t>Seller:</w:t>
      </w:r>
    </w:p>
    <w:p>
      <w:r>
        <w:t>Puoi determinare direttamente il valore del tuo lavoro</w:t>
      </w:r>
    </w:p>
    <w:p>
      <w:r>
        <w:t>È possibile ottenere un profitto nella distribuzione secondaria</w:t>
      </w:r>
    </w:p>
    <w:p>
      <w:r>
        <w:t>Lato acquirente:</w:t>
      </w:r>
    </w:p>
    <w:p>
      <w:r>
        <w:t>Garantito per essere reale</w:t>
      </w:r>
    </w:p>
    <w:p>
      <w:r>
        <w:t>Diventa un vero "proprietario" delle risorse digitali</w:t>
      </w:r>
    </w:p>
    <w:p>
      <w:r>
        <w:t>Come acquistare NFT: facile anche per i principianti!</w:t>
      </w:r>
    </w:p>
    <w:p>
      <w:r>
        <w:t>L'acquisto di NFT è più facile del previsto. Il flusso di base è così:</w:t>
      </w:r>
    </w:p>
    <w:p>
      <w:r>
        <w:t>Preparare un portafoglio in valuta virtuale (raccomandato da Metamask)</w:t>
      </w:r>
    </w:p>
    <w:p>
      <w:r>
        <w:t>Acquista valuta virtuale (spesso usa Ethereum)</w:t>
      </w:r>
    </w:p>
    <w:p>
      <w:r>
        <w:t>Trova l'NFT che desideri nel mercato NFT (Opensea, ecc.)</w:t>
      </w:r>
    </w:p>
    <w:p>
      <w:r>
        <w:t>Acquistare!</w:t>
      </w:r>
    </w:p>
    <w:p>
      <w:r>
        <w:t>Tuttavia, si consiglia di iniziare con una piccola quantità per la prima volta.</w:t>
      </w:r>
    </w:p>
    <w:p>
      <w:r>
        <w:t>Punti da notare: NFT ha anche insidie</w:t>
      </w:r>
    </w:p>
    <w:p>
      <w:r>
        <w:t>NFT ha molte possibilità, ma ci sono anche punti da notare:</w:t>
      </w:r>
    </w:p>
    <w:p>
      <w:r>
        <w:t>Le fluttuazioni dei prezzi possono essere gravi</w:t>
      </w:r>
    </w:p>
    <w:p>
      <w:r>
        <w:t>Devi stare attento a frode e falso</w:t>
      </w:r>
    </w:p>
    <w:p>
      <w:r>
        <w:t>Alcune persone sono preoccupate per l'impatto sull'ambiente</w:t>
      </w:r>
    </w:p>
    <w:p>
      <w:r>
        <w:t>Dopo aver compreso questi rischi, è importante divertirsi e saggiamente con NFT.</w:t>
      </w:r>
    </w:p>
    <w:p>
      <w:r>
        <w:t>Prospettive future di NFT: ulteriore potenziale</w:t>
      </w:r>
    </w:p>
    <w:p>
      <w:r>
        <w:t>Il mondo NFT si sta evolvendo ogni giorno. Come previsto in futuro:</w:t>
      </w:r>
    </w:p>
    <w:p>
      <w:r>
        <w:t>Cooperazione tra attività del mondo reale e NFT (ad es. NFT per i diritti immobiliari)</w:t>
      </w:r>
    </w:p>
    <w:p>
      <w:r>
        <w:t>Ampliamento dell'utilizzo nei metaver</w:t>
      </w:r>
    </w:p>
    <w:p>
      <w:r>
        <w:t>Sviluppo di metodi di creazione NFT più rispettosi dell'ambiente</w:t>
      </w:r>
    </w:p>
    <w:p>
      <w:r>
        <w:t>Aspetto di nuovi modelli di business che utilizzano NFT</w:t>
      </w:r>
    </w:p>
    <w:p>
      <w:r>
        <w:t>Glossario: termini principali correlati a NFT</w:t>
      </w:r>
    </w:p>
    <w:p>
      <w:r>
        <w:t>Mint: creare e emettere risorse digitali come NFTS su blockchain</w:t>
      </w:r>
    </w:p>
    <w:p>
      <w:r>
        <w:t>Commissione del gas: commissioni per la negoziazione sulla blockchain</w:t>
      </w:r>
    </w:p>
    <w:p>
      <w:r>
        <w:t>Portafoglio: portafoglio per archiviare la valuta virtuale e la NFT</w:t>
      </w:r>
    </w:p>
    <w:p>
      <w:r>
        <w:t>PFP (immagine del profilo): NFT usato come immagini del profilo SNS</w:t>
      </w:r>
    </w:p>
    <w:p>
      <w:r>
        <w:t>SBT (token legato all'anima): NFT che non può essere trasferito o acquistato e venduto</w:t>
      </w:r>
    </w:p>
    <w:p>
      <w:r>
        <w:t>riepilogo</w:t>
      </w:r>
    </w:p>
    <w:p>
      <w:r>
        <w:t>NFT è una tecnologia innovativa che porta il concetto di "uniformità" e "proprietà" nel mondo digitale.art, musica, giochi ... utilizzati in vari campi per creare nuove possibilità.</w:t>
      </w:r>
    </w:p>
    <w:p>
      <w:r>
        <w:t>All'inizio può sembrare difficile, ma se approfondisci la tua comprensione passo dopo passo, troverai sicuramente un nuovo divertimento.</w:t>
      </w:r>
    </w:p>
    <w:p>
      <w:r>
        <w:t>Se sei interessato al Giappone DAO, segui e sciare per "Japan Dao Magazine".</w:t>
      </w:r>
    </w:p>
    <w:p>
      <w:r>
        <w:t>Account X ufficiale: https: //twitter.com/japannftmuseum</w:t>
      </w:r>
    </w:p>
    <w:p>
      <w:r>
        <w:t>Discord ufficiale: https://discord.com/invite/japandao</w:t>
      </w:r>
    </w:p>
    <w:p>
      <w:r>
        <w:t>Formula Instagram: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