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"Shibukawa / Ikaho Digital Member Card Vol.1" sarà venduto il 29 giugno 2024!</w:t>
      </w:r>
    </w:p>
    <w:p>
      <w:r>
        <w:t>Ciao, questa famiglia Japan Dao!</w:t>
      </w:r>
    </w:p>
    <w:p>
      <w:r>
        <w:t>Questa volta consegneremo le grandi notizie speciali per te.</w:t>
      </w:r>
    </w:p>
    <w:p>
      <w:r>
        <w:t>La Shibukawa Ikaho Onsen Tourism Association e la Convex Co., Ltd. parteciperanno al progetto locale e il mondo sarà trasmesso al mondo all'attrattiva di Ikaho Onsen, Prefettura di Gunma.</w:t>
      </w:r>
    </w:p>
    <w:p>
      <w:r>
        <w:t>Come parte di ciò, "Shibukawa / Ikaho Digital Apponing Card" NFT apparirà! Giappone Dao è responsabile di questo design del personaggio NFT.</w:t>
      </w:r>
    </w:p>
    <w:p>
      <w:r>
        <w:t>Panoramica</w:t>
      </w:r>
    </w:p>
    <w:p>
      <w:r>
        <w:t>"Shibukawa / Ikaho Digital Member Card Vol. 1" NFT può ricevere vari vantaggi come sconti sulle commissioni di bagno per Ikaho Open -Air Bath presentando servizi turistici e ristoranti di Ikaho Onsen.</w:t>
      </w:r>
    </w:p>
    <w:p>
      <w:r>
        <w:t>La piattaforma "Dosi" di Line Next sarà venduta.</w:t>
      </w:r>
    </w:p>
    <w:p>
      <w:r>
        <w:drawing>
          <wp:inline xmlns:a="http://schemas.openxmlformats.org/drawingml/2006/main" xmlns:pic="http://schemas.openxmlformats.org/drawingml/2006/picture">
            <wp:extent cx="3657600" cy="190195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019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Inoltre, il design del personaggio utilizza tre personaggi che appaiono nel famoso progetto Japan Dao "Kagura".</w:t>
      </w:r>
    </w:p>
    <w:p>
      <w:r>
        <w:t>Se vuoi saperne di più su Kagura o per la prima volta, consulta questo articolo.</w:t>
      </w:r>
    </w:p>
    <w:p>
      <w:r>
        <w:t>https://note.com/japandaosolution/n/na2004b0b81ab</w:t>
      </w:r>
    </w:p>
    <w:p>
      <w:r>
        <w:t>https://note.com/japandaosolution/n/n14402a810a8e</w:t>
      </w:r>
    </w:p>
    <w:p>
      <w:r>
        <w:t>Contesto della collaborazione con Ikaho Onsen Tourism Association</w:t>
      </w:r>
    </w:p>
    <w:p>
      <w:r>
        <w:t>Ikaho Onsen è uno dei principali punti turistici del Giappone con un buon accesso dalla zona metropolitana di Tokyo. Shibukawa City sta promuovendo la trasformazione digitale turistica (DX) ed è adatto per la promozione turistica usando NFT.</w:t>
      </w:r>
    </w:p>
    <w:p>
      <w:r>
        <w:t>Il Giappone DAO lavora con la Ikaho Onsen Tourism Association per rivitalizzare la regione per massimizzare il fascino della regione.</w:t>
      </w:r>
    </w:p>
    <w:p>
      <w:r>
        <w:t>Fai clic qui per l'account X ufficiale di Shibukawa Ikaho Onsen Tourism Association</w:t>
      </w:r>
    </w:p>
    <w:p>
      <w:r>
        <w:t>https://twitter.com/ikahoonnsenn</w:t>
      </w:r>
    </w:p>
    <w:p>
      <w:r>
        <w:drawing>
          <wp:inline xmlns:a="http://schemas.openxmlformats.org/drawingml/2006/main" xmlns:pic="http://schemas.openxmlformats.org/drawingml/2006/picture">
            <wp:extent cx="3657600" cy="250143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0143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Informazioni su Shibukawa / Ikaho Digital Member Card Sales Information</w:t>
      </w:r>
    </w:p>
    <w:p>
      <w:r>
        <w:t>Inizio delle vendite: sabato 29 giugno 2024 12:00</w:t>
      </w:r>
    </w:p>
    <w:p>
      <w:r>
        <w:t>Fine della vendita: 12:00 lunedì 30 settembre 2024</w:t>
      </w:r>
    </w:p>
    <w:p>
      <w:r>
        <w:t>Prezzo: $ 12 (circa 1.900 yen)</w:t>
      </w:r>
    </w:p>
    <w:p>
      <w:r>
        <w:t>Canale di vendita: Commercio digitale "Dosi"</w:t>
      </w:r>
    </w:p>
    <w:p>
      <w:r>
        <w:t>Vendite: 300 pezzi limitati</w:t>
      </w:r>
    </w:p>
    <w:p>
      <w:r>
        <w:t>Design: venduto casualmente da 3 tipi di motivi (un punto con numero di serie)</w:t>
      </w:r>
    </w:p>
    <w:p>
      <w:r>
        <w:drawing>
          <wp:inline xmlns:a="http://schemas.openxmlformats.org/drawingml/2006/main" xmlns:pic="http://schemas.openxmlformats.org/drawingml/2006/picture">
            <wp:extent cx="3657600" cy="1068512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685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Clicca qui per il collegamento della pagina di acquisto</w:t>
      </w:r>
    </w:p>
    <w:p>
      <w:r>
        <w:t>https://market.store.dosi.world/ja-JP/1st_sale/sales/40318/</w:t>
      </w:r>
    </w:p>
    <w:p>
      <w:r>
        <w:t>Strutture e vantaggi partner</w:t>
      </w:r>
    </w:p>
    <w:p>
      <w:r>
        <w:t>Presentando la scheda di abbonamento digitale Shibukawa / Ikaho ", è possibile ricevere benefici in varie strutture nell'area di Ikaho Onsen. I dati includono tasse per il bagno, sconti su commissioni di ammissione, sconti e regali nei ristoranti.</w:t>
      </w:r>
    </w:p>
    <w:p>
      <w:r>
        <w:t>Le strutture affiliate includono Ikaho Ryoko, Yumeji Takehisa Ikaho Memorial, Hara Museum Arc, Cafe, General Store e Bathing.</w:t>
      </w:r>
    </w:p>
    <w:p>
      <w:r>
        <w:t>È possibile controllare i dettagli dei vantaggi e dell'elenco delle strutture affiliate dal link seguente.</w:t>
      </w:r>
    </w:p>
    <w:p>
      <w:r>
        <w:t>https://www.google.com/maps/d/edit?mid=1LINMrLa6cHlL1hEaEbnnWYt5NvWhCQo&amp;usp=sharing</w:t>
      </w:r>
    </w:p>
    <w:p>
      <w:r>
        <w:t>* I benefici sono soggetti a modifiche senza preavviso.</w:t>
      </w:r>
    </w:p>
    <w:p>
      <w:r>
        <w:t>* Il periodo di utilizzo dei benefici è previsto per il 15 luglio 2024 al 31 dicembre 2024. Nuova benefici saranno forniti dopo il 2025.</w:t>
      </w:r>
    </w:p>
    <w:p>
      <w:r>
        <w:t>* I vantaggi possono essere utilizzati solo una volta per struttura durante il periodo sopra.</w:t>
      </w:r>
    </w:p>
    <w:p>
      <w:r>
        <w:t>Come utilizzare "Certificato di abbonamento digitale Shibukawa / Ikaho"</w:t>
      </w:r>
    </w:p>
    <w:p>
      <w:r>
        <w:t>Acquistiamo "scheda di abbonamento digitale Shibukawa / Ikaho" a Dosi.</w:t>
      </w:r>
    </w:p>
    <w:p>
      <w:r>
        <w:t>Leggi il codice QR installato nella struttura affiliata sul tuo smartphone.</w:t>
      </w:r>
    </w:p>
    <w:p>
      <w:r>
        <w:t>Presenta lo schermo dello smartphone al personale della struttura.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Puoi ricevere facilmente benefici!</w:t>
      </w:r>
    </w:p>
    <w:p>
      <w:r>
        <w:t>Cos'è Dosi?</w:t>
      </w:r>
    </w:p>
    <w:p>
      <w:r>
        <w:t>Dosi è un mercato globale in grado di scambiare facilmente preziosi articoli digitali.</w:t>
      </w:r>
    </w:p>
    <w:p>
      <w:r>
        <w:t>Facile accedere con un account di riga o un account SNS</w:t>
      </w:r>
    </w:p>
    <w:p>
      <w:r>
        <w:t>È possibile acquistare articoli utilizzando una carta di credito o una paga di linea</w:t>
      </w:r>
    </w:p>
    <w:p>
      <w:r>
        <w:t>Puoi scambiare non solo in Giappone ma anche per i marchi globali</w:t>
      </w:r>
    </w:p>
    <w:p>
      <w:r>
        <w:t>Come aprire un account "dosi"</w:t>
      </w:r>
    </w:p>
    <w:p>
      <w:r>
        <w:t>https://dosi-jp.landpress.line.me/userguide_account</w:t>
      </w:r>
    </w:p>
    <w:p>
      <w:r>
        <w:t>Come acquistare NFT</w:t>
      </w:r>
    </w:p>
    <w:p>
      <w:r>
        <w:t>https://dosi-jp.landpress.line.me/userguide_purchase</w:t>
      </w:r>
    </w:p>
    <w:p>
      <w:r>
        <w:t>New development of Amakomi (manga)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"Ikaho Onsen Extra" sarà rilasciato all'Amakomi nella serie!</w:t>
      </w:r>
    </w:p>
    <w:p>
      <w:r>
        <w:t>"Amakomi" è una serie manga a quattro cornici molto popolare nel giugno 2024 ed è stata serializzata fino all'episodio 26.</w:t>
      </w:r>
    </w:p>
    <w:p>
      <w:r>
        <w:t>Nell'edizione extra di Ikaho Onsen, verranno disegnati una scena in cui puoi goderti la città delle isole e i caldi panini primaverili di punti turistici.</w:t>
      </w:r>
    </w:p>
    <w:p>
      <w:r>
        <w:t>Il manga nella serializzazione può essere letto gratuitamente da qui.</w:t>
      </w:r>
    </w:p>
    <w:p>
      <w:r>
        <w:t>https://amato-official.com/manga</w:t>
      </w:r>
    </w:p>
    <w:p>
      <w:r>
        <w:t>riepilogo</w:t>
      </w:r>
    </w:p>
    <w:p>
      <w:r>
        <w:t>"Shibukawa / Ikaho Digital Member Vol. 1" NFT consente non solo benefici nelle strutture turistiche e nei ristoranti, ma gode anche del design creativo del Giappone DAO.</w:t>
      </w:r>
    </w:p>
    <w:p>
      <w:r>
        <w:t>Le vendite dovrebbero iniziare il 29 giugno 2024, quindi dai un'occhiata.</w:t>
      </w:r>
    </w:p>
    <w:p>
      <w:r>
        <w:t>Se sei interessato al Giappone DAO, segui e sciare per "Japan Dao Magazine".</w:t>
      </w:r>
    </w:p>
    <w:p>
      <w:r>
        <w:t>Account X ufficiale: https: //twitter.com/japannftmuseum</w:t>
      </w:r>
    </w:p>
    <w:p>
      <w:r>
        <w:t>Discord ufficiale: https://discord.com/invite/japandao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