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Apa itu nft? Panduan mudah yang bahkan bisa dipahami oleh pemula</w:t>
      </w:r>
    </w:p>
    <w:p>
      <w:r>
        <w:t>Halo keluarga jepang dao ☆</w:t>
      </w:r>
    </w:p>
    <w:p>
      <w:r>
        <w:t>Kali ini, saya ingin menjelajahi "NFT" yang sering saya dengar baru -baru ini tetapi saya tidak mengerti dengan baik dengan Anda.</w:t>
      </w:r>
    </w:p>
    <w:p>
      <w:r>
        <w:t>Bahkan jika Anda tidak pernah menyentuh NFT, tidak apa -apa.</w:t>
      </w:r>
    </w:p>
    <w:p>
      <w:r>
        <w:t>Jika Anda membaca artikel ini, Anda dapat melihat dasar -dasar NFT!</w:t>
      </w:r>
    </w:p>
    <w:p>
      <w:r>
        <w:t>Selain itu, setelah mengetahui daya tarik NFT, silakan lihat dunia Japan Dao!</w:t>
      </w:r>
    </w:p>
    <w:p>
      <w:r>
        <w:t>https://note.com/japandaosolution/n/n68c1767971a9</w:t>
      </w:r>
    </w:p>
    <w:p>
      <w:r>
        <w:t>Apa yang disingkat NFT?</w:t>
      </w:r>
    </w:p>
    <w:p>
      <w:r>
        <w:t>Pertama-tama, dasar dari dasar-dasarnya! NFT adalah singkatan untuk "token yang tidak dapat dibujuk". Dalam bahasa Jepang, itu adalah "token seragam". Itu terlihat sedikit sulit. Tapi jangan khawatir. Biarkan terurai bersama.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Sejarah Sederhana NFT</w:t>
      </w:r>
    </w:p>
    <w:p>
      <w:r>
        <w:t>Tahun 2014:</w:t>
      </w:r>
    </w:p>
    <w:p>
      <w:r>
        <w:t>"Quantum" NFT pertama lahir</w:t>
      </w:r>
    </w:p>
    <w:p>
      <w:r>
        <w:t>2017:</w:t>
      </w:r>
    </w:p>
    <w:p>
      <w:r>
        <w:t>Cryptopunks tampaknya menunjukkan potensi seni NFT</w:t>
      </w:r>
    </w:p>
    <w:p>
      <w:r>
        <w:t>Cryptokitties hit, dan kesadaran umum NFT telah meningkat</w:t>
      </w:r>
    </w:p>
    <w:p>
      <w:r>
        <w:t>2021:</w:t>
      </w:r>
    </w:p>
    <w:p>
      <w:r>
        <w:t>NFT Market Explosivity Grows</w:t>
      </w:r>
    </w:p>
    <w:p>
      <w:r>
        <w:t>Pekerjaan Beeple dianugerahi sekitar 6,9 miliar yen, menjadikannya topik besar</w:t>
      </w:r>
    </w:p>
    <w:p>
      <w:r>
        <w:t>Sekarang:</w:t>
      </w:r>
    </w:p>
    <w:p>
      <w:r>
        <w:t>Digunakan di berbagai bidang seperti seni, permainan, musik</w:t>
      </w:r>
    </w:p>
    <w:p>
      <w:r>
        <w:t>Kemungkinan baru sedang mengeksplorasi dengan evolusi teknologi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Fitur NFT: Satu -satunya aset digital</w:t>
      </w:r>
    </w:p>
    <w:p>
      <w:r>
        <w:t>Fitur terbesar dari NFT adalah bahwa mereka "unik". Misalnya, RUU 10.000 -Y adalah sama tidak peduli siapa yang memilikinya. Ini disebut "alternatif".</w:t>
      </w:r>
    </w:p>
    <w:p>
      <w:r>
        <w:t>Di sisi lain, NFT adalah yang istimewa di dunia. Anda dapat "memiliki" hal -hal yang tak tergantikan, seperti foto ingatan Anda dan karya seni terbatas dari artis favorit Anda di dunia digital.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Latar Belakang Teknis NFT: Kekuatan Blockchain</w:t>
      </w:r>
    </w:p>
    <w:p>
      <w:r>
        <w:t>NFT didasarkan pada teknologi blockchain. Blockchain adalah teknologi yang mendistribusikan dan melestarikan data, sehingga sangat sulit untuk dipalsukan.</w:t>
      </w:r>
    </w:p>
    <w:p>
      <w:r>
        <w:t>Karakteristik ini menjamin satu -satunya sifat dan kepemilikan NFT. Banyak NFT yang dibuat di blockchain yang disebut Ethereum, tetapi Anda juga dapat membuat NFT dengan blockchain lainnya.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Pemanfaatan NFT: Seni, Permainan, dan ...</w:t>
      </w:r>
    </w:p>
    <w:p>
      <w:r>
        <w:t>NFT digunakan di berbagai bidang.</w:t>
      </w:r>
    </w:p>
    <w:p>
      <w:r>
        <w:t>Misalnya:</w:t>
      </w:r>
    </w:p>
    <w:p>
      <w:r>
        <w:t>Seni Digital: Anda dapat membeli karya digital artis terkenal sebagai NFT.</w:t>
      </w:r>
    </w:p>
    <w:p>
      <w:r>
        <w:t>Game: Dengan membuat item dan karakter dalam game menjadi NFT, Anda benar -benar dapat memilikinya.</w:t>
      </w:r>
    </w:p>
    <w:p>
      <w:r>
        <w:t>Musik: Tiket langsung yang dikeluarkan sebagai NFT (Ticketnft) dan memberikan akses ke kipas -konten di NFT</w:t>
      </w:r>
    </w:p>
    <w:p>
      <w:r>
        <w:t>Koleksi: Kartu perdagangan digital dan item terbatas.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Nilai NFT: Mengapa NFT layak?</w:t>
      </w:r>
    </w:p>
    <w:p>
      <w:r>
        <w:t>Nilai NFT terutama berasal dari faktor -faktor berikut:</w:t>
      </w:r>
    </w:p>
    <w:p>
      <w:r>
        <w:t>Langka: Nilai "hanya" di dunia digital</w:t>
      </w:r>
    </w:p>
    <w:p>
      <w:r>
        <w:t>Sertifikasi: Bukti Kepemilikan oleh Blockchain</w:t>
      </w:r>
    </w:p>
    <w:p>
      <w:r>
        <w:t>Komunitas: Nilai komunitas yang dibentuk melalui NFT</w:t>
      </w:r>
    </w:p>
    <w:p>
      <w:r>
        <w:t>Utilitas: Hak dan Fungsi Khusus yang diberikan kepada pemegang NFT</w:t>
      </w:r>
    </w:p>
    <w:p>
      <w:r>
        <w:t>Merek: Nilai merek artis dan perusahaan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Merit: Baik untuk penjual dan pembeli!</w:t>
      </w:r>
    </w:p>
    <w:p>
      <w:r>
        <w:t>NFT memiliki keuntungan dari penjual dan pembeli.</w:t>
      </w:r>
    </w:p>
    <w:p>
      <w:r>
        <w:t>Penjual:</w:t>
      </w:r>
    </w:p>
    <w:p>
      <w:r>
        <w:t>Anda dapat secara langsung menentukan nilai pekerjaan Anda</w:t>
      </w:r>
    </w:p>
    <w:p>
      <w:r>
        <w:t>Laba dalam distribusi sekunder dapat diperoleh</w:t>
      </w:r>
    </w:p>
    <w:p>
      <w:r>
        <w:t>Sisi Pembeli:</w:t>
      </w:r>
    </w:p>
    <w:p>
      <w:r>
        <w:t>Dijamin Nyata</w:t>
      </w:r>
    </w:p>
    <w:p>
      <w:r>
        <w:t>Menjadi "pemilik" aset digital sejati</w:t>
      </w:r>
    </w:p>
    <w:p>
      <w:r>
        <w:t>Cara Membeli NFT: Mudah bahkan untuk pemula!</w:t>
      </w:r>
    </w:p>
    <w:p>
      <w:r>
        <w:t>Membeli NFT lebih mudah dari yang diharapkan. Aliran dasar seperti ini:</w:t>
      </w:r>
    </w:p>
    <w:p>
      <w:r>
        <w:t>Siapkan Dompet Mata Uang Virtual (Direkomendasikan oleh Metamask)</w:t>
      </w:r>
    </w:p>
    <w:p>
      <w:r>
        <w:t>Membeli mata uang virtual (sering menggunakan Ethereum)</w:t>
      </w:r>
    </w:p>
    <w:p>
      <w:r>
        <w:t>Temukan NFT yang Anda inginkan di NFT Market Place (Opensea, dll.)</w:t>
      </w:r>
    </w:p>
    <w:p>
      <w:r>
        <w:t>Membeli!</w:t>
      </w:r>
    </w:p>
    <w:p>
      <w:r>
        <w:t>Namun, disarankan agar Anda mulai dengan jumlah kecil untuk pertama kalinya.</w:t>
      </w:r>
    </w:p>
    <w:p>
      <w:r>
        <w:t>Poin yang perlu diperhatikan: NFT juga memiliki jebakan</w:t>
      </w:r>
    </w:p>
    <w:p>
      <w:r>
        <w:t>NFT memiliki banyak kemungkinan, tetapi ada juga poin yang perlu diperhatikan:</w:t>
      </w:r>
    </w:p>
    <w:p>
      <w:r>
        <w:t>Fluktuasi harga mungkin parah</w:t>
      </w:r>
    </w:p>
    <w:p>
      <w:r>
        <w:t>Anda harus berhati -hati tentang penipuan dan palsu</w:t>
      </w:r>
    </w:p>
    <w:p>
      <w:r>
        <w:t>Beberapa orang khawatir tentang dampaknya terhadap lingkungan</w:t>
      </w:r>
    </w:p>
    <w:p>
      <w:r>
        <w:t>Setelah memahami risiko ini, penting untuk bersenang -senang dan bijaksana dengan NFT.</w:t>
      </w:r>
    </w:p>
    <w:p>
      <w:r>
        <w:t>Prospek masa depan NFT: potensi lebih lanjut</w:t>
      </w:r>
    </w:p>
    <w:p>
      <w:r>
        <w:t>Dunia NFT berkembang setiap hari. Seperti yang diharapkan di masa depan:</w:t>
      </w:r>
    </w:p>
    <w:p>
      <w:r>
        <w:t>Kerja sama antara aset dunia nyata dan NFT (misalnya, NFT untuk hak real estat)</w:t>
      </w:r>
    </w:p>
    <w:p>
      <w:r>
        <w:t>Memperluas pemanfaatan di metavers</w:t>
      </w:r>
    </w:p>
    <w:p>
      <w:r>
        <w:t>Pengembangan metode penciptaan NFT yang lebih ramah lingkungan</w:t>
      </w:r>
    </w:p>
    <w:p>
      <w:r>
        <w:t>Penampilan model bisnis baru menggunakan NFT</w:t>
      </w:r>
    </w:p>
    <w:p>
      <w:r>
        <w:t>Glosarium: istilah utama terkait NFT</w:t>
      </w:r>
    </w:p>
    <w:p>
      <w:r>
        <w:t>Mint: Buat dan keluarkan aset digital sebagai NFT di blockchain</w:t>
      </w:r>
    </w:p>
    <w:p>
      <w:r>
        <w:t>Biaya gas: Biaya untuk perdagangan di blockchain</w:t>
      </w:r>
    </w:p>
    <w:p>
      <w:r>
        <w:t>Dompet: Dompet Untuk Menyimpan Mata Uang Virtual dan NFT</w:t>
      </w:r>
    </w:p>
    <w:p>
      <w:r>
        <w:t>PFP (gambar profil): NFT digunakan sebagai gambar profil SNS</w:t>
      </w:r>
    </w:p>
    <w:p>
      <w:r>
        <w:t>SBT (token terikat jiwa): NFT yang tidak dapat ditransfer atau membeli dan menjual</w:t>
      </w:r>
    </w:p>
    <w:p>
      <w:r>
        <w:t>ringkasan</w:t>
      </w:r>
    </w:p>
    <w:p>
      <w:r>
        <w:t>NFT adalah teknologi inovatif yang membawa konsep "keseragaman" dan "kepemilikan" di dunia digital, musik, musik, permainan ... digunakan di berbagai bidang untuk menciptakan kemungkinan baru.</w:t>
      </w:r>
    </w:p>
    <w:p>
      <w:r>
        <w:t>Ini mungkin tampak sulit pada awalnya, tetapi jika Anda memperdalam pemahaman Anda langkah demi langkah, Anda pasti akan menemukan kesenangan baru.</w:t>
      </w:r>
    </w:p>
    <w:p>
      <w:r>
        <w:t>Jika Anda tertarik dengan Japan DAO, silakan ikuti dan bermain ski untuk "Japan Dao Magazine".</w:t>
      </w:r>
    </w:p>
    <w:p>
      <w:r>
        <w:t>Akun X Resmi: https: //twitter.com/japannftmuseum</w:t>
      </w:r>
    </w:p>
    <w:p>
      <w:r>
        <w:t>Perselisihan Resmi: https://discord.com/invite/japandao</w:t>
      </w:r>
    </w:p>
    <w:p>
      <w:r>
        <w:t>Formula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