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"Shibukawa / Ikaho Digital Member Card Vol.1" wird am 29. Juni 2024 verkauft!</w:t>
      </w:r>
    </w:p>
    <w:p>
      <w:r>
        <w:t>Hallo, diese Familie Japan Dao!</w:t>
      </w:r>
    </w:p>
    <w:p>
      <w:r>
        <w:t>Diesmal werden wir die besonderen großen Neuigkeiten für Sie übermitteln.</w:t>
      </w:r>
    </w:p>
    <w:p>
      <w:r>
        <w:t>Die Shibukawa Ikaho Onsen Tourism Association und die Convex Co., Ltd. werden am lokalen Projekt teilnehmen, und die Welt wird in die Welt zur Attraktivität von Ikaho Onsen, Prefecture, übertragen.</w:t>
      </w:r>
    </w:p>
    <w:p>
      <w:r>
        <w:t>Als Teil davon wird "Shibukawa / Ikaho Digital Membership Card" NFT erscheinen! Japan Dao ist für dieses NFT -Charakterdesign verantwortlich.</w:t>
      </w:r>
    </w:p>
    <w:p>
      <w:r>
        <w:t>Überblick</w:t>
      </w:r>
    </w:p>
    <w:p>
      <w:r>
        <w:t>"Shibukawa / Ikaho Digital Mitgliedskarte Vol. 1" NFT kann verschiedene Vorteile erhalten, z. B. Rabatte auf Badegebühren für Ikaho Open -Air Bad, indem sie in touristischen Einrichtungen und Restaurants in Ikaho Onsen präsentiert werden.</w:t>
      </w:r>
    </w:p>
    <w:p>
      <w:r>
        <w:t>Die "Dosi" -Plattform von Line Next wird verkauft.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Darüber hinaus verwendet das Charakterdesign drei Charaktere, die im beliebten Japan DAO -Projekt "Kagura" erscheinen.</w:t>
      </w:r>
    </w:p>
    <w:p>
      <w:r>
        <w:t>Wenn Sie mehr über Kagura oder zum ersten Mal erfahren möchten, lesen Sie diesen Artikel bitte.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Hintergrund der Zusammenarbeit mit Ikaho Onsen Tourism Association</w:t>
      </w:r>
    </w:p>
    <w:p>
      <w:r>
        <w:t>Ikaho Onsen ist einer der führenden Sightseeing -Orte Japans mit gutem Zugang aus der Tokyo -Metropolregion. Shibukawa City fördert die digitale Transformation von Sehenswürdigkeiten (DX) und eignet sich für die Sightseeing -Werbung mit NFT.</w:t>
      </w:r>
    </w:p>
    <w:p>
      <w:r>
        <w:t>Japan Dao arbeitet mit der Ikaho Onsen Tourism Association zusammen, um die Region zu revitalisieren, um die Anziehungskraft der Region zu maximieren.</w:t>
      </w:r>
    </w:p>
    <w:p>
      <w:r>
        <w:t>Klicken Sie hier, um den offiziellen X -Bericht der Shibukawa Ikaho Onsen Tourism Association zu erhalten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Über Shibukawa / Ikaho Digital Mitgliedskarte Verkaufsinformationen</w:t>
      </w:r>
    </w:p>
    <w:p>
      <w:r>
        <w:t>Verkaufsstart: Samstag, 29. Juni, 2024 12:00 Uhr</w:t>
      </w:r>
    </w:p>
    <w:p>
      <w:r>
        <w:t>Ende des Verkaufs: 12:00 Montag, 30. September 2024</w:t>
      </w:r>
    </w:p>
    <w:p>
      <w:r>
        <w:t>Preis: $ 12 (ca. 1.900 Yen)</w:t>
      </w:r>
    </w:p>
    <w:p>
      <w:r>
        <w:t>Verkaufskanal: Digital Commerce "Dosi"</w:t>
      </w:r>
    </w:p>
    <w:p>
      <w:r>
        <w:t>Umsatz: 300 Stück begrenzt</w:t>
      </w:r>
    </w:p>
    <w:p>
      <w:r>
        <w:t>Design: Zufällig verkauft aus 3 Arten von Mustern (ein Punkt mit der Seriennummer)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Klicken Sie hier für den Link der Kaufseite</w:t>
      </w:r>
    </w:p>
    <w:p>
      <w:r>
        <w:t>https://market.store.dosi.world/ja-JP/1st_sale/sales/40318/</w:t>
      </w:r>
    </w:p>
    <w:p>
      <w:r>
        <w:t>Partnereinrichtungen und Vorteile</w:t>
      </w:r>
    </w:p>
    <w:p>
      <w:r>
        <w:t>Durch die Präsentation der "Shibukawa / Ikaho Digital Membership Card" können Sie in verschiedenen Einrichtungen in der Gegend von Ikaho Onsen Leistungen erhalten. Zu den Aufgaben beinhalten Badegebühren, Rabatte auf Eintrittsgebühren, Rabatte und Geschenke in Restaurants.</w:t>
      </w:r>
    </w:p>
    <w:p>
      <w:r>
        <w:t>Zu den angeschlossenen Einrichtungen gehören Ikaho Ryoko, Yumeji Takehisa Ikaho Memorial, Hara Museum ARC, Cafe, General Store und Badeeinrichtungen.</w:t>
      </w:r>
    </w:p>
    <w:p>
      <w:r>
        <w:t>Sie können die Details der Vorteile und der Liste der verbundenen Einrichtungen aus dem folgenden Link überprüfen.</w:t>
      </w:r>
    </w:p>
    <w:p>
      <w:r>
        <w:t>https://www.google.com/maps/d/edit?mid=1LINMrLa6cHlL1hEaEbnnWYt5NvWhCQo&amp;usp=sharing</w:t>
      </w:r>
    </w:p>
    <w:p>
      <w:r>
        <w:t>* Leistungen können sich ohne vorherige Ankündigung ändern.</w:t>
      </w:r>
    </w:p>
    <w:p>
      <w:r>
        <w:t>* Die Leistungsnutzungszeit ist für den 15. Juli 2024 bis 31. Dezember 2024 geplant. Neue Leistungen werden nach 2025 erhalten.</w:t>
      </w:r>
    </w:p>
    <w:p>
      <w:r>
        <w:t>* Vorteile können in der obigen Zeit nur einmal pro Einrichtung verwendet werden. Das gleiche gilt, wenn Sie über mehrere Mitgliedschaftskarten verfügen.</w:t>
      </w:r>
    </w:p>
    <w:p>
      <w:r>
        <w:t>So verwenden Sie "Shibukawa / Ikaho Digitalmitgliedszertifikat" "</w:t>
      </w:r>
    </w:p>
    <w:p>
      <w:r>
        <w:t>Wir kaufen "Shibukawa / Ikaho Digital Membership Card" in Dosi.</w:t>
      </w:r>
    </w:p>
    <w:p>
      <w:r>
        <w:t>Lesen Sie den in der angeschlossenen Einrichtung auf Ihrem Smartphone installierten QR -Code.</w:t>
      </w:r>
    </w:p>
    <w:p>
      <w:r>
        <w:t>Präsentieren Sie den Smartphone -Bildschirm dem Einrichtungspersonal.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Sie können leicht Leistungen erhalten!</w:t>
      </w:r>
    </w:p>
    <w:p>
      <w:r>
        <w:t>Was ist Dosi?</w:t>
      </w:r>
    </w:p>
    <w:p>
      <w:r>
        <w:t>DOSI ist ein globaler Marktplatz, der problemlos wertvolle digitale Gegenstände tauschen kann.</w:t>
      </w:r>
    </w:p>
    <w:p>
      <w:r>
        <w:t>Einfach anmelden mit einem Linienkonto oder einem SNS -Konto</w:t>
      </w:r>
    </w:p>
    <w:p>
      <w:r>
        <w:t>Sie können Artikel mit einer Kreditkarte oder einer Leitungszahlung kaufen</w:t>
      </w:r>
    </w:p>
    <w:p>
      <w:r>
        <w:t>Sie können nicht nur in Japan, sondern auch gegen globale Marken handeln</w:t>
      </w:r>
    </w:p>
    <w:p>
      <w:r>
        <w:t>So eröffnen Sie ein "Dosi" -Konto</w:t>
      </w:r>
    </w:p>
    <w:p>
      <w:r>
        <w:t>https://dosi-jp.landpress.line.me/userguide_account</w:t>
      </w:r>
    </w:p>
    <w:p>
      <w:r>
        <w:t>Wie man nft kauft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"Ikaho Onsen Extra" wird in der Serie an die Amakomi veröffentlicht!</w:t>
      </w:r>
    </w:p>
    <w:p>
      <w:r>
        <w:t>"Amakomi" ist im Juni 2024 eine sehr beliebte Manga -Serie mit vier Four -Rahmen und wurde bis Folge 26 serialisiert.</w:t>
      </w:r>
    </w:p>
    <w:p>
      <w:r>
        <w:t>In der Ikaho Onsen Extra Edition, einer Szene, in der Sie die Stadt der Inseln genießen können, und heiße Frühlingsbrötchen von Sightseeing -Orten werden gezeichnet.</w:t>
      </w:r>
    </w:p>
    <w:p>
      <w:r>
        <w:t>Die Manga in der Serialisierung kann kostenlos von hier aus gelesen werden.</w:t>
      </w:r>
    </w:p>
    <w:p>
      <w:r>
        <w:t>https://amato-official.com/manga</w:t>
      </w:r>
    </w:p>
    <w:p>
      <w:r>
        <w:t>Zusammenfassung</w:t>
      </w:r>
    </w:p>
    <w:p>
      <w:r>
        <w:t>"Shibukawa / Ikaho Digital Mitglied Band 1 1" NFT bietet nicht nur Vorteile in touristischen Einrichtungen und Restaurants, sondern genießt auch das kreative Design Japans DAO.</w:t>
      </w:r>
    </w:p>
    <w:p>
      <w:r>
        <w:t>Die Verkäufe sollen am 29. Juni 2024 beginnen. Bitte probieren Sie es aus.</w:t>
      </w:r>
    </w:p>
    <w:p>
      <w:r>
        <w:t>Wenn Sie sich für Japan DAO interessieren, folgen Sie bitte für "Japan Dao Magazine".</w:t>
      </w:r>
    </w:p>
    <w:p>
      <w:r>
        <w:t>Offizielles X -Konto: https: //twitter.com/japannftmuseum</w:t>
      </w:r>
    </w:p>
    <w:p>
      <w:r>
        <w:t>Offizielle Zwietracht: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