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聰明的口袋社區角色（卷）獲取指南！讓我們瞄準超新星！！</w:t>
      </w:r>
    </w:p>
    <w:p>
      <w:r>
        <w:t>大家好，在上一篇文章中，我們介紹了Smart Pocket Discord社區的“問答”和“隆隆聲”活動。你讀了嗎？</w:t>
      </w:r>
    </w:p>
    <w:p>
      <w:r>
        <w:t>在社區活動活動中，獲勝者不僅贏得獎品，而且還可以獲得證明。</w:t>
      </w:r>
    </w:p>
    <w:p>
      <w:r>
        <w:t>接下來，我將介紹哪些類型的社區活動，可以獲得哪些條件以及隨後的收益。</w:t>
      </w:r>
    </w:p>
    <w:p>
      <w:r>
        <w:t>在開始</w:t>
      </w:r>
    </w:p>
    <w:p>
      <w:r>
        <w:t>智能口袋社區成立於2023年9月。</w:t>
      </w:r>
    </w:p>
    <w:p>
      <w:r>
        <w:t>在Smapoke啟動時，我在Premint中註冊並在Airdrop方法中贏得了積分。此後，該更新通過參加該活動而獲得了積分，從而使操作更易於操作。</w:t>
      </w:r>
    </w:p>
    <w:p>
      <w:r>
        <w:t>在2024年初，已經添加了新的活動和職能以使社區更加活躍。但是在2024年5月，宣布了一項新的擲骰規範，並實現了以前條件的成員能夠再次獲得專用卷。</w:t>
      </w:r>
    </w:p>
    <w:p>
      <w:r>
        <w:t>什麼是卷？</w:t>
      </w:r>
    </w:p>
    <w:p>
      <w:r>
        <w:t>Discord具有多種“滾動”功能，可在特定頻道上提供訪問和特殊功能。</w:t>
      </w:r>
    </w:p>
    <w:p>
      <w:r>
        <w:t>Smart Pocket社區具有一種機制，可讓您通過積極參與活動來獲取特殊卷。</w:t>
      </w:r>
    </w:p>
    <w:p>
      <w:r>
        <w:t>通過利用Discord的角色功能，您可以促進積極的活動，同時為社區成員提供激勵措施。</w:t>
      </w:r>
    </w:p>
    <w:p>
      <w:r>
        <w:t>卷介紹</w:t>
      </w:r>
    </w:p>
    <w:p>
      <w:r>
        <w:t>貢獻成員</w:t>
      </w:r>
    </w:p>
    <w:p>
      <w:r>
        <w:t>引入可以通過為不和諧社區活動做出貢獻而獲得的角色。</w:t>
      </w:r>
    </w:p>
    <w:p>
      <w:r>
        <w:t>①①twinklestar🌟</w:t>
      </w:r>
    </w:p>
    <w:p>
      <w:r>
        <w:t>證明它已經在Smart Pocket的Discord社區聊天室積極地達到了10級</w:t>
      </w:r>
    </w:p>
    <w:p>
      <w:r>
        <w:t>（在實現10級目標的目標時獲得1000分和Twinklestar🌟）</w:t>
      </w:r>
    </w:p>
    <w:p>
      <w:r>
        <w:drawing>
          <wp:inline xmlns:a="http://schemas.openxmlformats.org/drawingml/2006/main" xmlns:pic="http://schemas.openxmlformats.org/drawingml/2006/picture">
            <wp:extent cx="3657600" cy="20562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有些是需要社區互動的積極進取和耐心的角色，並且可以相對容易獲得。一旦消息達到一定數量，級別將自動上升，您將收到通知，您可以在級別檢查中進行檢查渠道。</w:t>
      </w:r>
    </w:p>
    <w:p>
      <w:r>
        <w:drawing>
          <wp:inline xmlns:a="http://schemas.openxmlformats.org/drawingml/2006/main" xmlns:pic="http://schemas.openxmlformats.org/drawingml/2006/picture">
            <wp:extent cx="3657600" cy="22565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565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因此，這是在社區中交換消息的一種方法，不僅是用每種語言聊天，而且在隆隆的活動中聊天並激發它們。</w:t>
      </w:r>
    </w:p>
    <w:p>
      <w:r>
        <w:t>* 1：實現目標後，將錢包在-Level -10頻道上提交。1000點將被發送。</w:t>
      </w:r>
    </w:p>
    <w:p>
      <w:r>
        <w:t>* 2：請遵守社區規範並做出適度的言論。禁止說：“禁止，均衡，廣告，欺詐，毫無意義的信息，違反規則和社區氣氛”。</w:t>
      </w:r>
    </w:p>
    <w:p>
      <w:r>
        <w:t>②intelligencestar🌟</w:t>
      </w:r>
    </w:p>
    <w:p>
      <w:r>
        <w:t>證明您將正確參加問答活動，並被選為贏家</w:t>
      </w:r>
    </w:p>
    <w:p>
      <w:r>
        <w:t>（獲勝者贏得了10USDT獎和情報明星🌟）</w:t>
      </w:r>
    </w:p>
    <w:p>
      <w:r>
        <w:t>⇨📖📖🗓🗓🗓🗓🗓🗓🗓🗓</w:t>
      </w:r>
    </w:p>
    <w:p>
      <w:r>
        <w:t>日期：每個星期五</w:t>
      </w:r>
    </w:p>
    <w:p>
      <w:r>
        <w:t>00時間：23：00（JST）</w:t>
      </w:r>
    </w:p>
    <w:p>
      <w:r>
        <w:drawing>
          <wp:inline xmlns:a="http://schemas.openxmlformats.org/drawingml/2006/main" xmlns:pic="http://schemas.openxmlformats.org/drawingml/2006/picture">
            <wp:extent cx="3657600" cy="205515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5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這需要一個可以隨著時間的時間進行調查的水平，並且可以在活動期間回答。缺陷取決於問題的內容，對項目的理解，學習程度等。</w:t>
      </w:r>
    </w:p>
    <w:p>
      <w:r>
        <w:t>因此，掌握角色的困難也取決於每個人的情況和活動​​的狀況。如果您認真地參與，通常可以輕鬆地獲得它，但是隨著時間的流逝，這些卷可能會受到限制。</w:t>
      </w:r>
    </w:p>
    <w:p>
      <w:r>
        <w:t>通常，有關問題範圍的文章將在活動前一天發表。如果您正確回答並被選為獲勝者，則將獲得獎品和獎品。</w:t>
      </w:r>
    </w:p>
    <w:p>
      <w:r>
        <w:t>有關問答活動的詳細信息，請參見以下內容。</w:t>
      </w:r>
    </w:p>
    <w:p>
      <w:r>
        <w:t>https://note.com/japandaosolution/n/nf78c58c19093</w:t>
      </w:r>
    </w:p>
    <w:p>
      <w:r>
        <w:t>③Battlestar🌟</w:t>
      </w:r>
    </w:p>
    <w:p>
      <w:r>
        <w:t>證明您將被授予Rumble的獲勝者</w:t>
      </w:r>
    </w:p>
    <w:p>
      <w:r>
        <w:t>（獲勝者贏得了500分或獎品，例如10 USDT和BattleStar🌟）</w:t>
      </w:r>
    </w:p>
    <w:p>
      <w:r>
        <w:t>⇨⚔🗓🗓🗓🗓🗓🗓🗓🗓🗓</w:t>
      </w:r>
    </w:p>
    <w:p>
      <w:r>
        <w:t>日期：每個星期六，星期日</w:t>
      </w:r>
    </w:p>
    <w:p>
      <w:r>
        <w:t>00時間：23：00（JST）</w:t>
      </w:r>
    </w:p>
    <w:p>
      <w:r>
        <w:drawing>
          <wp:inline xmlns:a="http://schemas.openxmlformats.org/drawingml/2006/main" xmlns:pic="http://schemas.openxmlformats.org/drawingml/2006/picture">
            <wp:extent cx="3657600" cy="205854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5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該活動期間的比賽是由系統自動執行的，成為贏家的機會就像彩票一樣幸運，因此，獲得三個活動和非常罕見的捲的難度是最高的。如果您有機會，參加很多次並感到興奮。</w:t>
      </w:r>
    </w:p>
    <w:p>
      <w:r>
        <w:t>有關隆隆聲的細節，請參見以下內容。</w:t>
      </w:r>
    </w:p>
    <w:p>
      <w:r>
        <w:t>https://note.com/japandaosolution/n/nc2d3ae603c8b</w:t>
      </w:r>
    </w:p>
    <w:p>
      <w:r>
        <w:t>④supernova🌟</w:t>
      </w:r>
    </w:p>
    <w:p>
      <w:r>
        <w:t>如果您的所有角色都低於三個皇冠成就，那麼Supernova🌟將被授予榮譽角色。</w:t>
      </w:r>
    </w:p>
    <w:p>
      <w:r>
        <w:t>眨眼星</w:t>
      </w:r>
    </w:p>
    <w:p>
      <w:r>
        <w:t>情報星</w:t>
      </w:r>
    </w:p>
    <w:p>
      <w:r>
        <w:t>戰星🌟</w:t>
      </w:r>
    </w:p>
    <w:p>
      <w:r>
        <w:drawing>
          <wp:inline xmlns:a="http://schemas.openxmlformats.org/drawingml/2006/main" xmlns:pic="http://schemas.openxmlformats.org/drawingml/2006/picture">
            <wp:extent cx="3657600" cy="31882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882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在早期，這是一個非常罕見的捲，只有七個人。</w:t>
      </w:r>
    </w:p>
    <w:p>
      <w:r>
        <w:t>通常，越困難，稀有，成員越少，您可以享受的利潤和利益就越多。</w:t>
      </w:r>
    </w:p>
    <w:p>
      <w:r>
        <w:t>*大約有3,000人贏得了這一榜首，而社區數量超過21,000（截至2024年6月）。</w:t>
      </w:r>
    </w:p>
    <w:p>
      <w:r>
        <w:t>總會員</w:t>
      </w:r>
    </w:p>
    <w:p>
      <w:r>
        <w:t>接下來，我將介紹一般成員可以收購的角色。</w:t>
      </w:r>
    </w:p>
    <w:p>
      <w:r>
        <w:t>werify</w:t>
      </w:r>
    </w:p>
    <w:p>
      <w:r>
        <w:t>認證完成後，社區功能將打開</w:t>
      </w:r>
    </w:p>
    <w:p>
      <w:r>
        <w:t>✅和</w:t>
      </w:r>
    </w:p>
    <w:p>
      <w:r>
        <w:t>早期參與者的證明。收購OG頻道於2023年11月15日關閉，因此隨後的社區成員無法獲得OG。</w:t>
      </w:r>
    </w:p>
    <w:p>
      <w:r>
        <w:t>✅SP家庭</w:t>
      </w:r>
    </w:p>
    <w:p>
      <w:r>
        <w:t>證明你愛這個社區</w:t>
      </w:r>
    </w:p>
    <w:p>
      <w:r>
        <w:t>server助推器</w:t>
      </w:r>
    </w:p>
    <w:p>
      <w:r>
        <w:t>服務器改進。請通過每個月的服務器的提升（可能需要付費訂閱），從而鎖定所選服務器新近改進的組益處。</w:t>
      </w:r>
    </w:p>
    <w:p>
      <w:r>
        <w:t>管理成員</w:t>
      </w:r>
    </w:p>
    <w:p>
      <w:r>
        <w:t>介紹社區管理團隊的角色。</w:t>
      </w:r>
    </w:p>
    <w:p>
      <w:r>
        <w:t>Aadmin</w:t>
      </w:r>
    </w:p>
    <w:p>
      <w:r>
        <w:t>聰明的口袋創始人</w:t>
      </w:r>
    </w:p>
    <w:p>
      <w:r>
        <w:t>✅代理</w:t>
      </w:r>
    </w:p>
    <w:p>
      <w:r>
        <w:t>Smart Pocket No.2創始人助理</w:t>
      </w:r>
    </w:p>
    <w:p>
      <w:r>
        <w:t>support</w:t>
      </w:r>
    </w:p>
    <w:p>
      <w:r>
        <w:t>日本核心成員的助手</w:t>
      </w:r>
    </w:p>
    <w:p>
      <w:r>
        <w:t>✅支持者</w:t>
      </w:r>
    </w:p>
    <w:p>
      <w:r>
        <w:t>支持者領袖</w:t>
      </w:r>
    </w:p>
    <w:p>
      <w:r>
        <w:t>✅-HED協助支持者</w:t>
      </w:r>
    </w:p>
    <w:p>
      <w:r>
        <w:t>領導助理</w:t>
      </w:r>
    </w:p>
    <w:p>
      <w:r>
        <w:t>✅語言支持者</w:t>
      </w:r>
    </w:p>
    <w:p>
      <w:r>
        <w:t>海外核心會員管理助理</w:t>
      </w:r>
    </w:p>
    <w:p>
      <w:r>
        <w:t>creater</w:t>
      </w:r>
    </w:p>
    <w:p>
      <w:r>
        <w:t>聰明的口袋創建者</w:t>
      </w:r>
    </w:p>
    <w:p>
      <w:r>
        <w:t>✅EVENT計劃者</w:t>
      </w:r>
    </w:p>
    <w:p>
      <w:r>
        <w:t>活動計劃和操作</w:t>
      </w:r>
    </w:p>
    <w:p>
      <w:r>
        <w:t>✅Sustolutioner</w:t>
      </w:r>
    </w:p>
    <w:p>
      <w:r>
        <w:t>數據庫管理，手動博客創建，應用程序合作等。</w:t>
      </w:r>
    </w:p>
    <w:p>
      <w:r>
        <w:t>您可以在智能口袋不和諧中檢查＃✅室中的捲。</w:t>
      </w:r>
    </w:p>
    <w:p>
      <w:r>
        <w:drawing>
          <wp:inline xmlns:a="http://schemas.openxmlformats.org/drawingml/2006/main" xmlns:pic="http://schemas.openxmlformats.org/drawingml/2006/picture">
            <wp:extent cx="3657600" cy="249500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50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引入智能口袋不和諧社區的捲。</w:t>
      </w:r>
    </w:p>
    <w:p>
      <w:r>
        <w:t>除了一般成員和運營團隊外，積極參與社區的成員還有機會扮演敬業的角色。</w:t>
      </w:r>
    </w:p>
    <w:p>
      <w:r>
        <w:t>隨著時間的流逝，將來可能會添加新的活動和NFT卷。</w:t>
      </w:r>
    </w:p>
    <w:p>
      <w:r>
        <w:t>繼續參加項目活動並獲得這些卷將增加未來的利益。</w:t>
      </w:r>
    </w:p>
    <w:p>
      <w:r>
        <w:t>如果您對Smart Pocket感興趣，請跟隨並滑雪“ SMAPKE雜誌”。</w:t>
      </w:r>
    </w:p>
    <w:p>
      <w:r>
        <w:t>官方X帳戶：https：//twitter.com/smapocket</w:t>
      </w:r>
    </w:p>
    <w:p>
      <w:r>
        <w:t>官方不和諧：https：//discord.com/invite/smartpocket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