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什麼是NFT？簡易指南，即使是初學者也可以理解的</w:t>
      </w:r>
    </w:p>
    <w:p>
      <w:r>
        <w:t>您好日本DAO家族☆</w:t>
      </w:r>
    </w:p>
    <w:p>
      <w:r>
        <w:t>這次，我想探索我最近經常聽到的“ NFT”，但我對您不太了解。</w:t>
      </w:r>
    </w:p>
    <w:p>
      <w:r>
        <w:t>即使您從未觸摸過NFT，也可以。</w:t>
      </w:r>
    </w:p>
    <w:p>
      <w:r>
        <w:t>如果您閱讀了本文，則可以看到NFT的基礎知識！</w:t>
      </w:r>
    </w:p>
    <w:p>
      <w:r>
        <w:t>此外，在知道NFT的吸引力之後，請看看日本道的世界！</w:t>
      </w:r>
    </w:p>
    <w:p>
      <w:r>
        <w:t>https://note.com/japandaosolution/n/n68c1767971a9</w:t>
      </w:r>
    </w:p>
    <w:p>
      <w:r>
        <w:t>什麼是NFT縮寫？</w:t>
      </w:r>
    </w:p>
    <w:p>
      <w:r>
        <w:t>首先，基礎知識的基礎！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NFT的簡單歷史</w:t>
      </w:r>
    </w:p>
    <w:p>
      <w:r>
        <w:t>2014年：</w:t>
      </w:r>
    </w:p>
    <w:p>
      <w:r>
        <w:t>第一個NFT“量子”誕生了</w:t>
      </w:r>
    </w:p>
    <w:p>
      <w:r>
        <w:t>2017：</w:t>
      </w:r>
    </w:p>
    <w:p>
      <w:r>
        <w:t>加密貨幣似乎顯示了NFT藝術的潛力</w:t>
      </w:r>
    </w:p>
    <w:p>
      <w:r>
        <w:t>Cryptokitties熱門歌曲，NFT的普遍意識也有所提高</w:t>
      </w:r>
    </w:p>
    <w:p>
      <w:r>
        <w:t>2021：</w:t>
      </w:r>
    </w:p>
    <w:p>
      <w:r>
        <w:t>NFT市場爆炸性增長</w:t>
      </w:r>
    </w:p>
    <w:p>
      <w:r>
        <w:t>Beeple的作品被授予約69億日元，使其成為一個重要的話題</w:t>
      </w:r>
    </w:p>
    <w:p>
      <w:r>
        <w:t>現在：</w:t>
      </w:r>
    </w:p>
    <w:p>
      <w:r>
        <w:t>用於藝術，遊戲，音樂等各個領域</w:t>
      </w:r>
    </w:p>
    <w:p>
      <w:r>
        <w:t>隨著技術的發展，新的可能性正在探索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NFT功能：唯一的和唯一的數字資產</w:t>
      </w:r>
    </w:p>
    <w:p>
      <w:r>
        <w:t>NFT的最大特徵是它們是“獨特的”。例如，無論是誰，10,000 -yen賬單都是相同的。這被稱為“替代”。</w:t>
      </w:r>
    </w:p>
    <w:p>
      <w:r>
        <w:t>另一方面，NFT是世界上特殊的。您可以“擁有”不可替代的事物，例如您的記憶照片和數字世界中您最喜歡的藝術家的有限藝術品。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NFT的技術背景：區塊鏈的力量</w:t>
      </w:r>
    </w:p>
    <w:p>
      <w:r>
        <w:t>NFT基於區塊鏈技術。區塊鍊是一項分發和保存數據的技術，因此很難偽造。</w:t>
      </w:r>
    </w:p>
    <w:p>
      <w:r>
        <w:t>這種特徵保證了NFT的唯一性質和所有權。許多NFT是在稱為以太坊的區塊鏈上創建的，但是您也可以使用其他區塊鏈創建NFT。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NFT的利用：藝術，遊戲和...</w:t>
      </w:r>
    </w:p>
    <w:p>
      <w:r>
        <w:t>NFT用於各個領域。</w:t>
      </w:r>
    </w:p>
    <w:p>
      <w:r>
        <w:t>例如：</w:t>
      </w:r>
    </w:p>
    <w:p>
      <w:r>
        <w:t>數字藝術：您可以將著名藝術家的數字作品作為NFT購買。</w:t>
      </w:r>
    </w:p>
    <w:p>
      <w:r>
        <w:t>遊戲：通過將游戲中的物品和角色製作到NFT中，您可以真正擁有它們。</w:t>
      </w:r>
    </w:p>
    <w:p>
      <w:r>
        <w:t>音樂：以NFT（Ticketnft）發行的現場票，並提供了NFT中僅使用風扇的內容的訪問權限</w:t>
      </w:r>
    </w:p>
    <w:p>
      <w:r>
        <w:t>可收集：數字交易卡和有限的商品。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NFT值：為什麼NFT值？</w:t>
      </w:r>
    </w:p>
    <w:p>
      <w:r>
        <w:t>NFT的價值主要來自以下因素：</w:t>
      </w:r>
    </w:p>
    <w:p>
      <w:r>
        <w:t>稀有：數字世界中“僅”的價值</w:t>
      </w:r>
    </w:p>
    <w:p>
      <w:r>
        <w:t>認證：區塊鏈所有權證明</w:t>
      </w:r>
    </w:p>
    <w:p>
      <w:r>
        <w:t>社區：通過NFT形成的社區價值</w:t>
      </w:r>
    </w:p>
    <w:p>
      <w:r>
        <w:t>公用事業：授予NFT持有人的特殊權利和職能</w:t>
      </w:r>
    </w:p>
    <w:p>
      <w:r>
        <w:t>品牌：藝術家和公司的品牌價值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NFT優點：對賣家和買家都有好處！</w:t>
      </w:r>
    </w:p>
    <w:p>
      <w:r>
        <w:t>NFT具有賣方和買方的優勢。</w:t>
      </w:r>
    </w:p>
    <w:p>
      <w:r>
        <w:t>賣方：</w:t>
      </w:r>
    </w:p>
    <w:p>
      <w:r>
        <w:t>您可以直接確定工作價值</w:t>
      </w:r>
    </w:p>
    <w:p>
      <w:r>
        <w:t>可以獲得次要分配的利潤</w:t>
      </w:r>
    </w:p>
    <w:p>
      <w:r>
        <w:t>買方方：</w:t>
      </w:r>
    </w:p>
    <w:p>
      <w:r>
        <w:t>保證是真實的</w:t>
      </w:r>
    </w:p>
    <w:p>
      <w:r>
        <w:t>成為數字資產的真正“所有者”</w:t>
      </w:r>
    </w:p>
    <w:p>
      <w:r>
        <w:t>如何購買NFT：即使對於初學者來說也很容易！</w:t>
      </w:r>
    </w:p>
    <w:p>
      <w:r>
        <w:t>購買NFT比預期的要容易。基本流量是這樣：</w:t>
      </w:r>
    </w:p>
    <w:p>
      <w:r>
        <w:t>準備虛擬貨幣錢包（MetAmask推薦）</w:t>
      </w:r>
    </w:p>
    <w:p>
      <w:r>
        <w:t>購買虛擬貨幣（通常使用以太坊）</w:t>
      </w:r>
    </w:p>
    <w:p>
      <w:r>
        <w:t>在NFT市場（Opensea等）中找到您想要的NFT</w:t>
      </w:r>
    </w:p>
    <w:p>
      <w:r>
        <w:t>買！</w:t>
      </w:r>
    </w:p>
    <w:p>
      <w:r>
        <w:t>但是，建議您首次從少量開始。</w:t>
      </w:r>
    </w:p>
    <w:p>
      <w:r>
        <w:t>要注意的要點：NFT也有陷阱</w:t>
      </w:r>
    </w:p>
    <w:p>
      <w:r>
        <w:t>NFT有很多可能性，但也有要注意的點：</w:t>
      </w:r>
    </w:p>
    <w:p>
      <w:r>
        <w:t>價格波動可能很嚴重</w:t>
      </w:r>
    </w:p>
    <w:p>
      <w:r>
        <w:t>您需要小心欺詐和假貨</w:t>
      </w:r>
    </w:p>
    <w:p>
      <w:r>
        <w:t>有些人擔心對環境的影響</w:t>
      </w:r>
    </w:p>
    <w:p>
      <w:r>
        <w:t>在理解這些風險之後，重要而明智地使用NFT很重要。</w:t>
      </w:r>
    </w:p>
    <w:p>
      <w:r>
        <w:t>NFT的未來前景：進一步的潛力</w:t>
      </w:r>
    </w:p>
    <w:p>
      <w:r>
        <w:t>NFT世界每天都在發展。</w:t>
      </w:r>
    </w:p>
    <w:p>
      <w:r>
        <w:t>現實世界資產與NFT之間的合作（例如，用於房地產權利的NFT）</w:t>
      </w:r>
    </w:p>
    <w:p>
      <w:r>
        <w:t>擴大元用品的利用率</w:t>
      </w:r>
    </w:p>
    <w:p>
      <w:r>
        <w:t>開發更環保的NFT創建方法</w:t>
      </w:r>
    </w:p>
    <w:p>
      <w:r>
        <w:t>使用NFT的新業務模型的外觀</w:t>
      </w:r>
    </w:p>
    <w:p>
      <w:r>
        <w:t>詞彙表：與NFT相關的主要術語</w:t>
      </w:r>
    </w:p>
    <w:p>
      <w:r>
        <w:t>薄荷：在區塊鏈上創建和發行數字資產</w:t>
      </w:r>
    </w:p>
    <w:p>
      <w:r>
        <w:t>汽油費：區塊鏈交易的費用</w:t>
      </w:r>
    </w:p>
    <w:p>
      <w:r>
        <w:t>錢包：存儲虛擬貨幣和NFT的錢包</w:t>
      </w:r>
    </w:p>
    <w:p>
      <w:r>
        <w:t>PFP（個人資料圖片）：NFT用作SNS配置文件圖像</w:t>
      </w:r>
    </w:p>
    <w:p>
      <w:r>
        <w:t>SBT（靈魂綁定令牌）：無法轉移或買賣的NFT</w:t>
      </w:r>
    </w:p>
    <w:p>
      <w:r>
        <w:t>概括</w:t>
      </w:r>
    </w:p>
    <w:p>
      <w:r>
        <w:t>NFT是一種創新的技術，它在數字世界中帶來了“統一”和“所有權”的概念。藝術，音樂，遊戲...在各個領域用於創造新的可能性。</w:t>
      </w:r>
    </w:p>
    <w:p>
      <w:r>
        <w:t>一開始似乎很困難，但是如果您逐步加深理解，您肯定會找到一個新的樂趣。</w:t>
      </w:r>
    </w:p>
    <w:p>
      <w:r>
        <w:t>如果您對日本DAO感興趣，請跟隨並滑雪“日本DAO雜誌”。</w:t>
      </w:r>
    </w:p>
    <w:p>
      <w:r>
        <w:t>官方X帳戶：https：//twitter.com/japannftmuseum</w:t>
      </w:r>
    </w:p>
    <w:p>
      <w:r>
        <w:t>官方不和諧：https：//discord.com/invite/japandao</w:t>
      </w:r>
    </w:p>
    <w:p>
      <w:r>
        <w:t>公式Instagram：https：//www.instagram.com/japannftmuseum/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