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“ Shibukawa / Ikaho Digital Card Vol.1”將於2024年6月29日出售！</w:t>
      </w:r>
    </w:p>
    <w:p>
      <w:r>
        <w:t>您好，這個日本DAO家庭！</w:t>
      </w:r>
    </w:p>
    <w:p>
      <w:r>
        <w:t>這次，我們將為您提供特別的大新聞。</w:t>
      </w:r>
    </w:p>
    <w:p>
      <w:r>
        <w:t>Shibukawa Ikaho Onsen旅遊協會和The covex Co.，Ltd.將參加當地項目，世界將轉移到世界上，到達Gunma縣Ikaho Onsen的吸引力。</w:t>
      </w:r>
    </w:p>
    <w:p>
      <w:r>
        <w:t>作為其中的一部分，“ Shibukawa / Ikaho數字會員卡”將出現NFT！Japan Dao負責此NFT角色設計。</w:t>
      </w:r>
    </w:p>
    <w:p>
      <w:r>
        <w:t>概述</w:t>
      </w:r>
    </w:p>
    <w:p>
      <w:r>
        <w:t>“ Shibukawa / Ikaho數字會員卡卷1” NFT可以通過在Ikaho Onsen的旅遊設施和餐館展示，例如為Ikaho Open -Air Bath提供的享受各種好處，例如為Ikaho Open -Air Bath提供折扣。</w:t>
      </w:r>
    </w:p>
    <w:p>
      <w:r>
        <w:t>Line Next的“ DOSI”平台將被出售。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此外，該角色設計使用了流行的日本DAO項目“ Kagura”中出現的三個角色。</w:t>
      </w:r>
    </w:p>
    <w:p>
      <w:r>
        <w:t>如果您想進一步了解Kagura或第一次，請參閱本文。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與Ikaho Onsen旅遊協會合作的背景</w:t>
      </w:r>
    </w:p>
    <w:p>
      <w:r>
        <w:t>Ikaho Onsen是日本領先的觀光景點之一，可以從東京都會區良好進入。ShibukawaCity正在促進觀光數字化轉型（DX），適合使用NFT進行觀光促進。</w:t>
      </w:r>
    </w:p>
    <w:p>
      <w:r>
        <w:t>日本道與伊卡霍·奧恩森旅遊協會合作，振興該地區，以最大程度地提高該地區的吸引力。</w:t>
      </w:r>
    </w:p>
    <w:p>
      <w:r>
        <w:t>單擊此處獲取Shibukawa Ikaho Onsen旅遊協會的官方X帳戶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關於Shibukawa / Ikaho數字會員卡銷售信息</w:t>
      </w:r>
    </w:p>
    <w:p>
      <w:r>
        <w:t>銷售開始：2024年6月29日，星期六12:00</w:t>
      </w:r>
    </w:p>
    <w:p>
      <w:r>
        <w:t>銷售結束：2024年9月30日星期一12：00</w:t>
      </w:r>
    </w:p>
    <w:p>
      <w:r>
        <w:t>價格：$ 12（約1,900日元）</w:t>
      </w:r>
    </w:p>
    <w:p>
      <w:r>
        <w:t>銷售渠道：數字商務“ dosi”</w:t>
      </w:r>
    </w:p>
    <w:p>
      <w:r>
        <w:t>銷售：300件有限公司</w:t>
      </w:r>
    </w:p>
    <w:p>
      <w:r>
        <w:t>設計：從3種類型的圖案（一個序列號）隨機出售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單擊此處獲取購買頁面的鏈接</w:t>
      </w:r>
    </w:p>
    <w:p>
      <w:r>
        <w:t>https://market.store.dosi.world/ja-JP/1st_sale/sales/40318/</w:t>
      </w:r>
    </w:p>
    <w:p>
      <w:r>
        <w:t>合作夥伴設施和福利</w:t>
      </w:r>
    </w:p>
    <w:p>
      <w:r>
        <w:t>通過介紹“ Shibukawa / Ikaho數字會員卡”，您可以在Ikaho Onsen地區的各種設施中獲得福利。Beenfits包括沐浴費，入場費折扣，餐廳的折扣和禮物。</w:t>
      </w:r>
    </w:p>
    <w:p>
      <w:r>
        <w:t>附屬設施包括Ikaho Ryoko，Yumeji Takehisa Ikaho紀念館，Hara Museum Arc，Cafe，Cafe，General Store和Bathing設施。</w:t>
      </w:r>
    </w:p>
    <w:p>
      <w:r>
        <w:t>您可以從下面的鏈接中檢查好處的詳細信息和附屬設施的列表。</w:t>
      </w:r>
    </w:p>
    <w:p>
      <w:r>
        <w:t>https://www.google.com/maps/d/edit?mid=1LINMrLa6cHlL1hEaEbnnWYt5NvWhCQo&amp;usp=sharing</w:t>
      </w:r>
    </w:p>
    <w:p>
      <w:r>
        <w:t>*收益可能會發生變化，恕不另行通知。</w:t>
      </w:r>
    </w:p>
    <w:p>
      <w:r>
        <w:t>*福利使用期限定於2024年7月15日至2024年12月31日。新福利將在2025年之後給予。</w:t>
      </w:r>
    </w:p>
    <w:p>
      <w:r>
        <w:t>*在上述期間，每個設施只能使用一次福利。如果您有多個會員卡，則福利是正確的。</w:t>
      </w:r>
    </w:p>
    <w:p>
      <w:r>
        <w:t>如何使用“ Shibukawa / Ikaho數字會員證書”</w:t>
      </w:r>
    </w:p>
    <w:p>
      <w:r>
        <w:t>我們在Dosi購買了“ Shibukawa / Ikaho數字會員卡”。</w:t>
      </w:r>
    </w:p>
    <w:p>
      <w:r>
        <w:t>閱讀智能手機上附屬設施中安裝的QR碼。</w:t>
      </w:r>
    </w:p>
    <w:p>
      <w:r>
        <w:t>將智能手機屏幕呈現給設施人員。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您可以輕鬆獲得福利！</w:t>
      </w:r>
    </w:p>
    <w:p>
      <w:r>
        <w:t>什麼是dosi？</w:t>
      </w:r>
    </w:p>
    <w:p>
      <w:r>
        <w:t>DOSI是一個全球市場，可以輕鬆交易有價值的數字商品。</w:t>
      </w:r>
    </w:p>
    <w:p>
      <w:r>
        <w:t>易於使用線路帳戶或SNS帳戶登錄</w:t>
      </w:r>
    </w:p>
    <w:p>
      <w:r>
        <w:t>您可以使用信用卡或線付款購買商品</w:t>
      </w:r>
    </w:p>
    <w:p>
      <w:r>
        <w:t>您不僅可以在日本進行交易，而且可以為全球品牌進行交易</w:t>
      </w:r>
    </w:p>
    <w:p>
      <w:r>
        <w:t>如何打開“ dosi”帳戶</w:t>
      </w:r>
    </w:p>
    <w:p>
      <w:r>
        <w:t>https://dosi-jp.landpress.line.me/userguide_account</w:t>
      </w:r>
    </w:p>
    <w:p>
      <w:r>
        <w:t>如何購買NFT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“ Ikaho Onsen Extra”將在該系列中發布給Amakomi！</w:t>
      </w:r>
    </w:p>
    <w:p>
      <w:r>
        <w:t>“ Amakomi”是2024年6月非常受歡迎的四幀漫畫系列，並一直序列化直到第26集。</w:t>
      </w:r>
    </w:p>
    <w:p>
      <w:r>
        <w:t>在Ikaho Onsen Extra Edition中，您將繪製一個島嶼小鎮和溫泉小bun餐的場景。</w:t>
      </w:r>
    </w:p>
    <w:p>
      <w:r>
        <w:t>可以從這裡免費閱讀序列化中的漫畫。</w:t>
      </w:r>
    </w:p>
    <w:p>
      <w:r>
        <w:t>https://amato-official.com/manga</w:t>
      </w:r>
    </w:p>
    <w:p>
      <w:r>
        <w:t>概括</w:t>
      </w:r>
    </w:p>
    <w:p>
      <w:r>
        <w:t>“ Shibukawa / Ikaho Digital成員第1卷” NFT不僅可以在旅遊設施和餐館中受益，而且享受日本Dao的創意設計。</w:t>
      </w:r>
    </w:p>
    <w:p>
      <w:r>
        <w:t>銷售定於2024年6月29日開始，因此請查看。</w:t>
      </w:r>
    </w:p>
    <w:p>
      <w:r>
        <w:t>如果您對日本DAO感興趣，請跟隨並滑雪“日本DAO雜誌”。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