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聪明的口袋社区角色（卷）获取指南！让我们瞄准超新星！！</w:t>
      </w:r>
    </w:p>
    <w:p>
      <w:r>
        <w:t>大家好，在上一篇文章中，我们介绍了Smart Pocket Discord社区的“问答”和“隆隆声”活动。你读了吗？</w:t>
      </w:r>
    </w:p>
    <w:p>
      <w:r>
        <w:t>在社区活动活动中，获胜者不仅赢得奖品，而且还可以获得证明。</w:t>
      </w:r>
    </w:p>
    <w:p>
      <w:r>
        <w:t>接下来，我将介绍哪些类型的社区活动，可以获得哪些条件以及随后的收益。</w:t>
      </w:r>
    </w:p>
    <w:p>
      <w:r>
        <w:t>在开始</w:t>
      </w:r>
    </w:p>
    <w:p>
      <w:r>
        <w:t>智能口袋社区成立于2023年9月。</w:t>
      </w:r>
    </w:p>
    <w:p>
      <w:r>
        <w:t>在Smapoke启动时，我在Premint中注册并在Airdrop方法中赢得了积分。此后，该更新通过参加该活动而获得了积分，从而使操作更易于操作。</w:t>
      </w:r>
    </w:p>
    <w:p>
      <w:r>
        <w:t>在2024年初，已经添加了新的活动和职能以使社区更加活跃。但是在2024年5月，宣布了一项新的掷骰规范，并实现了以前条件的成员能够再次获得专用卷。</w:t>
      </w:r>
    </w:p>
    <w:p>
      <w:r>
        <w:t>什么是卷？</w:t>
      </w:r>
    </w:p>
    <w:p>
      <w:r>
        <w:t>Discord具有多种“滚动”功能，可在特定频道上提供访问和特殊功能。</w:t>
      </w:r>
    </w:p>
    <w:p>
      <w:r>
        <w:t>Smart Pocket社区具有一种机制，可让您通过积极参与活动来获取特殊卷。</w:t>
      </w:r>
    </w:p>
    <w:p>
      <w:r>
        <w:t>通过利用Discord的角色功能，您可以促进积极的活动，同时为社区成员提供激励措施。</w:t>
      </w:r>
    </w:p>
    <w:p>
      <w:r>
        <w:t>卷介绍</w:t>
      </w:r>
    </w:p>
    <w:p>
      <w:r>
        <w:t>贡献成员</w:t>
      </w:r>
    </w:p>
    <w:p>
      <w:r>
        <w:t>引入可以通过为不和谐社区活动做出贡献而获得的角色。</w:t>
      </w:r>
    </w:p>
    <w:p>
      <w:r>
        <w:t>①①twinklestar🌟</w:t>
      </w:r>
    </w:p>
    <w:p>
      <w:r>
        <w:t>证明它已经在Smart Pocket的Discord社区聊天室积极地达到了10级</w:t>
      </w:r>
    </w:p>
    <w:p>
      <w:r>
        <w:t>（在实现10级目标的目标时获得1000分和Twinklestar🌟）</w:t>
      </w:r>
    </w:p>
    <w:p>
      <w:r>
        <w:drawing>
          <wp:inline xmlns:a="http://schemas.openxmlformats.org/drawingml/2006/main" xmlns:pic="http://schemas.openxmlformats.org/drawingml/2006/picture">
            <wp:extent cx="3657600" cy="2056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有些是需要社区互动的积极进取和耐心的角色，并且可以相对容易获得。一旦消息达到一定数量，级别将自动上升，您将收到通知，您可以在级别检查中进行检查渠道。</w:t>
      </w:r>
    </w:p>
    <w:p>
      <w:r>
        <w:drawing>
          <wp:inline xmlns:a="http://schemas.openxmlformats.org/drawingml/2006/main" xmlns:pic="http://schemas.openxmlformats.org/drawingml/2006/picture">
            <wp:extent cx="3657600" cy="22565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565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因此，这是在社区中交换消息的一种方法，不仅是用每种语言聊天，而且在隆隆的活动中聊天并激发它们。</w:t>
      </w:r>
    </w:p>
    <w:p>
      <w:r>
        <w:t>* 1：实现目标后，将钱包在-Level -10频道上提交。1000点将被发送。</w:t>
      </w:r>
    </w:p>
    <w:p>
      <w:r>
        <w:t>* 2：请遵守社区规范并做出适度的言论。禁止说：“禁止，均衡，广告，欺诈，毫无意义的信息，违反规则和社区气氛”。</w:t>
      </w:r>
    </w:p>
    <w:p>
      <w:r>
        <w:t>②intelligencestar🌟</w:t>
      </w:r>
    </w:p>
    <w:p>
      <w:r>
        <w:t>证明您将正确参加问答活动，并被选为赢家</w:t>
      </w:r>
    </w:p>
    <w:p>
      <w:r>
        <w:t>（获胜者赢得了10USDT奖和情报明星🌟）</w:t>
      </w:r>
    </w:p>
    <w:p>
      <w:r>
        <w:t>⇨📖📖🗓🗓🗓🗓🗓🗓🗓🗓</w:t>
      </w:r>
    </w:p>
    <w:p>
      <w:r>
        <w:t>日期：每个星期五</w:t>
      </w:r>
    </w:p>
    <w:p>
      <w:r>
        <w:t>00时间：23：00（JST）</w:t>
      </w:r>
    </w:p>
    <w:p>
      <w:r>
        <w:drawing>
          <wp:inline xmlns:a="http://schemas.openxmlformats.org/drawingml/2006/main" xmlns:pic="http://schemas.openxmlformats.org/drawingml/2006/picture">
            <wp:extent cx="3657600" cy="205515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5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这需要一个可以随着时间的时间进行调查的水平，并且可以在活动期间回答。缺陷取决于问题的内容，对项目的理解，学习程度等。</w:t>
      </w:r>
    </w:p>
    <w:p>
      <w:r>
        <w:t>因此，掌握角色的困难也取决于每个人的情况和活动​​的状况。如果您认真地参与，通常可以轻松地获得它，但是随着时间的流逝，这些卷可能会受到限制。</w:t>
      </w:r>
    </w:p>
    <w:p>
      <w:r>
        <w:t>通常，有关问题范围的文章将在活动前一天发表。如果您正确回答并被选为获胜者，则将获得奖品和奖品。</w:t>
      </w:r>
    </w:p>
    <w:p>
      <w:r>
        <w:t>有关问答活动的详细信息，请参见以下内容。</w:t>
      </w:r>
    </w:p>
    <w:p>
      <w:r>
        <w:t>https://note.com/japandaosolution/n/nf78c58c19093</w:t>
      </w:r>
    </w:p>
    <w:p>
      <w:r>
        <w:t>③Battlestar🌟</w:t>
      </w:r>
    </w:p>
    <w:p>
      <w:r>
        <w:t>证明您将被授予Rumble的获胜者</w:t>
      </w:r>
    </w:p>
    <w:p>
      <w:r>
        <w:t>（获胜者赢得了500分或奖品，例如10 USDT和BattleStar🌟）</w:t>
      </w:r>
    </w:p>
    <w:p>
      <w:r>
        <w:t>⇨⚔🗓🗓🗓🗓🗓🗓🗓🗓🗓</w:t>
      </w:r>
    </w:p>
    <w:p>
      <w:r>
        <w:t>日期：每个星期六，星期日</w:t>
      </w:r>
    </w:p>
    <w:p>
      <w:r>
        <w:t>00时间：23：00（JST）</w:t>
      </w:r>
    </w:p>
    <w:p>
      <w:r>
        <w:drawing>
          <wp:inline xmlns:a="http://schemas.openxmlformats.org/drawingml/2006/main" xmlns:pic="http://schemas.openxmlformats.org/drawingml/2006/picture">
            <wp:extent cx="3657600" cy="205854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5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该活动期间的比赛是由系统自动执行的，成为赢家的机会就像彩票一样幸运，因此，获得三个活动和非常罕见的卷的难度是最高的。如果您有机会，参加很多次并感到兴奋。</w:t>
      </w:r>
    </w:p>
    <w:p>
      <w:r>
        <w:t>有关隆隆声的细节，请参见以下内容。</w:t>
      </w:r>
    </w:p>
    <w:p>
      <w:r>
        <w:t>https://note.com/japandaosolution/n/nc2d3ae603c8b</w:t>
      </w:r>
    </w:p>
    <w:p>
      <w:r>
        <w:t>④supernova🌟</w:t>
      </w:r>
    </w:p>
    <w:p>
      <w:r>
        <w:t>如果您的所有角色都低于三个皇冠成就，那么Supernova🌟将被授予荣誉角色。</w:t>
      </w:r>
    </w:p>
    <w:p>
      <w:r>
        <w:t>眨眼星</w:t>
      </w:r>
    </w:p>
    <w:p>
      <w:r>
        <w:t>情报星</w:t>
      </w:r>
    </w:p>
    <w:p>
      <w:r>
        <w:t>战星🌟</w:t>
      </w:r>
    </w:p>
    <w:p>
      <w:r>
        <w:drawing>
          <wp:inline xmlns:a="http://schemas.openxmlformats.org/drawingml/2006/main" xmlns:pic="http://schemas.openxmlformats.org/drawingml/2006/picture">
            <wp:extent cx="3657600" cy="31882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88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在早期，这是一个非常罕见的卷，只有七个人。</w:t>
      </w:r>
    </w:p>
    <w:p>
      <w:r>
        <w:t>通常，越困难，稀有，成员越少，您可以享受的利润和利益就越多。</w:t>
      </w:r>
    </w:p>
    <w:p>
      <w:r>
        <w:t>*大约有3,000人赢得了这一榜首，而社区数量超过21,000（截至2024年6月）。</w:t>
      </w:r>
    </w:p>
    <w:p>
      <w:r>
        <w:t>总会员</w:t>
      </w:r>
    </w:p>
    <w:p>
      <w:r>
        <w:t>接下来，我将介绍一般成员可以收购的角色。</w:t>
      </w:r>
    </w:p>
    <w:p>
      <w:r>
        <w:t>werify</w:t>
      </w:r>
    </w:p>
    <w:p>
      <w:r>
        <w:t>认证完成后，社区功能将打开</w:t>
      </w:r>
    </w:p>
    <w:p>
      <w:r>
        <w:t>✅和</w:t>
      </w:r>
    </w:p>
    <w:p>
      <w:r>
        <w:t>早期参与者的证明。收购OG频道于2023年11月15日关闭，因此随后的社区成员无法获得OG。</w:t>
      </w:r>
    </w:p>
    <w:p>
      <w:r>
        <w:t>✅SP家庭</w:t>
      </w:r>
    </w:p>
    <w:p>
      <w:r>
        <w:t>证明你爱这个社区</w:t>
      </w:r>
    </w:p>
    <w:p>
      <w:r>
        <w:t>server助推器</w:t>
      </w:r>
    </w:p>
    <w:p>
      <w:r>
        <w:t>服务器改进。请通过每个月的服务器的提升（可能需要付费订阅），从而锁定所选服务器新近改进的组益处。</w:t>
      </w:r>
    </w:p>
    <w:p>
      <w:r>
        <w:t>管理成员</w:t>
      </w:r>
    </w:p>
    <w:p>
      <w:r>
        <w:t>介绍社区管理团队的角色。</w:t>
      </w:r>
    </w:p>
    <w:p>
      <w:r>
        <w:t>Aadmin</w:t>
      </w:r>
    </w:p>
    <w:p>
      <w:r>
        <w:t>聪明的口袋创始人</w:t>
      </w:r>
    </w:p>
    <w:p>
      <w:r>
        <w:t>✅代理</w:t>
      </w:r>
    </w:p>
    <w:p>
      <w:r>
        <w:t>Smart Pocket No.2创始人助理</w:t>
      </w:r>
    </w:p>
    <w:p>
      <w:r>
        <w:t>support</w:t>
      </w:r>
    </w:p>
    <w:p>
      <w:r>
        <w:t>日本核心成员的助手</w:t>
      </w:r>
    </w:p>
    <w:p>
      <w:r>
        <w:t>✅支持者</w:t>
      </w:r>
    </w:p>
    <w:p>
      <w:r>
        <w:t>支持者领袖</w:t>
      </w:r>
    </w:p>
    <w:p>
      <w:r>
        <w:t>✅-HED协助支持者</w:t>
      </w:r>
    </w:p>
    <w:p>
      <w:r>
        <w:t>领导助理</w:t>
      </w:r>
    </w:p>
    <w:p>
      <w:r>
        <w:t>✅语言支持者</w:t>
      </w:r>
    </w:p>
    <w:p>
      <w:r>
        <w:t>海外核心会员管理助理</w:t>
      </w:r>
    </w:p>
    <w:p>
      <w:r>
        <w:t>creater</w:t>
      </w:r>
    </w:p>
    <w:p>
      <w:r>
        <w:t>聪明的口袋创建者</w:t>
      </w:r>
    </w:p>
    <w:p>
      <w:r>
        <w:t>✅EVENT计划者</w:t>
      </w:r>
    </w:p>
    <w:p>
      <w:r>
        <w:t>活动计划和操作</w:t>
      </w:r>
    </w:p>
    <w:p>
      <w:r>
        <w:t>✅Sustolutioner</w:t>
      </w:r>
    </w:p>
    <w:p>
      <w:r>
        <w:t>数据库管理，手动博客创建，应用程序合作等。</w:t>
      </w:r>
    </w:p>
    <w:p>
      <w:r>
        <w:t>您可以在智能口袋不和谐中检查＃✅室中的卷。</w:t>
      </w:r>
    </w:p>
    <w:p>
      <w:r>
        <w:drawing>
          <wp:inline xmlns:a="http://schemas.openxmlformats.org/drawingml/2006/main" xmlns:pic="http://schemas.openxmlformats.org/drawingml/2006/picture">
            <wp:extent cx="3657600" cy="249500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50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引入智能口袋不和谐社区的卷。</w:t>
      </w:r>
    </w:p>
    <w:p>
      <w:r>
        <w:t>除了一般成员和运营团队外，积极参与社区的成员还有机会扮演敬业的角色。</w:t>
      </w:r>
    </w:p>
    <w:p>
      <w:r>
        <w:t>随着时间的流逝，将来可能会添加新的活动和NFT卷。</w:t>
      </w:r>
    </w:p>
    <w:p>
      <w:r>
        <w:t>继续参加项目活动并获得这些卷将增加未来的利益。</w:t>
      </w:r>
    </w:p>
    <w:p>
      <w:r>
        <w:t>如果您对Smart Pocket感兴趣，请跟随并滑雪“ SMAPKE杂志”。</w:t>
      </w:r>
    </w:p>
    <w:p>
      <w:r>
        <w:t>官方X帐户：https：//twitter.com/smapocket</w:t>
      </w:r>
    </w:p>
    <w:p>
      <w:r>
        <w:t>官方不和谐：https：//discord.com/invite/smartpocket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