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什么是NFT？简易指南，即使是初学者也可以理解的</w:t>
      </w:r>
    </w:p>
    <w:p>
      <w:r>
        <w:t>您好日本DAO家族☆</w:t>
      </w:r>
    </w:p>
    <w:p>
      <w:r>
        <w:t>这次，我想探索我最近经常听到的“ NFT”，但我对您不太了解。</w:t>
      </w:r>
    </w:p>
    <w:p>
      <w:r>
        <w:t>即使您从未触摸过NFT，也可以。</w:t>
      </w:r>
    </w:p>
    <w:p>
      <w:r>
        <w:t>如果您阅读了本文，则可以看到NFT的基础知识！</w:t>
      </w:r>
    </w:p>
    <w:p>
      <w:r>
        <w:t>此外，在知道NFT的吸引力之后，请看看日本道的世界！</w:t>
      </w:r>
    </w:p>
    <w:p>
      <w:r>
        <w:t>https://note.com/japandaosolution/n/n68c1767971a9</w:t>
      </w:r>
    </w:p>
    <w:p>
      <w:r>
        <w:t>什么是NFT缩写？</w:t>
      </w:r>
    </w:p>
    <w:p>
      <w:r>
        <w:t>首先，基础知识的基础！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NFT的简单历史</w:t>
      </w:r>
    </w:p>
    <w:p>
      <w:r>
        <w:t>2014年：</w:t>
      </w:r>
    </w:p>
    <w:p>
      <w:r>
        <w:t>第一个NFT“量子”诞生了</w:t>
      </w:r>
    </w:p>
    <w:p>
      <w:r>
        <w:t>2017：</w:t>
      </w:r>
    </w:p>
    <w:p>
      <w:r>
        <w:t>加密货币似乎显示了NFT艺术的潜力</w:t>
      </w:r>
    </w:p>
    <w:p>
      <w:r>
        <w:t>Cryptokitties热门歌曲，NFT的普遍意识也有所提高</w:t>
      </w:r>
    </w:p>
    <w:p>
      <w:r>
        <w:t>2021：</w:t>
      </w:r>
    </w:p>
    <w:p>
      <w:r>
        <w:t>NFT市场爆炸性增长</w:t>
      </w:r>
    </w:p>
    <w:p>
      <w:r>
        <w:t>Beeple的作品被授予约69亿日元，使其成为一个重要的话题</w:t>
      </w:r>
    </w:p>
    <w:p>
      <w:r>
        <w:t>现在：</w:t>
      </w:r>
    </w:p>
    <w:p>
      <w:r>
        <w:t>用于艺术，游戏，音乐等各个领域</w:t>
      </w:r>
    </w:p>
    <w:p>
      <w:r>
        <w:t>随着技术的发展，新的可能性正在探索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NFT功能：唯一的和唯一的数字资产</w:t>
      </w:r>
    </w:p>
    <w:p>
      <w:r>
        <w:t>NFT的最大特征是它们是“独特的”。例如，无论是谁，10,000 -yen账单都是相同的。这被称为“替代”。</w:t>
      </w:r>
    </w:p>
    <w:p>
      <w:r>
        <w:t>另一方面，NFT是世界上特殊的。您可以“拥有”不可替代的事物，例如您的记忆照片和数字世界中您最喜欢的艺术家的有限艺术品。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NFT的技术背景：区块链的力量</w:t>
      </w:r>
    </w:p>
    <w:p>
      <w:r>
        <w:t>NFT基于区块链技术。区块链是一项分发和保存数据的技术，因此很难伪造。</w:t>
      </w:r>
    </w:p>
    <w:p>
      <w:r>
        <w:t>这种特征保证了NFT的唯一性质和所有权。许多NFT是在称为以太坊的区块链上创建的，但是您也可以使用其他区块链创建NFT。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NFT的利用：艺术，游戏和...</w:t>
      </w:r>
    </w:p>
    <w:p>
      <w:r>
        <w:t>NFT用于各个领域。</w:t>
      </w:r>
    </w:p>
    <w:p>
      <w:r>
        <w:t>例如：</w:t>
      </w:r>
    </w:p>
    <w:p>
      <w:r>
        <w:t>数字艺术：您可以将著名艺术家的数字作品作为NFT购买。</w:t>
      </w:r>
    </w:p>
    <w:p>
      <w:r>
        <w:t>游戏：通过将游戏中的物品和角色制作到NFT中，您可以真正拥有它们。</w:t>
      </w:r>
    </w:p>
    <w:p>
      <w:r>
        <w:t>音乐：以NFT（Ticketnft）发行的现场票，并提供了NFT中仅使用风扇的内容的访问权限</w:t>
      </w:r>
    </w:p>
    <w:p>
      <w:r>
        <w:t>可收集：数字交易卡和有限的商品。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NFT值：为什么NFT值？</w:t>
      </w:r>
    </w:p>
    <w:p>
      <w:r>
        <w:t>NFT的价值主要来自以下因素：</w:t>
      </w:r>
    </w:p>
    <w:p>
      <w:r>
        <w:t>稀有：数字世界中“仅”的价值</w:t>
      </w:r>
    </w:p>
    <w:p>
      <w:r>
        <w:t>认证：区块链所有权证明</w:t>
      </w:r>
    </w:p>
    <w:p>
      <w:r>
        <w:t>社区：通过NFT形成的社区价值</w:t>
      </w:r>
    </w:p>
    <w:p>
      <w:r>
        <w:t>公用事业：授予NFT持有人的特殊权利和职能</w:t>
      </w:r>
    </w:p>
    <w:p>
      <w:r>
        <w:t>品牌：艺术家和公司的品牌价值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NFT优点：对卖家和买家都有好处！</w:t>
      </w:r>
    </w:p>
    <w:p>
      <w:r>
        <w:t>NFT具有卖方和买方的优势。</w:t>
      </w:r>
    </w:p>
    <w:p>
      <w:r>
        <w:t>卖方：</w:t>
      </w:r>
    </w:p>
    <w:p>
      <w:r>
        <w:t>您可以直接确定工作价值</w:t>
      </w:r>
    </w:p>
    <w:p>
      <w:r>
        <w:t>可以获得次要分配的利润</w:t>
      </w:r>
    </w:p>
    <w:p>
      <w:r>
        <w:t>买方方：</w:t>
      </w:r>
    </w:p>
    <w:p>
      <w:r>
        <w:t>保证是真实的</w:t>
      </w:r>
    </w:p>
    <w:p>
      <w:r>
        <w:t>成为数字资产的真正“所有者”</w:t>
      </w:r>
    </w:p>
    <w:p>
      <w:r>
        <w:t>如何购买NFT：即使对于初学者来说也很容易！</w:t>
      </w:r>
    </w:p>
    <w:p>
      <w:r>
        <w:t>购买NFT比预期的要容易。基本流量是这样：</w:t>
      </w:r>
    </w:p>
    <w:p>
      <w:r>
        <w:t>准备虚拟货币钱包（MetAmask推荐）</w:t>
      </w:r>
    </w:p>
    <w:p>
      <w:r>
        <w:t>购买虚拟货币（通常使用以太坊）</w:t>
      </w:r>
    </w:p>
    <w:p>
      <w:r>
        <w:t>在NFT市场（Opensea等）中找到您想要的NFT</w:t>
      </w:r>
    </w:p>
    <w:p>
      <w:r>
        <w:t>买！</w:t>
      </w:r>
    </w:p>
    <w:p>
      <w:r>
        <w:t>但是，建议您首次从少量开始。</w:t>
      </w:r>
    </w:p>
    <w:p>
      <w:r>
        <w:t>要注意的要点：NFT也有陷阱</w:t>
      </w:r>
    </w:p>
    <w:p>
      <w:r>
        <w:t>NFT有很多可能性，但也有要注意的点：</w:t>
      </w:r>
    </w:p>
    <w:p>
      <w:r>
        <w:t>价格波动可能很严重</w:t>
      </w:r>
    </w:p>
    <w:p>
      <w:r>
        <w:t>您需要小心欺诈和假货</w:t>
      </w:r>
    </w:p>
    <w:p>
      <w:r>
        <w:t>有些人担心对环境的影响</w:t>
      </w:r>
    </w:p>
    <w:p>
      <w:r>
        <w:t>在理解这些风险之后，重要而明智地使用NFT很重要。</w:t>
      </w:r>
    </w:p>
    <w:p>
      <w:r>
        <w:t>NFT的未来前景：进一步的潜力</w:t>
      </w:r>
    </w:p>
    <w:p>
      <w:r>
        <w:t>NFT世界每天都在发展。</w:t>
      </w:r>
    </w:p>
    <w:p>
      <w:r>
        <w:t>现实世界资产与NFT之间的合作（例如，用于房地产权利的NFT）</w:t>
      </w:r>
    </w:p>
    <w:p>
      <w:r>
        <w:t>扩大元用品的利用率</w:t>
      </w:r>
    </w:p>
    <w:p>
      <w:r>
        <w:t>开发更环保的NFT创建方法</w:t>
      </w:r>
    </w:p>
    <w:p>
      <w:r>
        <w:t>使用NFT的新业务模型的外观</w:t>
      </w:r>
    </w:p>
    <w:p>
      <w:r>
        <w:t>词汇表：与NFT相关的主要术语</w:t>
      </w:r>
    </w:p>
    <w:p>
      <w:r>
        <w:t>薄荷：在区块链上创建和发行数字资产</w:t>
      </w:r>
    </w:p>
    <w:p>
      <w:r>
        <w:t>汽油费：区块链交易的费用</w:t>
      </w:r>
    </w:p>
    <w:p>
      <w:r>
        <w:t>钱包：存储虚拟货币和NFT的钱包</w:t>
      </w:r>
    </w:p>
    <w:p>
      <w:r>
        <w:t>PFP（个人资料图片）：NFT用作SNS配置文件图像</w:t>
      </w:r>
    </w:p>
    <w:p>
      <w:r>
        <w:t>SBT（灵魂绑定令牌）：无法转移或买卖的NFT</w:t>
      </w:r>
    </w:p>
    <w:p>
      <w:r>
        <w:t>概括</w:t>
      </w:r>
    </w:p>
    <w:p>
      <w:r>
        <w:t>NFT是一种创新的技术，它在数字世界中带来了“统一”和“所有权”的概念。艺术，音乐，游戏...在各个领域用于创造新的可能性。</w:t>
      </w:r>
    </w:p>
    <w:p>
      <w:r>
        <w:t>一开始似乎很困难，但是如果您逐步加深理解，您肯定会找到一个新的乐趣。</w:t>
      </w:r>
    </w:p>
    <w:p>
      <w:r>
        <w:t>如果您对日本DAO感兴趣，请跟随并滑雪“日本DAO杂志”。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公式Instagram：https：//www.instagram.com/japannftmuseum/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