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“ Shibukawa / Ikaho Digital Card Vol.1”将于2024年6月29日出售！</w:t>
      </w:r>
    </w:p>
    <w:p>
      <w:r>
        <w:t>您好，这个日本DAO家庭！</w:t>
      </w:r>
    </w:p>
    <w:p>
      <w:r>
        <w:t>这次，我们将为您提供特别的大新闻。</w:t>
      </w:r>
    </w:p>
    <w:p>
      <w:r>
        <w:t>Shibukawa Ikaho Onsen旅游协会和The covex Co.，Ltd.将参加当地项目，世界将转移到世界上，到达Gunma县Ikaho Onsen的吸引力。</w:t>
      </w:r>
    </w:p>
    <w:p>
      <w:r>
        <w:t>作为其中的一部分，“ Shibukawa / Ikaho数字会员卡”将出现NFT！Japan Dao负责此NFT角色设计。</w:t>
      </w:r>
    </w:p>
    <w:p>
      <w:r>
        <w:t>概述</w:t>
      </w:r>
    </w:p>
    <w:p>
      <w:r>
        <w:t>“ Shibukawa / Ikaho数字会员卡卷1” NFT可以通过在Ikaho Onsen的旅游设施和餐馆展示，例如为Ikaho Open -Air Bath提供的享受各种好处，例如为Ikaho Open -Air Bath提供折扣。</w:t>
      </w:r>
    </w:p>
    <w:p>
      <w:r>
        <w:t>Line Next的“ DOSI”平台将被出售。</w:t>
      </w:r>
    </w:p>
    <w:p>
      <w:r>
        <w:drawing>
          <wp:inline xmlns:a="http://schemas.openxmlformats.org/drawingml/2006/main" xmlns:pic="http://schemas.openxmlformats.org/drawingml/2006/picture">
            <wp:extent cx="3657600" cy="1901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此外，该角色设计使用了流行的日本DAO项目“ Kagura”中出现的三个角色。</w:t>
      </w:r>
    </w:p>
    <w:p>
      <w:r>
        <w:t>如果您想进一步了解Kagura或第一次，请参阅本文。</w:t>
      </w:r>
    </w:p>
    <w:p>
      <w:r>
        <w:t>https://note.com/japandaosolution/n/na2004b0b81ab</w:t>
      </w:r>
    </w:p>
    <w:p>
      <w:r>
        <w:t>https://note.com/japandaosolution/n/n14402a810a8e</w:t>
      </w:r>
    </w:p>
    <w:p>
      <w:r>
        <w:t>与Ikaho Onsen旅游协会合作的背景</w:t>
      </w:r>
    </w:p>
    <w:p>
      <w:r>
        <w:t>Ikaho Onsen是日本领先的观光景点之一，可以从东京都会区良好进入。ShibukawaCity正在促进观光数字化转型（DX），适合使用NFT进行观光促进。</w:t>
      </w:r>
    </w:p>
    <w:p>
      <w:r>
        <w:t>日本道与伊卡霍·奥恩森旅游协会合作，振兴该地区，以最大程度地提高该地区的吸引力。</w:t>
      </w:r>
    </w:p>
    <w:p>
      <w:r>
        <w:t>单击此处获取Shibukawa Ikaho Onsen旅游协会的官方X帐户</w:t>
      </w:r>
    </w:p>
    <w:p>
      <w:r>
        <w:t>https://twitter.com/ikahoonnsenn</w:t>
      </w:r>
    </w:p>
    <w:p>
      <w:r>
        <w:drawing>
          <wp:inline xmlns:a="http://schemas.openxmlformats.org/drawingml/2006/main" xmlns:pic="http://schemas.openxmlformats.org/drawingml/2006/picture">
            <wp:extent cx="3657600" cy="25014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14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关于Shibukawa / Ikaho数字会员卡销售信息</w:t>
      </w:r>
    </w:p>
    <w:p>
      <w:r>
        <w:t>销售开始：2024年6月29日，星期六12:00</w:t>
      </w:r>
    </w:p>
    <w:p>
      <w:r>
        <w:t>销售结束：2024年9月30日星期一12：00</w:t>
      </w:r>
    </w:p>
    <w:p>
      <w:r>
        <w:t>价格：$ 12（约1,900日元）</w:t>
      </w:r>
    </w:p>
    <w:p>
      <w:r>
        <w:t>销售渠道：数字商务“ dosi”</w:t>
      </w:r>
    </w:p>
    <w:p>
      <w:r>
        <w:t>销售：300件有限公司</w:t>
      </w:r>
    </w:p>
    <w:p>
      <w:r>
        <w:t>设计：从3种类型的图案（一个序列号）随机出售</w:t>
      </w:r>
    </w:p>
    <w:p>
      <w:r>
        <w:drawing>
          <wp:inline xmlns:a="http://schemas.openxmlformats.org/drawingml/2006/main" xmlns:pic="http://schemas.openxmlformats.org/drawingml/2006/picture">
            <wp:extent cx="3657600" cy="10685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单击此处获取购买页面的链接</w:t>
      </w:r>
    </w:p>
    <w:p>
      <w:r>
        <w:t>https://market.store.dosi.world/ja-JP/1st_sale/sales/40318/</w:t>
      </w:r>
    </w:p>
    <w:p>
      <w:r>
        <w:t>合作伙伴设施和福利</w:t>
      </w:r>
    </w:p>
    <w:p>
      <w:r>
        <w:t>通过介绍“ Shibukawa / Ikaho数字会员卡”，您可以在Ikaho Onsen地区的各种设施中获得福利。Beenfits包括沐浴费，入场费折扣，餐厅的折扣和礼物。</w:t>
      </w:r>
    </w:p>
    <w:p>
      <w:r>
        <w:t>附属设施包括Ikaho Ryoko，Yumeji Takehisa Ikaho纪念馆，Hara Museum Arc，Cafe，Cafe，General Store和Bathing设施。</w:t>
      </w:r>
    </w:p>
    <w:p>
      <w:r>
        <w:t>您可以从下面的链接中检查好处的详细信息和附属设施的列表。</w:t>
      </w:r>
    </w:p>
    <w:p>
      <w:r>
        <w:t>https://www.google.com/maps/d/edit?mid=1LINMrLa6cHlL1hEaEbnnWYt5NvWhCQo&amp;usp=sharing</w:t>
      </w:r>
    </w:p>
    <w:p>
      <w:r>
        <w:t>*收益可能会发生变化，恕不另行通知。</w:t>
      </w:r>
    </w:p>
    <w:p>
      <w:r>
        <w:t>*福利使用期限定于2024年7月15日至2024年12月31日。新福利将在2025年之后给予。</w:t>
      </w:r>
    </w:p>
    <w:p>
      <w:r>
        <w:t>*在上述期间，每个设施只能使用一次福利。如果您有多个会员卡，则福利是正确的。</w:t>
      </w:r>
    </w:p>
    <w:p>
      <w:r>
        <w:t>如何使用“ Shibukawa / Ikaho数字会员证书”</w:t>
      </w:r>
    </w:p>
    <w:p>
      <w:r>
        <w:t>我们在Dosi购买了“ Shibukawa / Ikaho数字会员卡”。</w:t>
      </w:r>
    </w:p>
    <w:p>
      <w:r>
        <w:t>阅读智能手机上附属设施中安装的QR码。</w:t>
      </w:r>
    </w:p>
    <w:p>
      <w:r>
        <w:t>将智能手机屏幕呈现给设施人员。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您可以轻松获得福利！</w:t>
      </w:r>
    </w:p>
    <w:p>
      <w:r>
        <w:t>什么是dosi？</w:t>
      </w:r>
    </w:p>
    <w:p>
      <w:r>
        <w:t>DOSI是一个全球市场，可以轻松交易有价值的数字商品。</w:t>
      </w:r>
    </w:p>
    <w:p>
      <w:r>
        <w:t>易于使用线路帐户或SNS帐户登录</w:t>
      </w:r>
    </w:p>
    <w:p>
      <w:r>
        <w:t>您可以使用信用卡或线付款购买商品</w:t>
      </w:r>
    </w:p>
    <w:p>
      <w:r>
        <w:t>您不仅可以在日本进行交易，而且可以为全球品牌进行交易</w:t>
      </w:r>
    </w:p>
    <w:p>
      <w:r>
        <w:t>如何打开“ dosi”帐户</w:t>
      </w:r>
    </w:p>
    <w:p>
      <w:r>
        <w:t>https://dosi-jp.landpress.line.me/userguide_account</w:t>
      </w:r>
    </w:p>
    <w:p>
      <w:r>
        <w:t>如何购买NFT</w:t>
      </w:r>
    </w:p>
    <w:p>
      <w:r>
        <w:t>https://dosi-jp.landpress.line.me/userguide_purchase</w:t>
      </w:r>
    </w:p>
    <w:p>
      <w:r>
        <w:t>New development of Amakomi (manga)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“ Ikaho Onsen Extra”将在该系列中发布给Amakomi！</w:t>
      </w:r>
    </w:p>
    <w:p>
      <w:r>
        <w:t>“ Amakomi”是2024年6月非常受欢迎的四帧漫画系列，并一直序列化直到第26集。</w:t>
      </w:r>
    </w:p>
    <w:p>
      <w:r>
        <w:t>在Ikaho Onsen Extra Edition中，您将绘制一个岛屿小镇和温泉小bun餐的场景。</w:t>
      </w:r>
    </w:p>
    <w:p>
      <w:r>
        <w:t>可以从这里免费阅读序列化中的漫画。</w:t>
      </w:r>
    </w:p>
    <w:p>
      <w:r>
        <w:t>https://amato-official.com/manga</w:t>
      </w:r>
    </w:p>
    <w:p>
      <w:r>
        <w:t>概括</w:t>
      </w:r>
    </w:p>
    <w:p>
      <w:r>
        <w:t>“ Shibukawa / Ikaho Digital成员第1卷” NFT不仅可以在旅游设施和餐馆中受益，而且享受日本Dao的创意设计。</w:t>
      </w:r>
    </w:p>
    <w:p>
      <w:r>
        <w:t>销售定于2024年6月29日开始，因此请查看。</w:t>
      </w:r>
    </w:p>
    <w:p>
      <w:r>
        <w:t>如果您对日本DAO感兴趣，请跟随并滑雪“日本DAO杂志”。</w:t>
      </w:r>
    </w:p>
    <w:p>
      <w:r>
        <w:t>官方X帐户：https：//twitter.com/japannftmuseum</w:t>
      </w:r>
    </w:p>
    <w:p>
      <w:r>
        <w:t>官方不和谐：https：//discord.com/invite/japandao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