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Iṣẹlẹ tuntun! Kopa ninu Q &amp; A ni alẹ ọjọ Jimọ ati gba awọn onipokinni !!</w:t>
      </w:r>
    </w:p>
    <w:p>
      <w:r>
        <w:t>Hello gbogbo eniyan ni sp ebi ☆</w:t>
      </w:r>
    </w:p>
    <w:p>
      <w:r>
        <w:t>Nkan yii ṣafihan nọmba Q &amp; iṣẹlẹ kan ati ẹya ati ẹya ti nkan akọkọ ti a tẹjade ni igba atijọ.</w:t>
      </w:r>
    </w:p>
    <w:p>
      <w:r>
        <w:t>Ni ibere</w:t>
      </w:r>
    </w:p>
    <w:p>
      <w:r>
        <w:t>Ni akoko yii, a yoo sọ fun ọ nipa itan-akọọlẹ Q &amp; iṣẹlẹ kan.Ti kan jẹ iṣẹlẹ ti o gbalejo nipasẹ agbegbeAti awọn ẹgbẹ ni Q &amp; ọna kika. Lẹhin opin ti ibeere kọọkan, awọn ti o yan lati laarin awọn idahun ti o pe yoo gba ẹbun kan.</w:t>
      </w:r>
    </w:p>
    <w:p>
      <w:r>
        <w:t>Akopọ ti iṣẹlẹ naa</w:t>
      </w:r>
    </w:p>
    <w:p>
      <w:r>
        <w:t>1.Eje akoko ati aaye imuse</w:t>
      </w:r>
    </w:p>
    <w:p>
      <w:r>
        <w:t>Ọjọ: Gbogbo ọjọ-ọjọ ni 21:00 (akoko Japan) * Sibẹsibẹ, jọwọ ṣayẹwo akoko ikede tuntun bi akoko iṣẹlẹ naa le yipada.</w:t>
      </w:r>
    </w:p>
    <w:p>
      <w:r>
        <w:t>Ibi imuse: Ṣe lori ikanni "Ibeere" ninu olupin apo apo Smart.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Ti o ko ba mọ bi o ṣe le kopa ninu olupin apo itaja, wo nkan wọnyi.</w:t>
      </w:r>
    </w:p>
    <w:p>
      <w:r>
        <w:t>https://note.com/japandaosolution/n/na503f2c4d60a</w:t>
      </w:r>
    </w:p>
    <w:p>
      <w:r>
        <w:t>2.Akoso iṣakoso nipasẹ kalẹnda</w:t>
      </w:r>
    </w:p>
    <w:p>
      <w:r>
        <w:t>O le lo iṣẹ kalẹnda ni olupin lati ṣayẹwo ọjọ ati akoko iṣẹlẹ naa tabi ṣeto rẹ ni ibamu si iṣeto rẹ.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Wo nkan ti o tẹle fun wiwa ati eto awọn ọna eto fun awọn kalẹnda.</w:t>
      </w:r>
    </w:p>
    <w:p>
      <w:r>
        <w:t>https://note.com/japandaosolution/n/n85b46f0e70f2</w:t>
      </w:r>
    </w:p>
    <w:p>
      <w:r>
        <w:t>Q &amp; A iṣẹlẹ ṣiṣan</w:t>
      </w:r>
    </w:p>
    <w:p>
      <w:r>
        <w:t>1.Evertent kedere</w:t>
      </w:r>
    </w:p>
    <w:p>
      <w:r>
        <w:t>Ṣaaju ki iṣẹlẹ naa bẹrẹ, awọn alaye ti iṣẹlẹ naa yoo wa ni kede lori ikanni ti ede kọọkan.iṣẹlẹ naa.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2.Prorogun ti awọn ibeere ati awọn idahun</w:t>
      </w:r>
    </w:p>
    <w:p>
      <w:r>
        <w:t>Awọn ibeere mẹta ni yoo beere lakoko iṣẹlẹ naa.iwọn akọkọ meji jẹ awọn ọrọ ti o rọrun lati tẹ awọn ọrọ sii, ṣugbọn kẹta ti o kẹhin jẹ iṣoro diẹ nitori o nilo alaye apejuwe diẹ sii nitori pe o nilo esi alaye diẹ sii nitori pe o nilo idahun alaye diẹ sii nitori pe o nilo idahun alaye diẹ sii nitori pe o nilo esi alaye diẹ sii nitori pe o nilo esi alaye diẹ sii nitori pe o nilo idahun alaye diẹ sii nitori pe o nilo idahun alaye diẹ sii nitori pe o nilo idahun alaye diẹ sii nitori pe o nilo alaye apejuwe diẹ sii nitori pe o nilo idahun alaye diẹ sii nitori pe o nilo alaye apejuwe diẹ sii nitori pe o nilo alaye apejuwe diẹ sii nitori pe o nilo idahun alaye diẹ sii nitori pe o nilo idahun alaye diẹ sii nitori pe o nilo alaye apejuwe diẹ sii nitori pe o nilo alaye apejuwe diẹ sii nitori pe o nilo alaye apejuwe diẹ sii nitori pe o nilo alaye alaye diẹ sii nitori pe o nilo alaye alaye diẹ sii nitori pe o nilo alaye apejuwe diẹ sii nitori pe o nilo alaye apejuwe diẹ sii nitori pe o nilo alaye alaye diẹ sii nitori pe o nilo alaye alaye diẹ sii nitori pe o nilo alaye alaye diẹ sii nitori pe o nilo alaye alaye diẹ sii nitori pe o nilo alaye apejuwe diẹ sii nitori pe o nilo alaye alaye diẹ sii nitori pe o nilo alaye apejuwe diẹ sii</w:t>
      </w:r>
    </w:p>
    <w:p>
      <w:r>
        <w:t>Ibeere kọọkan ni akoko idahun 10 -miboe, ati pe o le dahun nikan lẹẹkan laarin iṣẹju 5 lilo mode moduato.de ati dahun akoko.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3.Deadline ati ikede ti awọn bori</w:t>
      </w:r>
    </w:p>
    <w:p>
      <w:r>
        <w:t>Nigbati akoko idahun ti pari, awọn aṣeyọri ati awọn idahun yoo ni idasilẹ .Awọn iṣẹlẹ naa, atokọ gbogbo awọn aṣeyọri.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Awọn onipokinni fun awọn bori</w:t>
      </w:r>
    </w:p>
    <w:p>
      <w:r>
        <w:t>Ibeere 1 ati 2 Winner: 500 sp tọka ọkọọkan</w:t>
      </w:r>
    </w:p>
    <w:p>
      <w:r>
        <w:t>Q3 Winner: 10 USDT</w:t>
      </w:r>
    </w:p>
    <w:p>
      <w:r>
        <w:t>Awọn akọsilẹ</w:t>
      </w:r>
    </w:p>
    <w:p>
      <w:r>
        <w:t>-Ba awọn toviden nilo lati fi adirẹsi apamọwọ apamọwọ si awọn olugbagbe laarin ọsẹ kan.</w:t>
      </w:r>
    </w:p>
    <w:p>
      <w:r>
        <w:t>· Sp awọn bori awọn toakina nilo lati wọle si apo smart ni adirẹsi apamọwọ ti a fi silẹ.</w:t>
      </w:r>
    </w:p>
    <w:p>
      <w:r>
        <w:t>· 10 awọn bori USDT nilo lati fi adirẹsi apamọwọ kan ti o ni ibamu pẹlu boṣewa token USDT.</w:t>
      </w:r>
    </w:p>
    <w:p>
      <w:r>
        <w:t>· Lẹhin gbogbo awọn adirẹsi apamọwọ apamọwọ awọn ti a gba, awọn onipokinni ni a firanṣẹ gbogbo lẹẹkan.</w:t>
      </w:r>
    </w:p>
    <w:p>
      <w:r>
        <w:t>Ifihan ti ikanni akọsilẹ ojutu</w:t>
      </w:r>
    </w:p>
    <w:p>
      <w:r>
        <w:t>Iyan akọsilẹ-ọna ṣeto awọn nkan Ni awọn ẹya pupọ ki awọn onkawe le yarayara wa alaye to wulo. Awọn akoonu ti ẹka kọọkan jẹ bi atẹle.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Ifihan awọn nkan ti o ni ibatan si Magazinejaphanjaphanjappanjaphanjaphanjaraphanjaphannajarajara DAO ati gbe lọ si olupin Dao Japan.</w:t>
      </w:r>
    </w:p>
    <w:p>
      <w:r>
        <w:t>Ṣe afihan awọn akoonu ti o ni ibatan si Eto Eto Project Project.Cor Aper, Ifihan ati Lilo ti Awọn ohun elo apo Smart, Alaye nipa NFT.</w:t>
      </w:r>
    </w:p>
    <w:p>
      <w:r>
        <w:t>Ṣe afihan alaye tuntun ati awọn iroyin ti iroyin.fr apẹẹrẹ, awọn ẹya tuntun ti app apo sota ati akopọ ti aba ni ti o ti kọja.</w:t>
      </w:r>
    </w:p>
    <w:p>
      <w:r>
        <w:t>Fi ayefato awọn nkan dojukọ iṣẹ iṣẹ Afowoyi.ur Apejọ Afore, "Ṣiṣẹda akọọlẹ kan, ikopa ninu agbegbe apo apo, yiyi iwifunni iṣẹlẹ kan" ni Abo.</w:t>
      </w:r>
    </w:p>
    <w:p>
      <w:r>
        <w:t>Tẹ ọkan ninu ipinlẹ kọọkan lati yi lọ ni oke ati ayẹwo awọn nkan ti o wa ni atọka.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isọniṣoki</w:t>
      </w:r>
    </w:p>
    <w:p>
      <w:r>
        <w:t>Yi a ti gbalejo iṣẹlẹ yii nipasẹ agbegbe apo smart ati pe o waye ni gbogbo alẹ ọjọ Jimọ.</w:t>
      </w:r>
    </w:p>
    <w:p>
      <w:r>
        <w:t>Awọn olukopa yoo dahun awọn ibeere ti o da lori nkan Akọkọ, ati pe ti wọn ba dahun ni deede, wọn yoo gba awọn idahun ti o nilo awọn idahun ti o ni aabo, ki o ma ṣe rẹ awọn idahun ti o alaye.</w:t>
      </w:r>
    </w:p>
    <w:p>
      <w:r>
        <w:t>Ni afikun, o ṣee ṣe lati ṣakoso iṣeto ti iṣẹlẹ lilo iṣẹ apo ile Smart, ati pe o nifẹ si daradara.</w:t>
      </w:r>
    </w:p>
    <w:p>
      <w:r>
        <w:t>Ti o ba nifẹ si apo Smart rẹ, jọwọ tẹle ati Ski fun "ami cpipazine".</w:t>
      </w:r>
    </w:p>
    <w:p>
      <w:r>
        <w:t>Account X ti Osise: HTTPS: //twitter.com/scapottacket</w:t>
      </w:r>
    </w:p>
    <w:p>
      <w:r>
        <w:t>Didflard osise: https: //discor.com/invite/smartpocketppocket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