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Tentint Afowoyi ~ Iṣura nduro ~</w:t>
      </w:r>
    </w:p>
    <w:p>
      <w:r>
        <w:t>Ni Oṣu Kẹrin Ọjọ 2024, Japan Dao kede ikede iyalẹnu ti CNP (SBTPwenjaja) yoo jẹ olutọju SFT (STETE, Fint Festival "!Bibẹẹkọ, idena nibi "ni" Preint ".Iyi ọpa, eyiti o tun gba nipasẹ pinpin Al, jẹ iduroṣinṣin lati ni oye.Paapa ti o ba ro pe o gba akoko, o le ka nkan yii ki o gba ọpọlọpọ awọn aye.i nireti pe o le fi sinu rẹ.Mo lo aworan ti iboju iboju nigbati Mo lo ni gangan, nitorinaa lo o ni ipo ti o rọrun fun awọn olubere.</w:t>
      </w:r>
    </w:p>
    <w:p>
      <w:r>
        <w:t>.Kini o jẹ olukọni?</w:t>
      </w:r>
    </w:p>
    <w:p>
      <w:r>
        <w:t>· Nigbati Iṣẹ NFT ti o ṣe afihan NFT tuntun, ọpa fun titọ ohun elo ati titaja Al (ti o wa ni idiyele).Awọn iṣẹ olokiki ni Japan ati ti a ti gba okeere. Laipẹ.</w:t>
      </w:r>
    </w:p>
    <w:p>
      <w:r>
        <w:t>II.Igbaradi ṣaaju lilo fun igba</w:t>
      </w:r>
    </w:p>
    <w:p>
      <w:r>
        <w:t>Ohun ti o nilo ni amunika jẹ bi atẹle.</w:t>
      </w:r>
    </w:p>
    <w:p>
      <w:r>
        <w:t>· Isẹrọ (etamask)</w:t>
      </w:r>
    </w:p>
    <w:p>
      <w:r>
        <w:t>Accord Accord</w:t>
      </w:r>
    </w:p>
    <w:p>
      <w:r>
        <w:t>· X (twitter) akọọlẹ</w:t>
      </w:r>
    </w:p>
    <w:p>
      <w:r>
        <w:t>.Ṣiṣan ti ohun elo preint</w:t>
      </w:r>
    </w:p>
    <w:p>
      <w:r>
        <w:t>Igbesẹ 1</w:t>
      </w:r>
    </w:p>
    <w:p>
      <w:r>
        <w:t>Forukọsilẹ afikọti (iboju meta) ni ile-alapin</w:t>
      </w:r>
    </w:p>
    <w:p>
      <w:r>
        <w:t>Igbesẹ 2</w:t>
      </w:r>
    </w:p>
    <w:p>
      <w:r>
        <w:t>Ṣiṣẹ pẹlu x (twitter) akọọlẹ ati adehun ajọṣepọ pẹlu ile-alapin</w:t>
      </w:r>
    </w:p>
    <w:p>
      <w:r>
        <w:t>Igbesẹ 3</w:t>
      </w:r>
    </w:p>
    <w:p>
      <w:r>
        <w:t>Waye fun preint</w:t>
      </w:r>
    </w:p>
    <w:p>
      <w:r>
        <w:t>.Jẹ ki a lo pẹlu alatirin</w:t>
      </w:r>
    </w:p>
    <w:p>
      <w:r>
        <w:t>1. Waye lati PC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(1) Tẹ ọna asopọ naa lati yẹ fun X (Twitter) ki o wọle.</w:t>
      </w:r>
    </w:p>
    <w:p>
      <w:r>
        <w:t>Tẹ "Buwolu wọle lati forukọsilẹ".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Yan apamọwọ ki o tẹ ọrọ igbaniwọle sii.</w:t>
      </w:r>
    </w:p>
    <w:p>
      <w:r>
        <w:t>Wo Wọle ati sopọ apamọwọ naa.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Ṣayẹwo pe awọn ipo gbigbe ti fifule pupa ti o wa ni ṣẹ ki o tẹ "Tẹ lati forukọsilẹ".</w:t>
      </w:r>
    </w:p>
    <w:p>
      <w:r>
        <w:t>Ohun elo ti pari pẹlu akiyesi yii!</w:t>
      </w:r>
    </w:p>
    <w:p>
      <w:r>
        <w:t>Gbogbo ohun ti o ni lati ṣe ni duro de ikede win.</w:t>
      </w:r>
    </w:p>
    <w:p>
      <w:r>
        <w:t>* Eto Ifitonileti bori ni aworan ni isalẹ</w:t>
      </w:r>
    </w:p>
    <w:p>
      <w:r>
        <w:t>2. Waye lati foonuiyara kan</w:t>
      </w:r>
    </w:p>
    <w:p>
      <w:r>
        <w:t>* Ni ọpọlọpọ awọn ọran, iwọle taara lati awọn ọna asopọ pupọ ko ni lọ laisiyonu lori aṣàwáwo meta iboju ti a pese nipasẹ Japan.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Daakọ ọna asopọ afojusun lati X (Twitter), abbr., Ati ṣii awọn agbegbe.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Ati aṣàwákiri Meta Fit The Meta, lẹẹmọ Ọna asopọ adakọ ki o wọle.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· Tẹ buwolu wọle lati forukọsilẹ "Lati yan apamọwọ kan.entar Ọrọigbawọle, ami, ati so apamọwọ naa.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· Ṣayẹwo pe awọn ipo ikopa ti fireemu pupa pupa ti o ti ṣẹ ki o tẹ "Tẹ lati forukọsilẹ".</w:t>
      </w:r>
    </w:p>
    <w:p>
      <w:r>
        <w:t>Ohun elo yii ti pari pẹlu akiyesi yii!</w:t>
      </w:r>
    </w:p>
    <w:p>
      <w:r>
        <w:t>Gbogbo ohun ti o ni lati ṣe ni duro de ikede win.</w:t>
      </w:r>
    </w:p>
    <w:p>
      <w:r>
        <w:t>* Eto Ifitonileti bori ni aworan ni isalẹ</w:t>
      </w:r>
    </w:p>
    <w:p>
      <w:r>
        <w:t>.Awọn eto ere lọpọlọpọ</w:t>
      </w:r>
    </w:p>
    <w:p>
      <w:r>
        <w:t>1. ifowosowopo pẹlu snis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· Gbogbo o le ṣayẹwo ipo to dara julọ ki o ṣeto awọn eto oriṣiriṣi lati "profaili" ni alaju</w:t>
      </w:r>
    </w:p>
    <w:p>
      <w:r>
        <w:t>· Niwọn igba ti o nilo bi iṣẹ, o jẹ dandan lati fọwọsowọpọ pẹlu x (twitter) ati ijade.</w:t>
      </w:r>
    </w:p>
    <w:p>
      <w:r>
        <w:t>* O jẹ dandan lati ṣẹda akọọlẹ kan ti x (Twitter) ati ki o tako ilosiwaju</w:t>
      </w:r>
    </w:p>
    <w:p>
      <w:r>
        <w:t>Ise agbese naa ni a nilo lati ni ọna asopọ x (Twitter) ati awọn iroyin ariyanjiyan bi ọkan ninu awọn iṣẹ-ṣiṣe fun ohun elo ti o tọ sii ati ọna asopọ pẹlu amulekọ.</w:t>
      </w:r>
    </w:p>
    <w:p>
      <w:r>
        <w:t>2. Eto Ifitonileti bori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0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Iṣẹ iwifunni jẹ iṣẹ ti o wulo pupọ.</w:t>
      </w:r>
    </w:p>
    <w:p>
      <w:r>
        <w:t>.Isọniṣoki</w:t>
      </w:r>
    </w:p>
    <w:p>
      <w:r>
        <w:t>Ni akoko yii, Mo ṣe akopọ akọkọ .Once ti o sọ ni irọrun ni ọjọ iwaju!Tẹmpili ati gba aye nla papọ.</w:t>
      </w:r>
    </w:p>
    <w:p>
      <w:r>
        <w:t>Ti o ba nifẹ si Japan Dao, jọwọ tẹle ati Ski fun "Kamana Kupan Dao".</w:t>
      </w:r>
    </w:p>
    <w:p>
      <w:r>
        <w:t>AKIYESI X: https: //twitter.com/japonnfmuseum</w:t>
      </w:r>
    </w:p>
    <w:p>
      <w:r>
        <w:t>Didflard osise: https://dissoft.com/invite/japondao</w:t>
      </w:r>
    </w:p>
    <w:p>
      <w:r>
        <w:t>Instagram osise: HTTPS: //www.instagram.com/japannkmuseum/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