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Bi o ṣe le ṣe awọn metamask</w:t>
      </w:r>
    </w:p>
    <w:p>
      <w:r>
        <w:t>Ninu nkan yii, a yoo ṣafihan "ilana fun ṣiṣẹda awọn iboju iparada meta".</w:t>
      </w:r>
    </w:p>
    <w:p>
      <w:r>
        <w:t>O le ṣẹda awọn iṣọpọ ṣẹda ipilẹ nipasẹ kika nkan naa.</w:t>
      </w:r>
    </w:p>
    <w:p>
      <w:r>
        <w:t>O le ka nkan yii ni iṣẹju 5!</w:t>
      </w:r>
    </w:p>
    <w:p>
      <w:r>
        <w:t>Kini etamask?</w:t>
      </w:r>
    </w:p>
    <w:p>
      <w:r>
        <w:drawing>
          <wp:inline xmlns:a="http://schemas.openxmlformats.org/drawingml/2006/main" xmlns:pic="http://schemas.openxmlformats.org/drawingml/2006/picture">
            <wp:extent cx="3657600" cy="104349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04349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Metamas jẹ aworan bi "apamọwọ iṣiro". O gba apamọwọ rẹ lailewu, o le fipamọ lailewu ki o lo owo oni nọmba ati awọn ohun pataki.</w:t>
      </w:r>
    </w:p>
    <w:p>
      <w:r>
        <w:t>O ṣe atilẹyin nipasẹ ọpọlọpọ awọn olumulo ati pe o le ṣee lo lailewu ati daradara bi aaye wiwọle fun awọn ohun-ini oni-nọmba.</w:t>
      </w:r>
    </w:p>
    <w:p>
      <w:r>
        <w:t>[Foonuiyara] ilana Conmask</w:t>
      </w:r>
    </w:p>
    <w:p>
      <w:r>
        <w:t>Ṣe igbasilẹ "Awọn faili"</w:t>
      </w:r>
    </w:p>
    <w:p>
      <w:r>
        <w:t>Tẹ "Bẹrẹ"</w:t>
      </w:r>
    </w:p>
    <w:p>
      <w:r>
        <w:t>Tẹ "Ṣẹda apamọwọ tuntun"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Ṣayẹwo awọn akoonu ki o tẹ ni kia kia "Mo gba"</w:t>
      </w:r>
    </w:p>
    <w:p>
      <w:r>
        <w:t>Ṣayẹwo awọn ofin ki o tẹ "gba"</w:t>
      </w:r>
    </w:p>
    <w:p>
      <w:r>
        <w:t>Tẹ ọrọ igbaniwọle sii ki o tẹ "Ṣẹda Ọrọigbaniwọle"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Tẹ "Bẹrẹ"</w:t>
      </w:r>
    </w:p>
    <w:p>
      <w:r>
        <w:t>Tẹ "Bẹrẹ"</w:t>
      </w:r>
    </w:p>
    <w:p>
      <w:r>
        <w:t>Tẹ ọrọ igbaniwọle sii ki o tẹ "jẹrisi"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Tẹ "Ifihan" lati ṣafihan gbolohun ilana imularada ikoko kan</w:t>
      </w:r>
    </w:p>
    <w:p>
      <w:r>
        <w:t>Pataki</w:t>
      </w:r>
    </w:p>
    <w:p>
      <w:r>
        <w:t>Iwọ ko gbọdọ sọ fun ẹnikẹni nipa gbolohun imularada ikoko.</w:t>
      </w:r>
    </w:p>
    <w:p>
      <w:r>
        <w:t>Ṣe akọsilẹ ti awọn ọrọ ti o han ni aṣẹ ki o tọju wọn ni ibi aabo.</w:t>
      </w:r>
    </w:p>
    <w:p>
      <w:r>
        <w:t>Yan gbolohun ìdáyè ìkákì ni aṣẹ ⑫ pari ẹda ti o pari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[PC] Statas ilana ilana</w:t>
      </w:r>
    </w:p>
    <w:p>
      <w:r>
        <w:t>Ni akọkọ, jẹ ki a lọ si oju opo wẹẹbu osise ti Metamask.</w:t>
      </w:r>
    </w:p>
    <w:p>
      <w:r>
        <w:t>Metamask jẹ iro, nitorinaa rii daju lati ṣe igbasilẹ lati URL to tọ (ọna asopọ URL loke jẹ ailewu)</w:t>
      </w:r>
    </w:p>
    <w:p>
      <w:r>
        <w:t>Tẹ "Download" ni isalẹ apa osi iboju</w:t>
      </w:r>
    </w:p>
    <w:p>
      <w:r>
        <w:t>Tẹ "Gba"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Tẹ bọtini "Fi Awọn amugbooro" kun</w:t>
      </w:r>
    </w:p>
    <w:p>
      <w:r>
        <w:t>④ Ṣayẹwo awọn ofin lilo ati ṣayẹwo apoti ayẹwo.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Ṣayẹwo awọn akoonu ki o tẹ "Mo gba"</w:t>
      </w:r>
    </w:p>
    <w:p>
      <w:r>
        <w:t>Tẹ ọrọ igbaniwọle sii ki o tẹ "Ṣẹda apamọwọ tuntun"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Tẹ "aridaju aabo ti apamọwọ"</w:t>
      </w:r>
    </w:p>
    <w:p>
      <w:r>
        <w:t>Tẹ "Atẹjade gbolohun ọrọ imularada"</w:t>
      </w:r>
    </w:p>
    <w:p>
      <w:r>
        <w:t>Pataki</w:t>
      </w:r>
    </w:p>
    <w:p>
      <w:r>
        <w:t>Iwọ ko gbọdọ sọ fun ẹnikẹni nipa gbolohun imularada ikoko.</w:t>
      </w:r>
    </w:p>
    <w:p>
      <w:r>
        <w:t>Ṣe akọsilẹ ti awọn ọrọ ti o han ni aṣẹ ki o tọju wọn ni ibi aabo.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0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Tẹ ọrọ imularada ikoko kan</w:t>
      </w:r>
    </w:p>
    <w:p>
      <w:r>
        <w:t>⑩ Ṣiṣẹda iwe apamọwọ ti pari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2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Awọn iṣọra nigbati o ṣẹda awọn iṣọn</w:t>
      </w:r>
    </w:p>
    <w:p>
      <w:r>
        <w:t>Nipasẹ lilo awọn metamus kan, o le ṣakoso ni irọrun ati iṣowo iṣowo ni irọrun.</w:t>
      </w:r>
    </w:p>
    <w:p>
      <w:r>
        <w:t>Ibi ipamọ ti gbolohun ìjáde</w:t>
      </w:r>
    </w:p>
    <w:p>
      <w:r>
        <w:t>Gẹgẹbi Mo ti mẹnuba ọpọlọpọ awọn akoko ni awọn alaye bẹ, o ṣe pataki pupọ lati tọju awọn gbolohun ọrọ imularada.</w:t>
      </w:r>
    </w:p>
    <w:p>
      <w:r>
        <w:t>Pipadanu eyi yoo fa ki o lagbara lati wọle si apamọwọ ati padanu awọn ohun-ini rẹ.</w:t>
      </w:r>
    </w:p>
    <w:p>
      <w:r>
        <w:t>Pẹlupẹlu, eewu kan ti iraye ti a ko ni aṣẹ nipa ti a mọ fun awọn miiran, nitorinaa rii daju lati gbiyanju lati ma jo o si elomiran. (Skso jẹ ng)</w:t>
      </w:r>
    </w:p>
    <w:p>
      <w:r>
        <w:t>Lilo ti oju opo wẹẹbu osise ati app</w:t>
      </w:r>
    </w:p>
    <w:p>
      <w:r>
        <w:t>Ọpọlọpọ awọn aaye asan wa ati awọn lw lori intanẹẹti.</w:t>
      </w:r>
    </w:p>
    <w:p>
      <w:r>
        <w:t>Nigbati igbasilẹ ati fifi iboju meta, rii daju lati lo aaye osise tabi itaja itaja.</w:t>
      </w:r>
    </w:p>
    <w:p>
      <w:r>
        <w:t>isọniṣoki</w:t>
      </w:r>
    </w:p>
    <w:p>
      <w:r>
        <w:t>Eyi ni akopọ ti akoonu yii.</w:t>
      </w:r>
    </w:p>
    <w:p>
      <w:r>
        <w:t>Itumọ ti apamọwọ</w:t>
      </w:r>
    </w:p>
    <w:p>
      <w:r>
        <w:t>Apamọwọ jẹ "apamọwọ iṣiro" fun ibitọju ati ṣiṣakoso owo ti o foju.</w:t>
      </w:r>
    </w:p>
    <w:p>
      <w:r>
        <w:t>Metaka</w:t>
      </w:r>
    </w:p>
    <w:p>
      <w:r>
        <w:t>Metask dabi apamọwọ oni nọmba ati pe o jẹ ohun elo fun titoju ati lilo awọn ohun-oni oniwosan lailewu. Ti atilẹyin nipasẹ ọpọlọpọ awọn olumulo.</w:t>
      </w:r>
    </w:p>
    <w:p>
      <w:r>
        <w:t>Ilana ẹda</w:t>
      </w:r>
    </w:p>
    <w:p>
      <w:r>
        <w:t>Ilana fun ṣiṣẹda awọn iboju iparada lori PC ati foonuiyara mejeeji ni awọn alaye ati ilana foonuiyara pẹlu igbasilẹ, fifi sori ẹrọ, ati awọn eto iwọle Aṣẹ.</w:t>
      </w:r>
    </w:p>
    <w:p>
      <w:r>
        <w:t>Pataki Aaye</w:t>
      </w:r>
    </w:p>
    <w:p>
      <w:r>
        <w:t>Awọn iṣọra wa nigba lilo awọn iṣọpọ, bii pataki ti titoju awọn gbolohun imularada ikoko ati pataki ti lilo aaye ayelujara osise ati ohun elo.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