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Kini Kagura?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Hello idile Japan dao ☆</w:t>
      </w:r>
    </w:p>
    <w:p>
      <w:r>
        <w:t>Ninu nkan yii, manga "Kagukomu" ti dagbasoke lati Kagurra NFT ṣe atẹle atẹle ibi Kugua.</w:t>
      </w:r>
    </w:p>
    <w:p>
      <w:r>
        <w:t>Emi yoo jinle itan naa ati awọn ohun kikọ silẹ.</w:t>
      </w:r>
    </w:p>
    <w:p>
      <w:r>
        <w:t>A yoo tun ka ipo lọwọlọwọ ti "Kagurra", eyiti o ti wa sinu akoonu oriṣiriṣi, gẹgẹbi orin ati ojoya, ati awọn ti agbara "siwaju si ip.</w:t>
      </w:r>
    </w:p>
    <w:p>
      <w:r>
        <w:t>Jọwọ ya wo si opin!</w:t>
      </w:r>
    </w:p>
    <w:p>
      <w:r>
        <w:t>* Ti o ko ba ka "Kagura ni ibi ti Vock.1 Kagura", a yoo riri lati ọna asopọ ni isalẹ.</w:t>
      </w:r>
    </w:p>
    <w:p>
      <w:r>
        <w:t>Ọna asopọ irohin Japan Dao "ibi ti Vock.1 KAGURU"</w:t>
      </w:r>
    </w:p>
    <w:p>
      <w:r>
        <w:t>HTTPS://jappano-storation.com/yp= hyperlink "https://jappano-storation.com/yp=1068"1068</w:t>
      </w:r>
    </w:p>
    <w:p>
      <w:r>
        <w:t>Ọna asopọ Ile-iṣẹ Kagurra</w:t>
      </w:r>
    </w:p>
    <w:p>
      <w:r>
        <w:t>https://japannftmuseum.com/kagura#kagura</w:t>
      </w:r>
    </w:p>
    <w:p>
      <w:r>
        <w:t>manga osise</w:t>
      </w:r>
    </w:p>
    <w:p>
      <w:r>
        <w:t>https://japannftmuseum.com/kagura/manga</w:t>
      </w:r>
    </w:p>
    <w:p>
      <w:r>
        <w:t>Ṣii okun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Itan Kagur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Ọmọ ẹgbẹ mẹrin ti iṣe ti "Kọ ẹkọ aṣa Japanese Gakuen, ati Akata ti" Ọlọrun "ti o gbe igbesi aye ọmọ ile-iwe fun idi, gẹgẹbi awọn ọmọde Japanese!</w:t>
      </w:r>
    </w:p>
    <w:p>
      <w:r>
        <w:t>Ni ẹgbẹ, a ti di ẹkọ lakoko ti o ni iriri awọn aṣa lati awọn iṣẹlẹ atijọ ati awọn iṣẹlẹ asiko, gẹgẹ bi awọn aṣọ wiwọ ọwọ ati awọn irinṣẹ papọ ki o ṣe abẹwo si aaye naa.</w:t>
      </w:r>
    </w:p>
    <w:p>
      <w:r>
        <w:t>Ohun ijinlẹ ati idakẹjẹ lojojumọ pe wọn ṣii jẹ Nostalgic pe awọn eniyan Japanese ti gbagbe ati larada!</w:t>
      </w:r>
    </w:p>
    <w:p>
      <w:r>
        <w:t>Mo ro pe awọn eniyan ilu okeere ati awọn ọmọde yoo rii daju pe alabapade ati awọn igbadun!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ohun kikọ</w:t>
      </w:r>
    </w:p>
    <w:p>
      <w:r>
        <w:t>Te awọn arakunrin mi ba r fun "dun ati sap", "aladugbo Selioniji", "Shinonome Blue", ero D "d" kunu-naa.5 Irorun p?!</w:t>
      </w:r>
    </w:p>
    <w:p>
      <w:r>
        <w:t>Gbogbo awọn ohun kikọ jẹ alailẹgbẹ ati didara pẹlu irisi ati iwa wọn!</w:t>
      </w:r>
    </w:p>
    <w:p>
      <w:r>
        <w:t>Iwọ yoo dajudaju wa titari ♪</w:t>
      </w:r>
    </w:p>
    <w:p>
      <w:r>
        <w:t>Ọpọlọpọ awọn eto aramada wa, ati pe Mo n nireti gaan lati han ni Manga ati be be lo ni ọjọ iwaju!</w:t>
      </w:r>
    </w:p>
    <w:p>
      <w:r>
        <w:t>Ni afikun, orukọ ti ohun kikọ akọkọ han ni igbasilẹ nipasẹ iru ikopa lọwọlọwọẸka olootu.</w:t>
      </w:r>
    </w:p>
    <w:p>
      <w:r>
        <w:t>O jẹ ohun ti o tayọ nikan ti ibaamu awọn abuda ati oju-aye ti iwa, ati orukọ naa ti ni asomọ si awọn kikọ kọọkan ati pe o le gbadun Kagura paapaa.</w:t>
      </w:r>
    </w:p>
    <w:p>
      <w:r>
        <w:t>Ifihan ohun kikọ</w:t>
      </w:r>
    </w:p>
    <w:p>
      <w:r>
        <w:t>Aafin ita</w:t>
      </w:r>
    </w:p>
    <w:p>
      <w:r>
        <w:t>Apejuwe ohun kikọ: Morry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Adugbo ajọra</w:t>
      </w:r>
    </w:p>
    <w:p>
      <w:r>
        <w:t>Apejuwe ohun kikọ: Mariyaya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Bulu -keun</w:t>
      </w:r>
    </w:p>
    <w:p>
      <w:r>
        <w:t>Apejuwe ohun kikọ silẹ: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Sayka Shrine Idà (Ina Shnika Service)</w:t>
      </w:r>
    </w:p>
    <w:p>
      <w:r>
        <w:t>Apejuwe ohun kikọ: Sae tani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Jufun Lese (Tsukuma jẹ dara)</w:t>
      </w:r>
    </w:p>
    <w:p>
      <w:r>
        <w:t>Apejuwe ohun kikọ silẹ: Ifale Puri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Manga (apanilerin)</w:t>
      </w:r>
    </w:p>
    <w:p>
      <w:r>
        <w:t>Ṣe Mo le jẹ iwe ẹkọ fun aṣa Japanese ?! "Kagukumo"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Ọkan ninu akoonu pataki julọ ti awọn Kagura Project ni manga "Kagkomi". Awọn bẹrẹ ni Oṣu kejila Manga, eyiti o bẹrẹ ni Ilu Kaley 20, 2024, titi di oṣu 227, titi di oṣu 227, titi di oṣu 22.</w:t>
      </w:r>
    </w:p>
    <w:p>
      <w:r>
        <w:t>Awọn iwe osise ti ni iriri n ṣe iṣelọpọ pẹlu gbogbo awọn agbara wọn, nipataki nipasẹ olootu -in -CH -Nikọ ti omi-omi -, ni Ẹka Kristian Ilu Java.</w:t>
      </w:r>
    </w:p>
    <w:p>
      <w:r>
        <w:t>O le gbadun kikọ ẹkọ nipa aṣa Japanese lati ihuwasi wọn ninu awọn iṣẹ Ologba!</w:t>
      </w:r>
    </w:p>
    <w:p>
      <w:r>
        <w:t>Ni pataki, alaye aaye ti Ọlọrun "Daradara, tani yoo ti nwo ilu Japan lati opin, jẹ igbẹkẹle ti awọn ẹda oriṣiriṣi wa ni idiyele awọn aza.</w:t>
      </w:r>
    </w:p>
    <w:p>
      <w:r>
        <w:t>O jẹ jara ti o momu.</w:t>
      </w:r>
    </w:p>
    <w:p>
      <w:r>
        <w:t>Gẹgẹbi iwe ẹkọ lati kọ ẹkọ aṣa Japanese ni ọjọ-iwaju nitosi, fojuinu awọn ọmọde ti o sunmọ, fojuinu awọn ọmọde yoo gba, ati igbadun naa kii yoo da duro!</w:t>
      </w:r>
    </w:p>
    <w:p>
      <w:r>
        <w:t>O ti ni imudojuiwọn lẹẹkan tabi lẹmeji oṣu kan lẹẹkọọkan pẹlu ohun kikọ ti ohun kikọ miiran ti ohun ẹda (imudojuiwọn Tuesday).</w:t>
      </w:r>
    </w:p>
    <w:p>
      <w:r>
        <w:t>O le ka gbogbo awọn itan lati ọna asopọ ni isalẹ, nitorinaa jọwọ wo ♪</w:t>
      </w:r>
    </w:p>
    <w:p>
      <w:r>
        <w:t>https://japannftmuseum.com/kagura/manga</w:t>
      </w:r>
    </w:p>
    <w:p>
      <w:r>
        <w:t>Orin (orin)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Noma-ji (@ Ko si Maxkuroo)</w:t>
      </w:r>
    </w:p>
    <w:p>
      <w:r>
        <w:t>Sonyun Akori Kagurta "A ti kede rilara ṣaaju itusilẹ Kagura (nft), ati pe mo ti dun si Kagura titi di oni.</w:t>
      </w:r>
    </w:p>
    <w:p>
      <w:r>
        <w:t>Iṣelọpọ ati orin awọn orin wa ni idiyele Noomakuun (Orukọ olorin: Sho -go), Ile-ọwẹ ti Ile-iṣẹ ti Ile ọnọ NF.</w:t>
      </w:r>
    </w:p>
    <w:p>
      <w:r>
        <w:t>Ni afikun si iṣelọpọ ati iṣẹ ti gbigba NFF atilẹba, o jẹ Ẹlẹda ti o dara julọ ti o ti n n ṣiṣẹ lori awọn ere, iṣelọpọ Orin, ati awọn akọrin.</w:t>
      </w:r>
    </w:p>
    <w:p>
      <w:r>
        <w:t>Orin Akori "ikunsinu kan" ti pin lori orisirisi awọn iru ẹrọ orin, pẹlu orin Apple, ati pe o ti fa iyin giga ati akiyesi.</w:t>
      </w:r>
    </w:p>
    <w:p>
      <w:r>
        <w:t>Orin yii, eyiti o bẹrẹ pẹlu orin ti o tẹ inu ọkan pẹlu itọwo Japanese, bẹrẹ pẹlu "koi -ki ti ododo ti o tutu" jẹ orin ifẹ ti aigbagbọ.</w:t>
      </w:r>
    </w:p>
    <w:p>
      <w:r>
        <w:t>Awọn orin Lifecal ti nmakuun nran loju awọn ero ti awọn ọmọbirin ti odan ati lẹwa, ati pe o le lero wiwo Kagura ni kikun.</w:t>
      </w:r>
    </w:p>
    <w:p>
      <w:r>
        <w:t>Lati ọna asopọ ni isalẹ, o le tẹtisi "rilara kan" pẹlu orin Apple ati bẹbẹ lọ, nitorinaa jọwọ gbọ rẹ ♪</w:t>
      </w:r>
    </w:p>
    <w:p>
      <w:r>
        <w:t>https://big-up.style/BDNU6nwxxL</w:t>
      </w:r>
    </w:p>
    <w:p>
      <w:r>
        <w:t>Gbigba ọna asopọ asopọ nomakuku</w:t>
      </w:r>
    </w:p>
    <w:p>
      <w:r>
        <w:t>https://linktr.ee/nomakun</w:t>
      </w:r>
    </w:p>
    <w:p>
      <w:r>
        <w:t>Ohun idaraya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 ti ṣe yẹ peraya yoo ṣe ilọsiwaju kii ṣe ni "Kagura" nikan ṣugbọn tun ni gbogbo awọn burandi ohun kikọ ti "Japan dao" ni.</w:t>
      </w:r>
    </w:p>
    <w:p>
      <w:r>
        <w:t>Ni pataki, "KagurA" ni a nireti lati jẹ IP pataki julọ ninu awọn ọna itumo agbegbe ti yoo ni igbega ni ọjọ iwaju, ni afikun si awọn abuda ti "aṣa Japanese si agbaye"!</w:t>
      </w:r>
    </w:p>
    <w:p>
      <w:r>
        <w:t>A gbagbọ pe "ọmọbirin didara ti o ni agbara pẹlu didara" yoo ni gbaye pupọ ati gbaye diẹ sii ki o ṣe aṣeyọri aṣeyọri nla, mejeeji ni Japan ati okeokun.</w:t>
      </w:r>
    </w:p>
    <w:p>
      <w:r>
        <w:t>A ti tura amọja tẹlẹ ni awọn aaye mẹrin ni Tokyo (Shinjuku, Shejukulu, Ikebukukuro, Roppongo), ati ilọsiwaju ti ami iyasọtọ kọọkan ni ọjọ iwaju tun jẹ adehun nla!</w:t>
      </w:r>
    </w:p>
    <w:p>
      <w:r>
        <w:t>Asiko asiko</w:t>
      </w:r>
    </w:p>
    <w:p>
      <w:r>
        <w:t>https://prtimes.jp/main/html/rd/p/000000004.000127669.html</w:t>
      </w:r>
    </w:p>
    <w:p>
      <w:r>
        <w:t>Dide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Asọtẹlẹ Stump pẹlu ẹka olootu ni didara giga ati pe yoo yẹ nipasẹ ceresmens!</w:t>
      </w:r>
    </w:p>
    <w:p>
      <w:r>
        <w:t>O ṣe ipa nla kan ni awọn ikini ati ibaraẹnisọrọ ni agbegbe.</w:t>
      </w:r>
    </w:p>
    <w:p>
      <w:r>
        <w:t>A ti ṣe yẹ wa siwaju si awọn ontẹ laini ni ọjọ iwaju!</w:t>
      </w:r>
    </w:p>
    <w:p>
      <w:r>
        <w:t>isọniṣoki</w:t>
      </w:r>
    </w:p>
    <w:p>
      <w:r>
        <w:t>Ni iwe irohin Japandao yii, a ṣafihan itan ati awọn ohun kikọ ti o han bi ipilẹṣẹ ", bakanna bi" Kagurra ", ati awọn akoonu orisirisi.</w:t>
      </w:r>
    </w:p>
    <w:p>
      <w:r>
        <w:t>Emi yoo dun ti o ba bi ọpọlọpọ eniyan bi o ti ṣee ṣe lẹhin kika nkan naa jẹ ẹwa dara si "Kagurra" ati pe yiya nipa ọjọ iwaju.</w:t>
      </w:r>
    </w:p>
    <w:p>
      <w:r>
        <w:t>Awọn iriri iyanu kan nduro nipa ririn pẹlu wọn ti o nṣakoso aṣa "Japanese</w:t>
      </w:r>
    </w:p>
    <w:p>
      <w:r>
        <w:t>Jẹ ki a gbadun agbaye wo papọ pẹlu Kagura (nft) !!</w:t>
      </w:r>
    </w:p>
    <w:p>
      <w:r>
        <w:t>Ti o ba nifẹ si Japan Dao, jọwọ tẹle ati Ski fun "Kamana Kupan Dao".</w:t>
      </w:r>
    </w:p>
    <w:p>
      <w:r>
        <w:t>AKIYESI X: https: //twitter.com/japonnfmuseum</w:t>
      </w:r>
    </w:p>
    <w:p>
      <w:r>
        <w:t>Didflard osise: https://dissoft.com/invite/japondao</w:t>
      </w:r>
    </w:p>
    <w:p>
      <w:r>
        <w:t>Instagram osise: HTTPS: //www.instagram.com/japannkmuseum/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