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Mint Mint (SBT) iṣẹ akanṣe!</w:t>
      </w:r>
    </w:p>
    <w:p>
      <w:r>
        <w:t>Kaabo, idile Dayo Japan yii!</w:t>
      </w:r>
    </w:p>
    <w:p>
      <w:r>
        <w:t>Alaye ti isopọ titun ti o ni didasilẹ ti a ti kede!</w:t>
      </w:r>
    </w:p>
    <w:p>
      <w:r>
        <w:t>Ninu ọrọ yii, Emi yoo sọ awọn alaye tuntun fun ọ ti idagbasoke tuntun yii ati anfani lati kaakiri NFT fun akoko to lopin .Watch si opin ki o ma ṣe padanu gbogbo alaye!</w:t>
      </w:r>
    </w:p>
    <w:p>
      <w:r>
        <w:t>isọniṣoki</w:t>
      </w:r>
    </w:p>
    <w:p>
      <w:r>
        <w:t>Japan Dao, agbegbe Dao ti o tobi julọ, nibiti ọmọ ẹgbẹ lati awọn orilẹ-ede to ju 150 lọ ni ayika agbaye ti IP tuntun "mimọ ati ifowosowopo pẹlu Ẹlẹda rẹ" Kim Ko si Ono ".</w:t>
      </w:r>
    </w:p>
    <w:p>
      <w:r>
        <w:t>Pẹlu ajọṣepọ yii, Japan dao ṣe igbega ecnudàs siwaju ni aaye ohun kikọ oni-nọmba.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Nipa Mimọ</w:t>
      </w:r>
    </w:p>
    <w:p>
      <w:r>
        <w:t>"Mimọ" jẹ jara ohun kikọ silẹ ti o ṣẹda nipasẹ Kim ko si ".Nipa fifi kun ẹya "angẹli" si ohun kikọ ehoro labẹ Akori ti "wuyi ati larada mimọ ati aabo kan.</w:t>
      </w:r>
    </w:p>
    <w:p>
      <w:r>
        <w:t>Pẹlu ifowosowopo yii pẹlu Daa Japan, ohun kikọ naa yoo lo pẹpẹ ti o lagbara ti Japan Dao lati dagba sinu olufẹ kan.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Nipa Kim ko si ONO</w:t>
      </w:r>
    </w:p>
    <w:p>
      <w:r>
        <w:t>Lati ọjọ ori, Mo ni ifẹkufẹ to lagbara fun Agbaye ati ti ṣalaye awọn ero mi nipasẹ aworan aworan Jakọti Japanese "ati Jakọ ti Ọmọbinrin ti o kọja ju 70,000 lọ.</w:t>
      </w:r>
    </w:p>
    <w:p>
      <w:r>
        <w:t>Ni afikun, wọn tun kopa ninu pinpin orin Akori ti Orin Apple ati ikede ti awọn iṣowo ti iṣẹ nla ni ikorita Shibuya.</w:t>
      </w:r>
    </w:p>
    <w:p>
      <w:r>
        <w:t>Nipasẹ tita ọja, awọn ikojọpọ NFI, awọn musiọmu goolu, ati bẹbẹ lọ, ọmọbirin aaye tẹsiwaju lati bẹrẹ si Agbaye si agbaye.</w:t>
      </w:r>
    </w:p>
    <w:p>
      <w:r>
        <w:t>Ni afikun, "ONO Fadaka wa (@ Sing_Do2)" Bi Oluṣakoso ojiji Kan ti o ṣe atilẹyin fun ẹda ti Kim Oni ati tẹsiwaju lati ṣe atilẹyin fun awọn iṣẹlẹ rẹ"Ọmọ ile-iṣẹ Ọpọlọ" ti ni imuse siwaju ati siwaju sii.</w:t>
      </w:r>
    </w:p>
    <w:p>
      <w:r>
        <w:t>Ọna asopọ ti Kim Ko si Oni</w:t>
      </w:r>
    </w:p>
    <w:p>
      <w:r>
        <w:t>https://1link.jp/golden_axe_58</w:t>
      </w:r>
    </w:p>
    <w:p>
      <w:r>
        <w:t>Alaye NFT NFT</w:t>
      </w:r>
    </w:p>
    <w:p>
      <w:r>
        <w:t>Akoko igbasilẹ (akoko elo ohun elo Preint) 2024/05/13 si 2024/05/0/20 23:59</w:t>
      </w:r>
    </w:p>
    <w:p>
      <w:r>
        <w:t>Ọjọ Mint ti a ṣeto fun opin ọdun 2024</w:t>
      </w:r>
    </w:p>
    <w:p>
      <w:r>
        <w:t>Owo free mint (ọfẹ)</w:t>
      </w:r>
    </w:p>
    <w:p>
      <w:r>
        <w:t>Pollygon (SBB) * SBT: EBLOLOLOLOLOLO: Ọkàn ti o ba ko le ra tabi gbe nft</w:t>
      </w:r>
    </w:p>
    <w:p>
      <w:r>
        <w:t>Ọfẹ gaasi ọfẹ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Ọna Ohun elo</w:t>
      </w:r>
    </w:p>
    <w:p>
      <w:r>
        <w:t>1. Mo ni aaye pataki</w:t>
      </w:r>
    </w:p>
    <w:p>
      <w:r>
        <w:t>Aaye Wiwọle pataki ni ibi-iṣẹ nibi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2.PREMINT ohun elo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Ti o ko ba mọ bi o ṣe le lo fun akọmilẹ, jọwọ lo ọna asopọ ti o wa ni isalẹ, nitorinaa jọwọ lo.</w:t>
      </w:r>
    </w:p>
    <w:p>
      <w:r>
        <w:t>https://note.com/japandaosolution/n/nd3b194382857</w:t>
      </w:r>
    </w:p>
    <w:p>
      <w:r>
        <w:t>Alaye ikọkọ ti o wa lati apakan ojutu ❗</w:t>
      </w:r>
    </w:p>
    <w:p>
      <w:r>
        <w:t>1. Awọn ero ati awọn aaye ninu iṣẹ naa</w:t>
      </w:r>
    </w:p>
    <w:p>
      <w:r>
        <w:t>Ni yiya ohun kikọ silẹ ti "mimọ", o fẹ lati ṣẹda "wuyi ati imularada" ti o dakẹ, awọn ikunsinu idaniloju, ati awọn ẹdun rere nipasẹ iwa yii.</w:t>
      </w:r>
    </w:p>
    <w:p>
      <w:r>
        <w:t>Ojuami ina ti o dara julọ ti "mimọ" ni pomp cekek.the eleyi ti o ṣe oluwo oluwo ailabawọn laisi mimọ.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Idagbasoke ọjọ iwaju</w:t>
      </w:r>
    </w:p>
    <w:p>
      <w:r>
        <w:t>Lati ibi, o jẹ akoko itanjade ti apakan ojutu! Lingering</w:t>
      </w:r>
    </w:p>
    <w:p>
      <w:r>
        <w:t>"" "" Le ṣee lo bi titaja awọn ọja oni-nọmba tabi NFT, lilo pẹpẹ International ti Japan ti Japan da.</w:t>
      </w:r>
    </w:p>
    <w:p>
      <w:r>
        <w:t>O le tun ṣe ifọwọsowọpọ pẹlu awọn ohun kikọ silẹ mimọ ati Japan Dao ati ifowosowopo pataki pẹlu kim ko si atilẹba atilẹba Brand Brand Brand "ỌLỌRUN ỌLỌRUN.</w:t>
      </w:r>
    </w:p>
    <w:p>
      <w:r>
        <w:t>A ko ni ṣe yiya nipa iru idagbasoke ti n duro de ni ọjọ iwaju! Jọwọ wo iwaju si ijabọ-atẹle!</w:t>
      </w:r>
    </w:p>
    <w:p>
      <w:r>
        <w:t>isọniṣoki</w:t>
      </w:r>
    </w:p>
    <w:p>
      <w:r>
        <w:t>Ni opin nfts da lori ifowosowopo laarin Ilu Japan Dao ati "Kim Ko si" yoo pin fun akoko to lopin (ohun elo ti a beere) fun akoko to lopin.</w:t>
      </w:r>
    </w:p>
    <w:p>
      <w:r>
        <w:t>Gba anfani yii lati ni iriri aworan oni nọmba imotuntun ati gba awọn akojọpọ ti o niyelori.</w:t>
      </w:r>
    </w:p>
    <w:p>
      <w:r>
        <w:t>Ti o ba ni awọn ibeere eyikeyi, jọwọ lero ọfẹ lati kan si wa lori ikanni Japan dao.</w:t>
      </w:r>
    </w:p>
    <w:p>
      <w:r>
        <w:t>Ti o ba nifẹ si Japan Dao, jọwọ tẹle ati Ski fun "Kamana Kupan Dao".</w:t>
      </w:r>
    </w:p>
    <w:p>
      <w:r>
        <w:t>Account X ti osise: HTTPS: //twitter.com/jappandaojp</w:t>
      </w:r>
    </w:p>
    <w:p>
      <w:r>
        <w:t>Didflard osise: https://dissoft.com/invite/japondao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