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Mint Mint (SBT) iṣẹ akọkọ! Amato X CNP ifowosowopọ NFẸ NFẸ !! (Asọ nkan 5/19 23:59)</w:t>
      </w:r>
    </w:p>
    <w:p>
      <w:r>
        <w:t>Kaabo, idile Dayo Japan yii!</w:t>
      </w:r>
    </w:p>
    <w:p>
      <w:r>
        <w:t>O le ti rii tẹlẹ, ṣugbọn SBT ni akọkọ ti a ti kede.</w:t>
      </w:r>
    </w:p>
    <w:p>
      <w:r>
        <w:t>Awọn ọna pupọ lo wa lati gba ẹrọ ifowosowopo lopin ati alaye ikoko ju apakan ojutu naa lọ.</w:t>
      </w:r>
    </w:p>
    <w:p>
      <w:r>
        <w:t>Jọwọ ka nkan yii titi di opin ki o maṣe padanu gbogbo alaye!</w:t>
      </w:r>
    </w:p>
    <w:p>
      <w:r>
        <w:t>Tẹ Tẹ ibi fun Awọn iroyin Big</w:t>
      </w:r>
    </w:p>
    <w:p>
      <w:r>
        <w:t>Ile-iṣẹ Jamba NFA Japan yoo jẹ onigbọwọ osise ti Japan Change log_! Bẹrẹ ifowosowopo ti o lopin</w:t>
      </w:r>
    </w:p>
    <w:p>
      <w:r>
        <w:t>https://twitter.com/japandaojp/status/1788083040377536639</w:t>
      </w:r>
    </w:p>
    <w:p>
      <w:r>
        <w:t>Awọn akoko ph</w:t>
      </w:r>
    </w:p>
    <w:p>
      <w:r>
        <w:t>https://prtimes.jp/main/html/rd/p/000000006.000134601.html</w:t>
      </w:r>
    </w:p>
    <w:p>
      <w:r>
        <w:t>isọniṣoki</w:t>
      </w:r>
    </w:p>
    <w:p>
      <w:r>
        <w:t>Awọn iroyin yii jẹ nipa Olumulo NFT ti Iṣẹ akanṣe NF "CNP (Cryptoninja Alafẹfẹ)" Ṣiṣẹ nipasẹ Gussisocional Ona, Amamo ati CNP Lopin Ijumọsọrọ pẹlu Iṣàn (Ọfẹ).</w:t>
      </w:r>
    </w:p>
    <w:p>
      <w:r>
        <w:t>Pẹlupẹlu, ajọṣepọ yii ko ni opin si ifowosowopo, ati Japan Dao ti ṣiṣẹ pọ pẹlu CNP ati awọn aṣa oṣuwọn ti aṣa ti "aṣa Digital ti aṣa Japanese". A gbero.</w:t>
      </w:r>
    </w:p>
    <w:p>
      <w:r>
        <w:drawing>
          <wp:inline xmlns:a="http://schemas.openxmlformats.org/drawingml/2006/main" xmlns:pic="http://schemas.openxmlformats.org/drawingml/2006/picture">
            <wp:extent cx="3657600" cy="199505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95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Nipa CNP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CNP (Cryptoninja) jẹ iṣẹ akanṣe ẹda pataki ti Cryptonja, ami ohun kikọ kan pẹlu ọdun 22,22, ati diẹ sii ju 5,300 ti ara CNP ti ara CNP.</w:t>
      </w:r>
    </w:p>
    <w:p>
      <w:r>
        <w:t>CNP nfunni ni adehun igbeyawo si jinna nipasẹ "mọ, fọwọkan, ati iriri" ti isanwo owo-ori The Nettown ",Ati idagbasoke awọn oniwun NFT.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Oju opo wẹẹbu CNP</w:t>
      </w:r>
    </w:p>
    <w:p>
      <w:r>
        <w:t>https://www.cryptoninja-partners.xyz/</w:t>
      </w:r>
    </w:p>
    <w:p>
      <w:r>
        <w:t>Nipa Amamo</w:t>
      </w:r>
    </w:p>
    <w:p>
      <w:r>
        <w:t>"Amamo" jẹ ami-kikọ ti ohun kikọ akọkọ ti Japan Dao ti Ilu Japan, ati pe o jẹ iṣẹ NFT lori akori nikanpupa ati funfun ti asia ti Japanese ti awọn asia ara ilu Japanese jẹ awọ nibi gbogbo, "paapaa fun apakan apakan," eyiti o jẹ ohun ija nlaDumplings, elegede, ọṣẹ awọn eekanna, ati wuyi.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* Ti o ba fẹ mọ alaye diẹ sii nipa Amamo, jọwọ wo nkan alaye ti o pese nipasẹ Japan Dao.</w:t>
      </w:r>
    </w:p>
    <w:p>
      <w:r>
        <w:t>Voll.1 "bibi Amanaa"</w:t>
      </w:r>
    </w:p>
    <w:p>
      <w:r>
        <w:t>https://note.com/japandaosolution/n/n90351d7bb368</w:t>
      </w:r>
    </w:p>
    <w:p>
      <w:r>
        <w:t>Vol.2 "Amaso lọwọlọwọ ati ọjọ iwaju"</w:t>
      </w:r>
    </w:p>
    <w:p>
      <w:r>
        <w:t>https://note.com/japandaosolution/n/n02ce3453e5ba</w:t>
      </w:r>
    </w:p>
    <w:p>
      <w:r>
        <w:t>Alaye NFT NFT</w:t>
      </w:r>
    </w:p>
    <w:p>
      <w:r>
        <w:t>Akoko Igbanisiṣẹ (akoko ohun elo Preint)</w:t>
      </w:r>
    </w:p>
    <w:p>
      <w:r>
        <w:t>2024/05/08 si 2024/05/19 23:59</w:t>
      </w:r>
    </w:p>
    <w:p>
      <w:r>
        <w:t>Ọjọ Mint</w:t>
      </w:r>
    </w:p>
    <w:p>
      <w:r>
        <w:t>Seto le 25, 2024</w:t>
      </w:r>
    </w:p>
    <w:p>
      <w:r>
        <w:t>idiyele</w:t>
      </w:r>
    </w:p>
    <w:p>
      <w:r>
        <w:t>Mint (ọfẹ)</w:t>
      </w:r>
    </w:p>
    <w:p>
      <w:r>
        <w:t>ẹwọn</w:t>
      </w:r>
    </w:p>
    <w:p>
      <w:r>
        <w:t>Polygon (SBB)</w:t>
      </w:r>
    </w:p>
    <w:p>
      <w:r>
        <w:t>* SBT: Kò fi ben NFT ko le ta tabi gbe</w:t>
      </w:r>
    </w:p>
    <w:p>
      <w:r>
        <w:t>Gaasi owo</w:t>
      </w:r>
    </w:p>
    <w:p>
      <w:r>
        <w:t>ṣ'ofo</w:t>
      </w:r>
    </w:p>
    <w:p>
      <w:r>
        <w:drawing>
          <wp:inline xmlns:a="http://schemas.openxmlformats.org/drawingml/2006/main" xmlns:pic="http://schemas.openxmlformats.org/drawingml/2006/picture">
            <wp:extent cx="3657600" cy="2111896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118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Ọna Ohun elo</w:t>
      </w:r>
    </w:p>
    <w:p>
      <w:r>
        <w:t>1.Achices si aaye pataki</w:t>
      </w:r>
    </w:p>
    <w:p>
      <w:r>
        <w:t>Aaye pataki naa jẹ lati ibi rẹ</w:t>
      </w:r>
    </w:p>
    <w:p>
      <w:r>
        <w:t>https://japandao.jp/amato-cnp</w:t>
      </w:r>
    </w:p>
    <w:p>
      <w:r>
        <w:drawing>
          <wp:inline xmlns:a="http://schemas.openxmlformats.org/drawingml/2006/main" xmlns:pic="http://schemas.openxmlformats.org/drawingml/2006/picture">
            <wp:extent cx="3657600" cy="2427366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273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2.PREMINT ohun elo</w:t>
      </w:r>
    </w:p>
    <w:p>
      <w:r>
        <w:drawing>
          <wp:inline xmlns:a="http://schemas.openxmlformats.org/drawingml/2006/main" xmlns:pic="http://schemas.openxmlformats.org/drawingml/2006/picture">
            <wp:extent cx="3657600" cy="1902514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25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Ti o ko ba mọ bi o ṣe le lo fun akọmilẹ, jọwọ lo ọna asopọ ti o wa ni isalẹ, nitorinaa jọwọ lo.</w:t>
      </w:r>
    </w:p>
    <w:p>
      <w:r>
        <w:t>https://note.com/japandaosolution/n/nd3b194382857</w:t>
      </w:r>
    </w:p>
    <w:p>
      <w:r>
        <w:t>Alaye ikọkọ ti o wa lati apakan ojutu ❗</w:t>
      </w:r>
    </w:p>
    <w:p>
      <w:r>
        <w:t>1. Gba gbogbo iru SBT ati pe o ni nkan ti o dara fun eniyan ??</w:t>
      </w:r>
    </w:p>
    <w:p>
      <w:r>
        <w:t>Gẹgẹbi Pomu lati Daruman (@daruman_jp), o dabi pe o jẹ nkan pataki fun awọn ti o gba gbogbo ifowosowopo SBT.AT yoo tu awọn iṣẹ Mẹrin silẹ, gbogbo eyiti o le gbaOhun gbogbo!</w:t>
      </w:r>
    </w:p>
    <w:p>
      <w:r>
        <w:t>https://t.co/UTUjvyMpES</w:t>
      </w:r>
    </w:p>
    <w:p>
      <w:r>
        <w:t>2. Itan ifowosowopo iṣelọpọ</w:t>
      </w:r>
    </w:p>
    <w:p>
      <w:r>
        <w:t>Awọn SBTIg n ṣe afihan lily Lily pẹlu STFIT Ninja lati "NAFT" CNP "ti ko ni idiIhuwasi ni CNP, ati pe o baamu pupọ pẹlu Amana-kuni, ti o wọ nilna.</w:t>
      </w:r>
    </w:p>
    <w:p>
      <w:r>
        <w:t>Ni akoko yii, Ogbet Akitsu (@ Akitu08), ti o ṣiṣẹ lori "Amamo", wa ni idiyele.mr.Akitpu jẹ iṣẹ ifowosowopo iyanu laisi imọ ti concuggruty, mu iwa ti CNP sinu wiwo agbaye ti Amato pẹlu awọn ọgbọn giga giga rẹ.</w:t>
      </w:r>
    </w:p>
    <w:p>
      <w:r>
        <w:t>Ni afikun, itan kan wa ti AkitU fẹran awọn ohun elo dumpling fun lilo awọn dumplings fun lilo awọn dumplings fun awọn apakan ni CNP ati awọn ikojọpọ NFT NFT.</w:t>
      </w:r>
    </w:p>
    <w:p>
      <w:r>
        <w:drawing>
          <wp:inline xmlns:a="http://schemas.openxmlformats.org/drawingml/2006/main" xmlns:pic="http://schemas.openxmlformats.org/drawingml/2006/picture">
            <wp:extent cx="3657600" cy="1666889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668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isọniṣoki</w:t>
      </w:r>
    </w:p>
    <w:p>
      <w:r>
        <w:t>Ninu nkan yii, a ṣafihan iṣẹ Mint Nint Nft Lopin nipasẹ Amana ati CNP, eyiti yoo waye lati ni iranti Japan Japan bi olutaja osise ti "CNP (Awọn alabaṣiṣẹpọ CRP (CRPRETNJA)".</w:t>
      </w:r>
    </w:p>
    <w:p>
      <w:r>
        <w:t>O tun pẹlu Akopọ ti iṣẹlẹ naa, bawo ni lati ṣe alabapin, ati alaye pataki.St wa fun ọfẹ, nitorinaa rii daju lati gba gbogbo awọn oriṣi lori iṣẹlẹ yii.</w:t>
      </w:r>
    </w:p>
    <w:p>
      <w:r>
        <w:t>Ti o ba ni awọn ibeere eyikeyi, jọwọ lero ọfẹ lati kan si wa lori ọrọìwòye tabi lori ikanni Japan dao.</w:t>
      </w:r>
    </w:p>
    <w:p>
      <w:r>
        <w:t>Ti o ba nifẹ si Japan Dao, jọwọ tẹle ati Ski fun "Kamana Kupan Dao".</w:t>
      </w:r>
    </w:p>
    <w:p>
      <w:r>
        <w:t>AKIYESI X: https: //twitter.com/japonnfmuseum</w:t>
      </w:r>
    </w:p>
    <w:p>
      <w:r>
        <w:t>Didflard osise: https://dissoft.com/invite/japondao</w:t>
      </w:r>
    </w:p>
    <w:p>
      <w:r>
        <w:t>Instagram osise: HTTPS: //www.instagram.com/japannkmuseum/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