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Nasıl Yapılır</w:t>
      </w:r>
    </w:p>
    <w:p>
      <w:r>
        <w:t>Bu makalede, "meta maskeler oluşturmak için prosedür" sunacağız.</w:t>
      </w:r>
    </w:p>
    <w:p>
      <w:r>
        <w:t>Makaleyi okuyarak kolayca bir metamas oluşturabilirsiniz.</w:t>
      </w:r>
    </w:p>
    <w:p>
      <w:r>
        <w:t>Bu makaleyi 5 dakika içinde okuyabilirsiniz!</w:t>
      </w:r>
    </w:p>
    <w:p>
      <w:r>
        <w:t>Metamask nedir?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"dijital cüzdan" gibi bir görüntüdür. Bu cüzdanla, dijital para ve özel ürünleri güvenle depolayabilir ve kullanabilirsiniz.</w:t>
      </w:r>
    </w:p>
    <w:p>
      <w:r>
        <w:t>Birçok kullanıcı tarafından desteklenir ve dijital varlıklar için bir erişim noktası olarak güvenli ve verimli bir şekilde kullanılabilir.</w:t>
      </w:r>
    </w:p>
    <w:p>
      <w:r>
        <w:t>[Akıllı Telefon] Metamask oluşturma prosedürü</w:t>
      </w:r>
    </w:p>
    <w:p>
      <w:r>
        <w:t>① "Metamask" uygulamasını indirin</w:t>
      </w:r>
    </w:p>
    <w:p>
      <w:r>
        <w:t>② "Başlat"</w:t>
      </w:r>
    </w:p>
    <w:p>
      <w:r>
        <w:t>③ "Yeni bir cüzdan oluştur"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İçeriği kontrol edin ve "Kabul ediyorum"</w:t>
      </w:r>
    </w:p>
    <w:p>
      <w:r>
        <w:t>⑤ Terimleri kontrol edin ve "Kabul Et"</w:t>
      </w:r>
    </w:p>
    <w:p>
      <w:r>
        <w:t>⑥ Parolayı girin ve "Parola Oluştur" a dokunun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"Başlat"</w:t>
      </w:r>
    </w:p>
    <w:p>
      <w:r>
        <w:t>⑧ "Başlat"</w:t>
      </w:r>
    </w:p>
    <w:p>
      <w:r>
        <w:t>⑨ Şifreyi girin ve "Onay" a dokunun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Gizli bir kurtarma cümlesi görüntülemek için "Ekrana" dokunun</w:t>
      </w:r>
    </w:p>
    <w:p>
      <w:r>
        <w:t>※önemli</w:t>
      </w:r>
    </w:p>
    <w:p>
      <w:r>
        <w:t>Asla kimseye gizli kurtarma ifadesinden bahsetmemelisiniz.</w:t>
      </w:r>
    </w:p>
    <w:p>
      <w:r>
        <w:t>Görüntülenen kelimeleri sırayla not edin ve onları güvenli bir yerde tutun.</w:t>
      </w:r>
    </w:p>
    <w:p>
      <w:r>
        <w:t>⑪ Sırayla gizli bir kurtarma ifadesi seçin ⑫ Tamamlanmış cüzdan oluşturma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Metamask oluşturma prosedürü</w:t>
      </w:r>
    </w:p>
    <w:p>
      <w:r>
        <w:t>İlk olarak, Metamask'ın resmi web sitesine gidelim.</w:t>
      </w:r>
    </w:p>
    <w:p>
      <w:r>
        <w:t>Metamask sahte, bu yüzden doğru URL'den indirdiğinizden emin olun (yukarıdaki URL bağlantısı güvenlidir)</w:t>
      </w:r>
    </w:p>
    <w:p>
      <w:r>
        <w:t>① Ekranın sol alt kısmındaki "İndir" i tıklayın</w:t>
      </w:r>
    </w:p>
    <w:p>
      <w:r>
        <w:t>② "Al" ı tıklayın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"Uzantılar ekle" yi tıklayın</w:t>
      </w:r>
    </w:p>
    <w:p>
      <w:r>
        <w:t>④ Kullanım Koşullarını kontrol edin ve onay kutusunu işaretleyin.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İçeriği kontrol edin ve "Kabul ediyorum" u tıklayın</w:t>
      </w:r>
    </w:p>
    <w:p>
      <w:r>
        <w:t>⑥ Şifreyi girin ve "Yeni Bir Cüzdan Oluştur" u tıklayın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"Cüzdanın Güvenliğini Sağlama" ı tıklayın</w:t>
      </w:r>
    </w:p>
    <w:p>
      <w:r>
        <w:t>⑧ "Gizli Kurtarma İfadesini Yayınla" yı tıklayın</w:t>
      </w:r>
    </w:p>
    <w:p>
      <w:r>
        <w:t>※önemli</w:t>
      </w:r>
    </w:p>
    <w:p>
      <w:r>
        <w:t>Asla kimseye gizli kurtarma ifadesinden bahsetmemelisiniz.</w:t>
      </w:r>
    </w:p>
    <w:p>
      <w:r>
        <w:t>Görüntülenen kelimeleri sırayla not edin ve onları güvenli bir yerde tutun.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Gizli bir kurtarma ifadesi girin</w:t>
      </w:r>
    </w:p>
    <w:p>
      <w:r>
        <w:t>⑩ Cüzdan oluşturma tamamlandı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Bir metamas oluştururken önlemler</w:t>
      </w:r>
    </w:p>
    <w:p>
      <w:r>
        <w:t>Bir metamüs kullanarak, dijital varlıkları kolayca yönetebilir ve ticaret yapabilirsiniz. Ancak rahatlığından yararlanırken, dikkat edilmesi gereken bazı noktalar vardır.</w:t>
      </w:r>
    </w:p>
    <w:p>
      <w:r>
        <w:t>Gizli kurtarma ifadesinin depolanması</w:t>
      </w:r>
    </w:p>
    <w:p>
      <w:r>
        <w:t>Şimdiye kadarki açıklamalarda birçok kez bahsettiğim gibi, gizli kurtarma ifadelerini depolamak çok önemlidir.</w:t>
      </w:r>
    </w:p>
    <w:p>
      <w:r>
        <w:t>Bunu kaybetmek, cüzdana erişememenize ve varlıklarınızı kaybedemenize neden olacaktır.</w:t>
      </w:r>
    </w:p>
    <w:p>
      <w:r>
        <w:t>Ayrıca, başkaları tarafından bilinerek yetkisiz erişim riski vardır, bu yüzden başkalarına sızmamaya çalıştığınızdan emin olun. (Skusho ng)</w:t>
      </w:r>
    </w:p>
    <w:p>
      <w:r>
        <w:t>Resmi web sitesi ve uygulamanın kullanımı</w:t>
      </w:r>
    </w:p>
    <w:p>
      <w:r>
        <w:t>İnternette birçok sahte site ve uygulama var.</w:t>
      </w:r>
    </w:p>
    <w:p>
      <w:r>
        <w:t>Bir meta maskeyi indirip kurarken, resmi siteyi veya uygulama mağazasını kullandığınızdan emin olun.</w:t>
      </w:r>
    </w:p>
    <w:p>
      <w:r>
        <w:t>özet</w:t>
      </w:r>
    </w:p>
    <w:p>
      <w:r>
        <w:t>İşte bu içeriğin bir özeti.</w:t>
      </w:r>
    </w:p>
    <w:p>
      <w:r>
        <w:t>Cüzdanın tanımı</w:t>
      </w:r>
    </w:p>
    <w:p>
      <w:r>
        <w:t>Cüzdan, sanal para birimini korumak ve yönetmek için bir "dijital cüzdan" dır.</w:t>
      </w:r>
    </w:p>
    <w:p>
      <w:r>
        <w:t>Metamk</w:t>
      </w:r>
    </w:p>
    <w:p>
      <w:r>
        <w:t>Metamask dijital bir cüzdan gibidir ve dijital varlıkları güvenli bir şekilde depolamak ve kullanmak için bir araçtır. Birçok kullanıcı tarafından desteklenmektedir.</w:t>
      </w:r>
    </w:p>
    <w:p>
      <w:r>
        <w:t>Oluşturma prosedürü</w:t>
      </w:r>
    </w:p>
    <w:p>
      <w:r>
        <w:t>Hem PC'de hem de akıllı telefonda meta maskeler oluşturma prosedürü ayrıntılı olarak açıklanmaktadır. Prosedür indirme, kurulum ve gizli kurtarma ifadesi ayarlarını içerir.</w:t>
      </w:r>
    </w:p>
    <w:p>
      <w:r>
        <w:t>önemli nokta</w:t>
      </w:r>
    </w:p>
    <w:p>
      <w:r>
        <w:t>Metamasks kullanırken gizli kurtarma ifadelerini saklamanın önemi ve resmi web sitesini ve uygulamayı kullanmanın önemi gibi önlemler vardır.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