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Cómo hacer metamask</w:t>
      </w:r>
    </w:p>
    <w:p>
      <w:r>
        <w:t>En este artículo, presentaremos "procedimiento para crear meta máscaras".</w:t>
      </w:r>
    </w:p>
    <w:p>
      <w:r>
        <w:t>Puede crear fácilmente un metamask leyendo el artículo.</w:t>
      </w:r>
    </w:p>
    <w:p>
      <w:r>
        <w:t>¡Puedes leer este artículo en 5 minutos!</w:t>
      </w:r>
    </w:p>
    <w:p>
      <w:r>
        <w:t>¿Qué es un Metamask?</w:t>
      </w:r>
    </w:p>
    <w:p>
      <w:r>
        <w:drawing>
          <wp:inline xmlns:a="http://schemas.openxmlformats.org/drawingml/2006/main" xmlns:pic="http://schemas.openxmlformats.org/drawingml/2006/picture">
            <wp:extent cx="3657600" cy="104349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4349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Metamask es una imagen como una "billetera digital". Con esta billetera, puede almacenar y usar el dinero digital y los artículos especiales.</w:t>
      </w:r>
    </w:p>
    <w:p>
      <w:r>
        <w:t>Es compatible con muchos usuarios y puede usarse de manera segura y eficiente como punto de acceso para activos digitales.</w:t>
      </w:r>
    </w:p>
    <w:p>
      <w:r>
        <w:t>[Teléfono inteligente] procedimiento de creación de metamask</w:t>
      </w:r>
    </w:p>
    <w:p>
      <w:r>
        <w:t>① Descargue la aplicación "Metamask"</w:t>
      </w:r>
    </w:p>
    <w:p>
      <w:r>
        <w:t>② Toque "Inicio"</w:t>
      </w:r>
    </w:p>
    <w:p>
      <w:r>
        <w:t>③ Toque "Crear una nueva billetera"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④ Verifique el contenido y toque "Estoy de acuerdo"</w:t>
      </w:r>
    </w:p>
    <w:p>
      <w:r>
        <w:t>⑤ Verifique los términos y toque "Aceptar"</w:t>
      </w:r>
    </w:p>
    <w:p>
      <w:r>
        <w:t>⑥ Ingrese la contraseña y toque "Crear contraseña"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⑦ Toque "Inicio"</w:t>
      </w:r>
    </w:p>
    <w:p>
      <w:r>
        <w:t>⑧ Toque "Inicio"</w:t>
      </w:r>
    </w:p>
    <w:p>
      <w:r>
        <w:t>⑨ Ingrese la contraseña y toque "Confirmar"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⑩ Toque "Pantalla" para mostrar una frase de recuperación secreta</w:t>
      </w:r>
    </w:p>
    <w:p>
      <w:r>
        <w:t>※importante</w:t>
      </w:r>
    </w:p>
    <w:p>
      <w:r>
        <w:t>Nunca debes contarle a nadie sobre la frase de recuperación secreta.</w:t>
      </w:r>
    </w:p>
    <w:p>
      <w:r>
        <w:t>Tome nota de las palabras que se muestran en orden y manténgalas en un lugar seguro.</w:t>
      </w:r>
    </w:p>
    <w:p>
      <w:r>
        <w:t>⑪ Seleccione una frase de recuperación secreta en orden ⑫ Creación de billetera completa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[PC] Procedimiento de creación de metamask</w:t>
      </w:r>
    </w:p>
    <w:p>
      <w:r>
        <w:t>Primero, vamos al sitio web oficial de Metamask.</w:t>
      </w:r>
    </w:p>
    <w:p>
      <w:r>
        <w:t>Metamask es falso, así que asegúrese de descargarlo de la URL correcta (el enlace de URL anterior es seguro)</w:t>
      </w:r>
    </w:p>
    <w:p>
      <w:r>
        <w:t>① Haga clic en "Descargar" en la parte inferior izquierda de la pantalla</w:t>
      </w:r>
    </w:p>
    <w:p>
      <w:r>
        <w:t>② Haga clic en "Obtener"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③ Haga clic en "Agregar extensiones"</w:t>
      </w:r>
    </w:p>
    <w:p>
      <w:r>
        <w:t>④ Marque los términos de uso y marque la casilla de verificación.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⑤ Verifique el contenido y haga clic en "Estoy de acuerdo"</w:t>
      </w:r>
    </w:p>
    <w:p>
      <w:r>
        <w:t>⑥ Ingrese la contraseña y haga clic en "Crear una nueva billetera"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Haga clic en "Asegurar la seguridad de la billetera"</w:t>
      </w:r>
    </w:p>
    <w:p>
      <w:r>
        <w:t>⑧ Haga clic en "Publicar frase de recuperación secreta"</w:t>
      </w:r>
    </w:p>
    <w:p>
      <w:r>
        <w:t>※importante</w:t>
      </w:r>
    </w:p>
    <w:p>
      <w:r>
        <w:t>Nunca debes contarle a nadie sobre la frase de recuperación secreta.</w:t>
      </w:r>
    </w:p>
    <w:p>
      <w:r>
        <w:t>Tome nota de las palabras que se muestran en orden y manténgalas en un lugar seguro.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⑨ Ingrese una frase de recuperación secreta</w:t>
      </w:r>
    </w:p>
    <w:p>
      <w:r>
        <w:t>⑩ Se completa la creación de la billetera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Precauciones al crear un metamask</w:t>
      </w:r>
    </w:p>
    <w:p>
      <w:r>
        <w:t>Al usar un metamus, puede administrar e intercambiar activos digitales fácilmente. Sin embargo, mientras disfruta de su conveniencia, hay algunos puntos a tener en cuenta.</w:t>
      </w:r>
    </w:p>
    <w:p>
      <w:r>
        <w:t>Almacenamiento de frase de recuperación secreta</w:t>
      </w:r>
    </w:p>
    <w:p>
      <w:r>
        <w:t>Como mencioné muchas veces en las explicaciones hasta ahora, es muy importante almacenar frases de recuperación secreta.</w:t>
      </w:r>
    </w:p>
    <w:p>
      <w:r>
        <w:t>Perder esto hará que no pueda acceder a la billetera y perder sus activos.</w:t>
      </w:r>
    </w:p>
    <w:p>
      <w:r>
        <w:t>Además, existe el riesgo de acceso no autorizado al ser conocidos por los demás, así que asegúrese de tratar de no filtrarlo a otros (Skusho es NG)</w:t>
      </w:r>
    </w:p>
    <w:p>
      <w:r>
        <w:t>Uso del sitio web y la aplicación oficiales</w:t>
      </w:r>
    </w:p>
    <w:p>
      <w:r>
        <w:t>Hay muchos sitios falsos y aplicaciones en Internet.</w:t>
      </w:r>
    </w:p>
    <w:p>
      <w:r>
        <w:t>Al descargar e instalar una máscara meta, asegúrese de usar el sitio oficial o la tienda de aplicaciones.</w:t>
      </w:r>
    </w:p>
    <w:p>
      <w:r>
        <w:t>resumen</w:t>
      </w:r>
    </w:p>
    <w:p>
      <w:r>
        <w:t>Aquí hay un resumen de este contenido.</w:t>
      </w:r>
    </w:p>
    <w:p>
      <w:r>
        <w:t>Definición de billetera</w:t>
      </w:r>
    </w:p>
    <w:p>
      <w:r>
        <w:t>La billetera es una "billetera digital" para preservar y administrar moneda virtual.</w:t>
      </w:r>
    </w:p>
    <w:p>
      <w:r>
        <w:t>Metamasca</w:t>
      </w:r>
    </w:p>
    <w:p>
      <w:r>
        <w:t>Metamask es como una billetera digital y es una herramienta para almacenar y usar activos digitales de manera segura. Es compatible con muchos usuarios.</w:t>
      </w:r>
    </w:p>
    <w:p>
      <w:r>
        <w:t>Procedimiento de creación</w:t>
      </w:r>
    </w:p>
    <w:p>
      <w:r>
        <w:t>El procedimiento para crear meta máscaras en PC y teléfono inteligente se describe en detalle. El procedimiento incluye la configuración de descarga, instalación y frase de recuperación secreta.</w:t>
      </w:r>
    </w:p>
    <w:p>
      <w:r>
        <w:t>punto importante</w:t>
      </w:r>
    </w:p>
    <w:p>
      <w:r>
        <w:t>Hay precauciones cuando se utilizan metamasks, como la importancia de almacenar frases de recuperación secreta y la importancia de usar el sitio web y la aplicación oficial.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