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Proyecto gratuito de menta (SBT)! "Kim no ono" Collaboration Limited NFT</w:t>
      </w:r>
    </w:p>
    <w:p>
      <w:r>
        <w:t>¡Hola, esta familia Japón Dao!</w:t>
      </w:r>
    </w:p>
    <w:p>
      <w:r>
        <w:t>¡Se ha anunciado una nueva información NFT limitada de colaboración! Esta vez, se introducirá una nueva IP llamada "Santo" en Japón Dao, y comenzará una colaboración especial con "Kin no Ono (@Shoot_down_Ufo)".</w:t>
      </w:r>
    </w:p>
    <w:p>
      <w:r>
        <w:t>En este artículo, le diré los detalles de este nuevo desarrollo y la oportunidad de distribuir NFT por un tiempo limitado. ¡Vaya al final y no se pierda toda la información!</w:t>
      </w:r>
    </w:p>
    <w:p>
      <w:r>
        <w:t>descripción general</w:t>
      </w:r>
    </w:p>
    <w:p>
      <w:r>
        <w:t>Japón DAO, la comunidad DAO más grande, donde participarán miembros de más de 150 países de todo el mundo, han anunciado la introducción de una nueva IP "sagrada" y una colaboración con su creador "Kim no Ono" .did.</w:t>
      </w:r>
    </w:p>
    <w:p>
      <w:r>
        <w:t>Con esta asociación, Japón DAO promueve una mayor innovación en el campo de carácter digital.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santo</w:t>
      </w:r>
    </w:p>
    <w:p>
      <w:r>
        <w:t>"Holy" es una serie de personajes creada por "Kim no Ono".Al agregar el elemento de "ángel" al personaje de conejo bajo el tema de "lindo y curado", tiene la imagen de sagrado y protección. Crea una atmósfera especial.</w:t>
      </w:r>
    </w:p>
    <w:p>
      <w:r>
        <w:t>Con esta colaboración con Japón Dao, el personaje usará la poderosa plataforma de Japón Dao para convertirse en un ser querido.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kim no ono</w:t>
      </w:r>
    </w:p>
    <w:p>
      <w:r>
        <w:t>Desde una edad temprana, tengo un fuerte anhelo por el universo y he expresado mis pensamientos a través del arte. Ganó varios concursos de ilustraciones japoneses, y la colaboración entre la marca original "Space Girl" y Japón Dao ha superado los 70,000.</w:t>
      </w:r>
    </w:p>
    <w:p>
      <w:r>
        <w:t>Además, también participan en la distribución de la canción de Apple Music y la transmisión de grandes comerciales de visión en la intersección Shibuya Scramble.</w:t>
      </w:r>
    </w:p>
    <w:p>
      <w:r>
        <w:t>A través de las ventas de bienes, colecciones NFT, Museos de Ono de oro, etc., Space Girl continúa transmitiendo sueños y esperanzas al universo al mundo.</w:t>
      </w:r>
    </w:p>
    <w:p>
      <w:r>
        <w:t>Además, está "Silver Ono (@Shoot_down_ufo2)" como un defensor de la sombra que respalda las actividades creativas de Kim Ono.El proyecto "Space Girl" se ha vuelto cada vez más satisfactorio.</w:t>
      </w:r>
    </w:p>
    <w:p>
      <w:r>
        <w:t>Enlace de Kim no Ono</w:t>
      </w:r>
    </w:p>
    <w:p>
      <w:r>
        <w:t>https://1link.jp/golden_axe_58</w:t>
      </w:r>
    </w:p>
    <w:p>
      <w:r>
        <w:t>Información de menta NFT</w:t>
      </w:r>
    </w:p>
    <w:p>
      <w:r>
        <w:t>Período de reclutamiento (período de solicitud Premint) 2024/05/13 a 2024/05/20 23:59</w:t>
      </w:r>
    </w:p>
    <w:p>
      <w:r>
        <w:t>Fecha de menta programada para finales de mayo de 2024</w:t>
      </w:r>
    </w:p>
    <w:p>
      <w:r>
        <w:t>Menta gratis de precios (gratis)</w:t>
      </w:r>
    </w:p>
    <w:p>
      <w:r>
        <w:t>Polígono de cadena (SBT) * SBT: TOKEN BORDA DEL SOUL no puede comprar ni transferir NFT</w:t>
      </w:r>
    </w:p>
    <w:p>
      <w:r>
        <w:t>Tarifa de gasolina gratis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Método de aplicación</w:t>
      </w:r>
    </w:p>
    <w:p>
      <w:r>
        <w:t>1. Al sitio especial</w:t>
      </w:r>
    </w:p>
    <w:p>
      <w:r>
        <w:t>El sitio de acceso especial está aquí 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Aplicación de Premint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Si no sabe cómo solicitar el Premint, use el enlace a continuación, así que úselo.</w:t>
      </w:r>
    </w:p>
    <w:p>
      <w:r>
        <w:t>https://note.com/japandaosolution/n/nd3b194382857</w:t>
      </w:r>
    </w:p>
    <w:p>
      <w:r>
        <w:t>Información secreta de Mal de la sección Solución ❗</w:t>
      </w:r>
    </w:p>
    <w:p>
      <w:r>
        <w:t>1. Los pensamientos y puntos en el trabajo</w:t>
      </w:r>
    </w:p>
    <w:p>
      <w:r>
        <w:t>Al dibujar el personaje de "santo", quiere crear una presencia "linda y curativa", y entregar sentimientos curativos, tranquilos y emociones positivas a través de este personaje.</w:t>
      </w:r>
    </w:p>
    <w:p>
      <w:r>
        <w:t>El mejor punto de encanto de "santo" es sus mejillas regordetas. Las adorables poses que hacen que el espectador sonriera sin querer se sienta atraído por la conciencia.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Desarrollo futuro</w:t>
      </w:r>
    </w:p>
    <w:p>
      <w:r>
        <w:t>Desde aquí, es un tiempo de ilusión de la sección de soluciones!</w:t>
      </w:r>
    </w:p>
    <w:p>
      <w:r>
        <w:t>"Santo" puede usarse como ventas de bienes digitales o NFT, utilizando la plataforma internacional de Japón Dao.</w:t>
      </w:r>
    </w:p>
    <w:p>
      <w:r>
        <w:t>También puedes colaborar con los personajes de Holy y Japan DAO y una colaboración especial con la marca original "Space Girl" de Kim no Ono.</w:t>
      </w:r>
    </w:p>
    <w:p>
      <w:r>
        <w:t>¡No estaremos entusiasmados con qué tipo de desarrollo está esperando en el futuro! ¡Espere el informe de seguimiento!</w:t>
      </w:r>
    </w:p>
    <w:p>
      <w:r>
        <w:t>resumen</w:t>
      </w:r>
    </w:p>
    <w:p>
      <w:r>
        <w:t>Los NFT limitados basados en la colaboración entre Japón DAO y "Kim no Ono" se distribuirán por un tiempo limitado (requerido la aplicación) por un tiempo limitado.</w:t>
      </w:r>
    </w:p>
    <w:p>
      <w:r>
        <w:t>Aproveche esta oportunidad para experimentar arte digital innovador y obtener valiosas colecciones.</w:t>
      </w:r>
    </w:p>
    <w:p>
      <w:r>
        <w:t>Si tiene alguna pregunta, no dude en contactarnos en el canal Dao Discord de Japón.</w:t>
      </w:r>
    </w:p>
    <w:p>
      <w:r>
        <w:t>Si está interesado en Japón Dao, siga y esquí a la "revista Japan Dao".</w:t>
      </w:r>
    </w:p>
    <w:p>
      <w:r>
        <w:t>Cuenta oficial X: https: //twitter.com/japandaojp</w:t>
      </w:r>
    </w:p>
    <w:p>
      <w:r>
        <w:t>Discordia oficial: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