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Получите приз! Как наслаждаться и захватить грохот !!</w:t>
      </w:r>
    </w:p>
    <w:p>
      <w:r>
        <w:t>Привет всем в семье SP ☆</w:t>
      </w:r>
    </w:p>
    <w:p>
      <w:r>
        <w:t>После участия в сообществе Smart Pocket Discord вы часто увидите еженедельное мероприятие «Rumble». Эта статья представляет, как играть, прогресс и волнение Rumble.</w:t>
      </w:r>
    </w:p>
    <w:p>
      <w:r>
        <w:t>В начале</w:t>
      </w:r>
    </w:p>
    <w:p>
      <w:r>
        <w:t>Участие в сообществе Discord позволяет вам взаимодействовать с другими участниками и получать последнюю информацию. Это облегчает понимание мыслей и видений сообщества.</w:t>
      </w:r>
    </w:p>
    <w:p>
      <w:r>
        <w:t>В интеллектуальном карманном сообществе часто выполняются различные мероприятия. Особенно популярная Mini Game - это интерактивная игра, в которой участники соревнуются в игре.</w:t>
      </w:r>
    </w:p>
    <w:p>
      <w:r>
        <w:t>Мини -игра в Rumble автоматически продвигается системой, а победитель определяется после каждой игры. Победитель выиграет призы, и веселье в игре увеличится. Это улучшит живое сообщество и способствует активному участию участников.</w:t>
      </w:r>
    </w:p>
    <w:p>
      <w:r>
        <w:t>Разовый обзор</w:t>
      </w:r>
    </w:p>
    <w:p>
      <w:r>
        <w:t>1. Место внедрения времени и внедрения</w:t>
      </w:r>
    </w:p>
    <w:p>
      <w:r>
        <w:t>Время: каждую субботу, воскресенье 23:00 (время Японии) * Однако время мероприятия может быть изменено, поэтому, пожалуйста, проверьте последнее объявление.</w:t>
      </w:r>
    </w:p>
    <w:p>
      <w:r>
        <w:t>Место реализации: сделайте это на канале «Rumble» на сервере Smart Pocket.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не знаете, как участвовать в Smart Pocket Server, см. Следующую статью.</w:t>
      </w:r>
    </w:p>
    <w:p>
      <w:r>
        <w:t>https://note.com/japandaosolution/n/na503f2c4d60a</w:t>
      </w:r>
    </w:p>
    <w:p>
      <w:r>
        <w:t>2. Управление событиями по календарю</w:t>
      </w:r>
    </w:p>
    <w:p>
      <w:r>
        <w:t>Вы можете использовать функцию календаря на сервере, чтобы проверить дату и время события или установить ее в соответствии с вашим расписанием.</w:t>
      </w:r>
    </w:p>
    <w:p>
      <w:r>
        <w:t>См. Следующую статью для поиска и настройки методов календаря.</w:t>
      </w:r>
    </w:p>
    <w:p>
      <w:r>
        <w:t>https://note.com/japandaosolution/n/n85b46f0e70f2</w:t>
      </w:r>
    </w:p>
    <w:p>
      <w:r>
        <w:t>3. Мероприятие</w:t>
      </w:r>
    </w:p>
    <w:p>
      <w:r>
        <w:t>В Rumble есть четыре игры, и в каждой игре есть один победитель (матч автоматически проходит систему).</w:t>
      </w:r>
    </w:p>
    <w:p>
      <w:r>
        <w:t>4. Метод участия грохота</w:t>
      </w:r>
    </w:p>
    <w:p>
      <w:r>
        <w:t>Нажмите «⚔emoji» под «Rumble Royale», чтобы завершить квалификацию участия в матче. Если страница течет перед началом матча, вы можете нажать «прыжок!»Или «#⚔rumble», чтобы вернуться.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Матч с грохотом</w:t>
      </w:r>
    </w:p>
    <w:p>
      <w:r>
        <w:t>1. Перед началом матча</w:t>
      </w:r>
    </w:p>
    <w:p>
      <w:r>
        <w:t>Перед началом совпадения отображается следующая информация.</w:t>
      </w:r>
    </w:p>
    <w:p>
      <w:r>
        <w:t>① Количество участников</w:t>
      </w:r>
    </w:p>
    <w:p>
      <w:r>
        <w:t>② Возраст (классический)</w:t>
      </w:r>
    </w:p>
    <w:p>
      <w:r>
        <w:t>③ Призовые деньги</w:t>
      </w:r>
    </w:p>
    <w:p>
      <w:r>
        <w:t>④ Каждый бонус поражения и т. Д.</w:t>
      </w:r>
    </w:p>
    <w:p>
      <w:r>
        <w:t>Когда призовые деньги достигнут целевой суммы, вы станете победителем матча.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 Информация о конкуренции</w:t>
      </w:r>
    </w:p>
    <w:p>
      <w:r>
        <w:t>Информация о соответствии каждого раунда объясняется на английском языке, но вы можете идентифицировать ее с иконкой, не понимая английского. Содержание значка заключается в следующем.</w:t>
      </w:r>
    </w:p>
    <w:p>
      <w:r>
        <w:t>① Победить своего противника (поражение отображается на линии отмены), или обнаружите и создайте оружие</w:t>
      </w:r>
    </w:p>
    <w:p>
      <w:r>
        <w:t>② сталкиваться с сильной ситуацией</w:t>
      </w:r>
    </w:p>
    <w:p>
      <w:r>
        <w:t>③ Откройте для себя раковины</w:t>
      </w:r>
    </w:p>
    <w:p>
      <w:r>
        <w:t>④ указывает на смерть (отображается на линии отмены)</w:t>
      </w:r>
    </w:p>
    <w:p>
      <w:r>
        <w:t>⑤ Воскресение</w:t>
      </w:r>
    </w:p>
    <w:p>
      <w:r>
        <w:t>* Остальное количество игроков (осталось игроков) отображается внизу.</w:t>
      </w:r>
    </w:p>
    <w:p>
      <w:r>
        <w:t>Проверьте информацию о соответствии и посмотрите, выживаете ли вы.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3. События в раунде</w:t>
      </w:r>
    </w:p>
    <w:p>
      <w:r>
        <w:t>В зависимости от раунда, могут возникнуть стихийные бедствия (землетрясения, токсичный газ, ядерный взрыв, похищение инопланетян, штормы и т. Д.), А некоторые игроки могут умереть.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Есть также раунды, где происходят хорошие события, такие как воскресение и охота на раковины.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После окончания матча заканчивается</w:t>
      </w:r>
    </w:p>
    <w:p>
      <w:r>
        <w:t>Система объявит победителя матча. Убедитесь, что вы счастливчики.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 призе победителя</w:t>
      </w:r>
    </w:p>
    <w:p>
      <w:r>
        <w:t>Следующие призы будут предоставлены для продуктов победителя.</w:t>
      </w:r>
    </w:p>
    <w:p>
      <w:r>
        <w:t>* Вам нужно отправить адрес кошелька, поэтому, пожалуйста, проверьте заметки в следующем разделе!</w:t>
      </w:r>
    </w:p>
    <w:p>
      <w:r>
        <w:t>・ Point 500sp (2 человека)</w:t>
      </w:r>
    </w:p>
    <w:p>
      <w:r>
        <w:t>・ 10USDT (2)</w:t>
      </w:r>
    </w:p>
    <w:p>
      <w:r>
        <w:t>В конце мероприятия будет объявлен список всех победителей.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Специальные призы могут быть добавлены в праздничные дни. Например, в последнюю неделю Золотой недели в 2024 году в пятый матч был добавлен приз в 20 -USDT.</w:t>
      </w:r>
    </w:p>
    <w:p>
      <w:r>
        <w:t>Примечания</w:t>
      </w:r>
    </w:p>
    <w:p>
      <w:r>
        <w:t>1. Победители должны представить сторонники кошелька в течение одной недели.</w:t>
      </w:r>
    </w:p>
    <w:p>
      <w:r>
        <w:t>2. Победители очков SP должны войти в Smart Pocket с отправленным адресом кошелька.</w:t>
      </w:r>
    </w:p>
    <w:p>
      <w:r>
        <w:t>3.10 Победители USDT должны представить адрес кошелька на основе стандартов токенов USDT.</w:t>
      </w:r>
    </w:p>
    <w:p>
      <w:r>
        <w:t>4. После того, как все адреса кошелька победителей собираются, призы отправляются одновременно.</w:t>
      </w:r>
    </w:p>
    <w:p>
      <w:r>
        <w:t>Атмосфера в сообществе</w:t>
      </w:r>
    </w:p>
    <w:p>
      <w:r>
        <w:t>Rumble - это не только участие в матче, но и место для размещения комментариев и марок.* Комментарии - это медленный режим, который можно размещать только один раз каждые 30 секунд.</w:t>
      </w:r>
    </w:p>
    <w:p>
      <w:r>
        <w:t>・ Уведомление может быть сделано до матча. Иногда важна важная информация.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Любой может свободно публиковать комментарии, и нет языкового ограничения.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・ Когда выйдет победитель матча, все отправят комментарий к празднованию.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Сообщество Smart Pocket будет проходить мини -игру Rumble каждые выходные. Способ участия очень просто, просто нажмите смайлики, чтобы завершить запись.Игра. После матча, результаты и победитель будут объявлены, и вы можете быть взволнованы с другими людьми в комментариях. Если вы заинтересованы, присоединяйтесь и наслаждайтесь этим со всеми!</w:t>
      </w:r>
    </w:p>
    <w:p>
      <w:r>
        <w:t>Если вы заинтересованы в своем умном кармане, пожалуйста, следите за официальной учетной записью X с «Smapke Magazine».</w:t>
      </w:r>
    </w:p>
    <w:p>
      <w:r>
        <w:t>Официальная учетная запись x: https: //twitter.com/smapocket</w:t>
      </w:r>
    </w:p>
    <w:p>
      <w:r>
        <w:t>Официальный раздор: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